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1</w:t>
      </w:r>
    </w:p>
    <w:p>
      <w:r>
        <w:t>De</w:t>
      </w:r>
    </w:p>
    <w:p>
      <w:r>
        <w:t>Prokuratura Rejonowa w Jarosławiu</w:t>
      </w:r>
    </w:p>
    <w:p>
      <w:r>
        <w:t>Ul. Jana Pawła II 11</w:t>
      </w:r>
    </w:p>
    <w:p>
      <w:r>
        <w:t>37-500 Jarosław</w:t>
      </w:r>
    </w:p>
    <w:p>
      <w:r>
        <w:t>Republika Polska</w:t>
      </w:r>
    </w:p>
    <w:p>
      <w:r>
        <w:t>Wolne Państwo</w:t>
      </w:r>
    </w:p>
    <w:p>
      <w:r>
        <w:t>Turyngia</w:t>
      </w:r>
    </w:p>
    <w:p>
      <w:r>
        <w:t>Prokuratura</w:t>
      </w:r>
    </w:p>
    <w:p>
      <w:r>
        <w:t>Gera</w:t>
      </w:r>
    </w:p>
    <w:p>
      <w:r>
        <w:t>Prokuratura Gera Postfach 1752 07507 Gera</w:t>
      </w:r>
    </w:p>
    <w:p>
      <w:r>
        <w:t>PROKURATOR</w:t>
      </w:r>
    </w:p>
    <w:p>
      <w:r>
        <w:t>NACZELNY</w:t>
      </w:r>
    </w:p>
    <w:p>
      <w:r>
        <w:t>A</w:t>
      </w:r>
    </w:p>
    <w:p>
      <w:r>
        <w:t>Państwa/Pana/Pani osoba kontaktowa:</w:t>
      </w:r>
    </w:p>
    <w:p>
      <w:r>
        <w:t>Prokurator Naczelny dr Fritsche</w:t>
      </w:r>
    </w:p>
    <w:p>
      <w:r>
        <w:t>Bezpośredni numer:</w:t>
      </w:r>
    </w:p>
    <w:p>
      <w:r>
        <w:t>Telefon 0361 57 3546-806</w:t>
      </w:r>
    </w:p>
    <w:p>
      <w:r>
        <w:t>Telefaks 0361 57 3546-700</w:t>
      </w:r>
    </w:p>
    <w:p>
      <w:r>
        <w:t>42662777 20260820 0017</w:t>
      </w:r>
    </w:p>
    <w:p>
      <w:r>
        <w:t>Współpraca prawna w sprawach karnych z</w:t>
      </w:r>
    </w:p>
    <w:p>
      <w:r>
        <w:t>Republiką Polską</w:t>
      </w:r>
    </w:p>
    <w:p>
      <w:r>
        <w:t>Państwa wniosek z 22.01.2026, 4266-0.Ds.408.2025.D</w:t>
      </w:r>
    </w:p>
    <w:p>
      <w:r>
        <w:t>Załączniki: Informacja bankowa dotycząca Christa Schneider</w:t>
      </w:r>
    </w:p>
    <w:p>
      <w:r>
        <w:t>Wezwanie, notatka policyjna, formularz przesłuchania oraz pełnomocnictwo do opieki dotyczące Christa Schneider</w:t>
      </w:r>
    </w:p>
    <w:p>
      <w:r>
        <w:t>Państwa sygnatura:</w:t>
      </w:r>
    </w:p>
    <w:p>
      <w:r>
        <w:t>4266-0.Ds.408.2025.D</w:t>
      </w:r>
    </w:p>
    <w:p>
      <w:r>
        <w:t>Państwa wiadomość z:</w:t>
      </w:r>
    </w:p>
    <w:p>
      <w:r>
        <w:t>22.01.2026</w:t>
      </w:r>
    </w:p>
    <w:p>
      <w:r>
        <w:t>Nasza sygnatura:</w:t>
      </w:r>
    </w:p>
    <w:p>
      <w:r>
        <w:t>(proszę podać w odpowiedzi)</w:t>
      </w:r>
    </w:p>
    <w:p>
      <w:r>
        <w:t>526 RHs 99/26</w:t>
      </w:r>
    </w:p>
    <w:p>
      <w:r>
        <w:t>Gera</w:t>
      </w:r>
    </w:p>
    <w:p>
      <w:r>
        <w:t>07.08.2026</w:t>
      </w:r>
    </w:p>
    <w:p>
      <w:r>
        <w:t>Szanowni Państwo,</w:t>
      </w:r>
    </w:p>
    <w:p>
      <w:r>
        <w:t>w wykonaniu Europejskiego Nakazu Dochodzeniowego w ww. sprawie przesyłam Państwu</w:t>
      </w:r>
    </w:p>
    <w:p>
      <w:r>
        <w:t>wskazane dokumenty wykonawcze do dalszego wykorzystania. Świadek przekazała swoje</w:t>
      </w:r>
    </w:p>
    <w:p>
      <w:r>
        <w:t>informacje dotyczące syna Sebastiana Schneider, który jednocześnie przedstawił pełnomocnictwo</w:t>
      </w:r>
    </w:p>
    <w:p>
      <w:r>
        <w:t>do opieki nad swoją matką Christa Schneider.</w:t>
      </w:r>
    </w:p>
    <w:p>
      <w:r>
        <w:t>Zgodnie z § 77e ust. 1 niemieckiej ustawy o międzynarodowej pomocy prawnej w sprawach</w:t>
      </w:r>
    </w:p>
    <w:p>
      <w:r>
        <w:t>karnych, pragnę Państwa poinformować, że przekazane dane osobowe mogą być wykorzystywane</w:t>
      </w:r>
    </w:p>
    <w:p>
      <w:r>
        <w:t>wyłącznie w celu, w jakim zostały przekazane, a ich przekazanie do innych państw lub instytucji</w:t>
      </w:r>
    </w:p>
    <w:p>
      <w:r>
        <w:t>między- lub ponadnarodowych wymaga zgody prokuratury Gera.</w:t>
      </w:r>
    </w:p>
    <w:p>
      <w:r>
        <w:t>Z poważaniem</w:t>
      </w:r>
    </w:p>
    <w:p>
      <w:r>
        <w:t>Z upoważnienia</w:t>
      </w:r>
    </w:p>
    <w:p>
      <w:r>
        <w:t>Prokuratura Gera</w:t>
      </w:r>
    </w:p>
    <w:p>
      <w:r>
        <w:t>Rudolf-Diener-Straße 1</w:t>
      </w:r>
    </w:p>
    <w:p>
      <w:r>
        <w:t>07545 Gera</w:t>
      </w:r>
    </w:p>
    <w:p>
      <w:r>
        <w:t>Riebel</w:t>
      </w:r>
    </w:p>
    <w:p>
      <w:r>
        <w:t>Prokurator Naczelny z-ca</w:t>
      </w:r>
    </w:p>
    <w:p>
      <w:r>
        <w:t>Turyngia</w:t>
      </w:r>
    </w:p>
    <w:p>
      <w:r>
        <w:t>Prokuratura Gera</w:t>
      </w:r>
    </w:p>
    <w:p>
      <w:r>
        <w:t>www.thueringen.de/th4/thgsta</w:t>
      </w:r>
    </w:p>
    <w:p>
      <w:r>
        <w:t>2</w:t>
      </w:r>
    </w:p>
    <w:p>
      <w:r>
        <w:t>(pusta strona)</w:t>
      </w:r>
    </w:p>
    <w:p>
      <w:r>
        <w:t>3</w:t>
      </w:r>
    </w:p>
    <w:p>
      <w:r>
        <w:t>Załącznik do sygn. akt: GW 16-229145/26 (proszę zawsze podawać)</w:t>
      </w:r>
    </w:p>
    <w:p>
      <w:r>
        <w:t>Wyniki</w:t>
      </w:r>
    </w:p>
    <w:p>
      <w:r>
        <w:t>do zapytania z/od:</w:t>
      </w:r>
    </w:p>
    <w:p>
      <w:r>
        <w:t>z dnia:</w:t>
      </w:r>
    </w:p>
    <w:p>
      <w:r>
        <w:t>Państwa sygn. akt:</w:t>
      </w:r>
    </w:p>
    <w:p>
      <w:r>
        <w:t>z następującymi danymi:</w:t>
      </w:r>
    </w:p>
    <w:p>
      <w:r>
        <w:t>Nazwisko:</w:t>
      </w:r>
    </w:p>
    <w:p>
      <w:r>
        <w:t>Imię:</w:t>
      </w:r>
    </w:p>
    <w:p>
      <w:r>
        <w:t>Data urodzenia:</w:t>
      </w:r>
    </w:p>
    <w:p>
      <w:r>
        <w:t>Numer konta:</w:t>
      </w:r>
    </w:p>
    <w:p>
      <w:r>
        <w:t>Dyrekcja Policji Zwickau</w:t>
      </w:r>
    </w:p>
    <w:p>
      <w:r>
        <w:t>21.04.2026</w:t>
      </w:r>
    </w:p>
    <w:p>
      <w:r>
        <w:t>60/26/153000</w:t>
      </w:r>
    </w:p>
    <w:p>
      <w:r>
        <w:t>57</w:t>
      </w:r>
    </w:p>
    <w:p>
      <w:r>
        <w:t>DE62870580004420019137</w:t>
      </w:r>
    </w:p>
    <w:p>
      <w:r>
        <w:t>Sparkasse Vogtland</w:t>
      </w:r>
    </w:p>
    <w:p>
      <w:r>
        <w:t>Komturhof 2, 08527 Plauen, Vogtl</w:t>
      </w:r>
    </w:p>
    <w:p>
      <w:r>
        <w:t>Numer konta: DE62870580004420019137</w:t>
      </w:r>
    </w:p>
    <w:p>
      <w:r>
        <w:t>Informacje o koncie:</w:t>
      </w:r>
    </w:p>
    <w:p>
      <w:r>
        <w:t>Właściciel konta</w:t>
      </w:r>
    </w:p>
    <w:p>
      <w:r>
        <w:t>Christa Schneider</w:t>
      </w:r>
    </w:p>
    <w:p>
      <w:r>
        <w:t>Am Buchberg 19, 07937 Zeulenroda-Triebes</w:t>
      </w:r>
    </w:p>
    <w:p>
      <w:r>
        <w:t>Osoba uprawniona do dysponowania</w:t>
      </w:r>
    </w:p>
    <w:p>
      <w:r>
        <w:t>Sebastian Schneider</w:t>
      </w:r>
    </w:p>
    <w:p>
      <w:r>
        <w:t>Am Buchberg 19, 07937 Zeulenroda-Triebes</w:t>
      </w:r>
    </w:p>
    <w:p>
      <w:r>
        <w:t>BAK-Nr.: 101229</w:t>
      </w:r>
    </w:p>
    <w:p>
      <w:r>
        <w:t>Liczba trafień: 1</w:t>
      </w:r>
    </w:p>
    <w:p>
      <w:r>
        <w:t>Data otwarcia: 31.05.1991</w:t>
      </w:r>
    </w:p>
    <w:p>
      <w:r>
        <w:t>Data zamknięcia:</w:t>
      </w:r>
    </w:p>
    <w:p>
      <w:r>
        <w:t>Data urodzenia Od</w:t>
      </w:r>
    </w:p>
    <w:p>
      <w:r>
        <w:t>Do</w:t>
      </w:r>
    </w:p>
    <w:p>
      <w:r>
        <w:t>22.07.1949 31.03.2014</w:t>
      </w:r>
    </w:p>
    <w:p>
      <w:r>
        <w:t>Data urodzenia Od</w:t>
      </w:r>
    </w:p>
    <w:p>
      <w:r>
        <w:t>Do</w:t>
      </w:r>
    </w:p>
    <w:p>
      <w:r>
        <w:t>04.04.1983 27.01.2025</w:t>
      </w:r>
    </w:p>
    <w:p>
      <w:r>
        <w:t>Zapytanie z Dyrekcji Policji Zwickau (K01037) do sygn. akt 60/26/153000</w:t>
      </w:r>
    </w:p>
    <w:p>
      <w:r>
        <w:t>Strona 1 z 1</w:t>
      </w:r>
    </w:p>
    <w:p>
      <w:r>
        <w:t>4</w:t>
      </w:r>
    </w:p>
    <w:p>
      <w:r>
        <w:t>(pusta strona)</w:t>
      </w:r>
    </w:p>
    <w:p>
      <w:r>
        <w:t>5</w:t>
      </w:r>
    </w:p>
    <w:p>
      <w:r>
        <w:t>S Sparkasse</w:t>
      </w:r>
    </w:p>
    <w:p>
      <w:r>
        <w:t>Vogtland</w:t>
      </w:r>
    </w:p>
    <w:p>
      <w:r>
        <w:t>Sparkasse Vogtland Postfach 10 02 02-08506 Plauen</w:t>
      </w:r>
    </w:p>
    <w:p>
      <w:r>
        <w:t>Prokuratura Zwickau</w:t>
      </w:r>
    </w:p>
    <w:p>
      <w:r>
        <w:t>08009 Zwickau</w:t>
      </w:r>
    </w:p>
    <w:p>
      <w:r>
        <w:t>Prokuratura</w:t>
      </w:r>
    </w:p>
    <w:p>
      <w:r>
        <w:t>Zwickau</w:t>
      </w:r>
    </w:p>
    <w:p>
      <w:r>
        <w:t>Wpłynęło. 03. czerwca 2026</w:t>
      </w:r>
    </w:p>
    <w:p>
      <w:r>
        <w:t>(3)</w:t>
      </w:r>
    </w:p>
    <w:p>
      <w:r>
        <w:t>Zał.</w:t>
      </w:r>
    </w:p>
    <w:p>
      <w:r>
        <w:t>Akt.</w:t>
      </w:r>
    </w:p>
    <w:p>
      <w:r>
        <w:t>Sparkasse Vogtland</w:t>
      </w:r>
    </w:p>
    <w:p>
      <w:r>
        <w:t>Dział Obsługi Klienta/</w:t>
      </w:r>
    </w:p>
    <w:p>
      <w:r>
        <w:t>Obsługa Produktów</w:t>
      </w:r>
    </w:p>
    <w:p>
      <w:r>
        <w:t>Komturhof 2</w:t>
      </w:r>
    </w:p>
    <w:p>
      <w:r>
        <w:t>08527 Plauen</w:t>
      </w:r>
    </w:p>
    <w:p>
      <w:r>
        <w:t>Kerstin Pippig-Clauß</w:t>
      </w:r>
    </w:p>
    <w:p>
      <w:r>
        <w:t>Telefon (03741) 1 23-3127</w:t>
      </w:r>
    </w:p>
    <w:p>
      <w:r>
        <w:t>Telefaks (0 3741) 1 23-3199</w:t>
      </w:r>
    </w:p>
    <w:p>
      <w:r>
        <w:t>kerstin.pippig-clauss@</w:t>
      </w:r>
    </w:p>
    <w:p>
      <w:r>
        <w:t>sparkasse-vogtland.de</w:t>
      </w:r>
    </w:p>
    <w:p>
      <w:r>
        <w:t>27.05.2026</w:t>
      </w:r>
    </w:p>
    <w:p>
      <w:r>
        <w:t>834-26</w:t>
      </w:r>
    </w:p>
    <w:p>
      <w:r>
        <w:t>Sygnatura akt 210 RHs 58/26</w:t>
      </w:r>
    </w:p>
    <w:p>
      <w:r>
        <w:t>Postępowanie przygotowawcze w sprawie oszustwa</w:t>
      </w:r>
    </w:p>
    <w:p>
      <w:r>
        <w:t>Informacje o numerze IBAN DE62870580004420019137</w:t>
      </w:r>
    </w:p>
    <w:p>
      <w:r>
        <w:t>Szanowni Państwo,</w:t>
      </w:r>
    </w:p>
    <w:p>
      <w:r>
        <w:t>w celu uniknięcia wezwania na świadka, zgodnie z § 161a StPO udzielamy następujących informacji</w:t>
      </w:r>
    </w:p>
    <w:p>
      <w:r>
        <w:t>w powyższej sprawie:</w:t>
      </w:r>
    </w:p>
    <w:p>
      <w:r>
        <w:t>W załączeniu przesyłamy zestawienie obrotów ww. konta za żądany okres.</w:t>
      </w:r>
    </w:p>
    <w:p>
      <w:r>
        <w:t>Konto zostało otwarte przed 31.05.1991.</w:t>
      </w:r>
    </w:p>
    <w:p>
      <w:r>
        <w:t>Karta wzorów podpisów jest załączona.</w:t>
      </w:r>
    </w:p>
    <w:p>
      <w:r>
        <w:t>Jako możliwego świadka dla konta 4420019137 wskazujemy Panią Annette Redmer,</w:t>
      </w:r>
    </w:p>
    <w:p>
      <w:r>
        <w:t>do wezwania za pośrednictwem Zarządu Sparkasse Vogtland.</w:t>
      </w:r>
    </w:p>
    <w:p>
      <w:r>
        <w:t>W załączeniu do niniejszego pisma otrzymują Państwo fakturę 20260527-SN122-</w:t>
      </w:r>
    </w:p>
    <w:p>
      <w:r>
        <w:t>00021735688 za poniesione koszty osobowe i rzeczowe (zgodnie z § 7 JVEG i</w:t>
      </w:r>
    </w:p>
    <w:p>
      <w:r>
        <w:t>§ 23 w związku z § 22 JVEG).</w:t>
      </w:r>
    </w:p>
    <w:p>
      <w:r>
        <w:t>Z wyrazami szacunku</w:t>
      </w:r>
    </w:p>
    <w:p>
      <w:r>
        <w:t>Sparkasse Vogtland</w:t>
      </w:r>
    </w:p>
    <w:p>
      <w:r>
        <w:t>Dział Obsługi Klienta/ Obsługa Produktów</w:t>
      </w:r>
    </w:p>
    <w:p>
      <w:r>
        <w:t>Antje Rödel Kerstin Pippig-Clauß</w:t>
      </w:r>
    </w:p>
    <w:p>
      <w:r>
        <w:t>Załączniki</w:t>
      </w:r>
    </w:p>
    <w:p>
      <w:r>
        <w:t>Sparkasse Vogtland</w:t>
      </w:r>
    </w:p>
    <w:p>
      <w:r>
        <w:t>Komturhof 2, 08527 Plauen</w:t>
      </w:r>
    </w:p>
    <w:p>
      <w:r>
        <w:t>HRA 4005 (Sąd Rejestrowy Chemnitz)</w:t>
      </w:r>
    </w:p>
    <w:p>
      <w:r>
        <w:t>Instytucja prawa publicznego</w:t>
      </w:r>
    </w:p>
    <w:p>
      <w:r>
        <w:t>Zarząd:</w:t>
      </w:r>
    </w:p>
    <w:p>
      <w:r>
        <w:t>Marko Mühlbauer (Przewodniczący)</w:t>
      </w:r>
    </w:p>
    <w:p>
      <w:r>
        <w:t>Martina Birner</w:t>
      </w:r>
    </w:p>
    <w:p>
      <w:r>
        <w:t>Przewodniczący Rady Nadzorczej:</w:t>
      </w:r>
    </w:p>
    <w:p>
      <w:r>
        <w:t>Thomas Hennig</w:t>
      </w:r>
    </w:p>
    <w:p>
      <w:r>
        <w:t>Telefon</w:t>
      </w:r>
    </w:p>
    <w:p>
      <w:r>
        <w:t>Telefaks</w:t>
      </w:r>
    </w:p>
    <w:p>
      <w:r>
        <w:t>+49 3741 123-7777</w:t>
      </w:r>
    </w:p>
    <w:p>
      <w:r>
        <w:t>+49 3741 123-1299</w:t>
      </w:r>
    </w:p>
    <w:p>
      <w:r>
        <w:t>www.sparkasse-vogtland.de</w:t>
      </w:r>
    </w:p>
    <w:p>
      <w:r>
        <w:t>info@sparkasse-vogtland.de</w:t>
      </w:r>
    </w:p>
    <w:p>
      <w:r>
        <w:t>Numer podatkowy 223/144/00767</w:t>
      </w:r>
    </w:p>
    <w:p>
      <w:r>
        <w:t>SWIFT-Adresse (BIC): WELADED1PLX</w:t>
      </w:r>
    </w:p>
    <w:p>
      <w:r>
        <w:t>63</w:t>
      </w:r>
    </w:p>
    <w:p>
      <w:r>
        <w:t>Grupa przedsiębiorstw:</w:t>
      </w:r>
    </w:p>
    <w:p>
      <w:r>
        <w:t>BSV Beteiligungs-</w:t>
      </w:r>
    </w:p>
    <w:p>
      <w:r>
        <w:t>gesellschaft</w:t>
      </w:r>
    </w:p>
    <w:p>
      <w:r>
        <w:t>der Sparkasse</w:t>
      </w:r>
    </w:p>
    <w:p>
      <w:r>
        <w:t>Vogtland mbH</w:t>
      </w:r>
    </w:p>
    <w:p>
      <w:r>
        <w:t>חר</w:t>
      </w:r>
    </w:p>
    <w:p>
      <w:r>
        <w:t>Certyfikat od 2011</w:t>
      </w:r>
    </w:p>
    <w:p>
      <w:r>
        <w:t>audit berufundfamilie</w:t>
      </w:r>
    </w:p>
    <w:p>
      <w:r>
        <w:t>Sparkassen-Finanzgruppe</w:t>
      </w:r>
    </w:p>
    <w:p>
      <w:r>
        <w:t>6</w:t>
      </w:r>
    </w:p>
    <w:p>
      <w:r>
        <w:t>(pusta strona)</w:t>
      </w:r>
    </w:p>
    <w:p>
      <w:r>
        <w:t>7</w:t>
      </w:r>
    </w:p>
    <w:p>
      <w:r>
        <w:t>Obroty od 01.01.2025 do 01.03.2025 (tylko do użytku wewnętrznego)</w:t>
      </w:r>
    </w:p>
    <w:p>
      <w:r>
        <w:t>Umowa:</w:t>
      </w:r>
    </w:p>
    <w:p>
      <w:r>
        <w:t>4420019137 / VogtlandGiro komfort /</w:t>
      </w:r>
    </w:p>
    <w:p>
      <w:r>
        <w:t>EUR</w:t>
      </w:r>
    </w:p>
    <w:p>
      <w:r>
        <w:t>Właściciel umowy: Schneider / Christa / (52258622)</w:t>
      </w:r>
    </w:p>
    <w:p>
      <w:r>
        <w:t>Saldo:</w:t>
      </w:r>
    </w:p>
    <w:p>
      <w:r>
        <w:t>3.877,71 EUR</w:t>
      </w:r>
    </w:p>
    <w:p>
      <w:r>
        <w:t>IBAN:</w:t>
      </w:r>
    </w:p>
    <w:p>
      <w:r>
        <w:t>Stan na:</w:t>
      </w:r>
    </w:p>
    <w:p>
      <w:r>
        <w:t>DE62 8705 8000 4420 0191 37</w:t>
      </w:r>
    </w:p>
    <w:p>
      <w:r>
        <w:t>Dostępne środki: 4.820,34 EUR</w:t>
      </w:r>
    </w:p>
    <w:p>
      <w:r>
        <w:t>27.05.2026 13:21:23 / C</w:t>
      </w:r>
    </w:p>
    <w:p>
      <w:r>
        <w:t>Przegląd</w:t>
      </w:r>
    </w:p>
    <w:p>
      <w:r>
        <w:t>Data księgowania</w:t>
      </w:r>
    </w:p>
    <w:p>
      <w:r>
        <w:t>Data waluty</w:t>
      </w:r>
    </w:p>
    <w:p>
      <w:r>
        <w:t>Nazwa/numer IBAN/konta</w:t>
      </w:r>
    </w:p>
    <w:p>
      <w:r>
        <w:t>BIC/kod banku</w:t>
      </w:r>
    </w:p>
    <w:p>
      <w:r>
        <w:t>Konto przeciwne</w:t>
      </w:r>
    </w:p>
    <w:p>
      <w:r>
        <w:t>Dalsze informacje</w:t>
      </w:r>
    </w:p>
    <w:p>
      <w:r>
        <w:t>Cel użycia/tekst wyciągu</w:t>
      </w:r>
    </w:p>
    <w:p>
      <w:r>
        <w:t>Nazwa konta przeciwnego</w:t>
      </w:r>
    </w:p>
    <w:p>
      <w:r>
        <w:t>02.01.2025 DE25 6005 0101 0004 0010 50</w:t>
      </w:r>
    </w:p>
    <w:p>
      <w:r>
        <w:t>02.01.2025 SOLADEST600</w:t>
      </w:r>
    </w:p>
    <w:p>
      <w:r>
        <w:t>2024-12-30T07:36 Debit</w:t>
      </w:r>
    </w:p>
    <w:p>
      <w:r>
        <w:t>Kaufland Plauen-</w:t>
      </w:r>
    </w:p>
    <w:p>
      <w:r>
        <w:t>Kausch//Plauen/DE</w:t>
      </w:r>
    </w:p>
    <w:p>
      <w:r>
        <w:t>Saldo końcowy dnia</w:t>
      </w:r>
    </w:p>
    <w:p>
      <w:r>
        <w:t>Suma Wpłat 0,00</w:t>
      </w:r>
    </w:p>
    <w:p>
      <w:r>
        <w:t>Suma Wypłat -97,13</w:t>
      </w:r>
    </w:p>
    <w:p>
      <w:r>
        <w:t>Saldo wyciągu</w:t>
      </w:r>
    </w:p>
    <w:p>
      <w:r>
        <w:t>03.01.2025 DE07 5121 0800 1095 0009 11</w:t>
      </w:r>
    </w:p>
    <w:p>
      <w:r>
        <w:t>03.01.2025 SOGEDEFF</w:t>
      </w:r>
    </w:p>
    <w:p>
      <w:r>
        <w:t>Telefon stacjonarny konto</w:t>
      </w:r>
    </w:p>
    <w:p>
      <w:r>
        <w:t>5610613930 R</w:t>
      </w:r>
    </w:p>
    <w:p>
      <w:r>
        <w:t>Telekom Deutschland GmbH</w:t>
      </w:r>
    </w:p>
    <w:p>
      <w:r>
        <w:t>Saldo końcowy dnia</w:t>
      </w:r>
    </w:p>
    <w:p>
      <w:r>
        <w:t>Suma Wpłat 0,00</w:t>
      </w:r>
    </w:p>
    <w:p>
      <w:r>
        <w:t>Suma Wypłat -44,89</w:t>
      </w:r>
    </w:p>
    <w:p>
      <w:r>
        <w:t>06.01.2025 DE68 7502 0073 0008 4720 92</w:t>
      </w:r>
    </w:p>
    <w:p>
      <w:r>
        <w:t>06.01.2025 HYVEDEMM447</w:t>
      </w:r>
    </w:p>
    <w:p>
      <w:r>
        <w:t>2025-01-03T14:05 Debit</w:t>
      </w:r>
    </w:p>
    <w:p>
      <w:r>
        <w:t>NETTO MARKEN-DISCOU//PAU-</w:t>
      </w:r>
    </w:p>
    <w:p>
      <w:r>
        <w:t>SA/DE</w:t>
      </w:r>
    </w:p>
    <w:p>
      <w:r>
        <w:t>06.01.2025 DE93 3704 0044 0502 2413 00</w:t>
      </w:r>
    </w:p>
    <w:p>
      <w:r>
        <w:t>06.01.2025 COBADEFF</w:t>
      </w:r>
    </w:p>
    <w:p>
      <w:r>
        <w:t>2025-01-04T10:34 Debit</w:t>
      </w:r>
    </w:p>
    <w:p>
      <w:r>
        <w:t>TOOM BM SAGT DANKE</w:t>
      </w:r>
    </w:p>
    <w:p>
      <w:r>
        <w:t>13563359//Plauen</w:t>
      </w:r>
    </w:p>
    <w:p>
      <w:r>
        <w:t>Saldo końcowy dnia</w:t>
      </w:r>
    </w:p>
    <w:p>
      <w:r>
        <w:t>Suma Wpłat 0,00</w:t>
      </w:r>
    </w:p>
    <w:p>
      <w:r>
        <w:t>Suma Wypłat -72,83</w:t>
      </w:r>
    </w:p>
    <w:p>
      <w:r>
        <w:t>07.01.2025 DE02 8705 8000 3420 0004 63</w:t>
      </w:r>
    </w:p>
    <w:p>
      <w:r>
        <w:t>07.01.2025 WELADED1PLX</w:t>
      </w:r>
    </w:p>
    <w:p>
      <w:r>
        <w:t>Rozliczenie listopad 2024 rachunku</w:t>
      </w:r>
    </w:p>
    <w:p>
      <w:r>
        <w:t>Usługi Opiekuńcze Christine Fleischer</w:t>
      </w:r>
    </w:p>
    <w:p>
      <w:r>
        <w:t>Saldo końcowy dnia</w:t>
      </w:r>
    </w:p>
    <w:p>
      <w:r>
        <w:t>Suma Wpłat 0,00</w:t>
      </w:r>
    </w:p>
    <w:p>
      <w:r>
        <w:t>Suma Wypłat -123,56</w:t>
      </w:r>
    </w:p>
    <w:p>
      <w:r>
        <w:t>08.01.2025 DE25 6005 0101 0004 0010 50</w:t>
      </w:r>
    </w:p>
    <w:p>
      <w:r>
        <w:t>08.01.2025 SOLADEST600</w:t>
      </w:r>
    </w:p>
    <w:p>
      <w:r>
        <w:t>2025-01-07T14:00 Debit</w:t>
      </w:r>
    </w:p>
    <w:p>
      <w:r>
        <w:t>Kaufland Plauen-</w:t>
      </w:r>
    </w:p>
    <w:p>
      <w:r>
        <w:t>Kausch//Plauen/DE</w:t>
      </w:r>
    </w:p>
    <w:p>
      <w:r>
        <w:t>08.01.2025 DE93 3704 0044 0502 2413 00</w:t>
      </w:r>
    </w:p>
    <w:p>
      <w:r>
        <w:t>08.01.2025 COBADEFF</w:t>
      </w:r>
    </w:p>
    <w:p>
      <w:r>
        <w:t>2025-01-07T15:44 Debit</w:t>
      </w:r>
    </w:p>
    <w:p>
      <w:r>
        <w:t>TOOM BM SAGT DANKE</w:t>
      </w:r>
    </w:p>
    <w:p>
      <w:r>
        <w:t>13563359//Plauen</w:t>
      </w:r>
    </w:p>
    <w:p>
      <w:r>
        <w:t>Saldo końcowy dnia</w:t>
      </w:r>
    </w:p>
    <w:p>
      <w:r>
        <w:t>Suma Wpłat 0,00</w:t>
      </w:r>
    </w:p>
    <w:p>
      <w:r>
        <w:t>Suma Wypłat -243,34</w:t>
      </w:r>
    </w:p>
    <w:p>
      <w:r>
        <w:t>10.01.2025 DE30 8205 1000 0130 0505 98</w:t>
      </w:r>
    </w:p>
    <w:p>
      <w:r>
        <w:t>10.01.2025 HELADEF1WEM</w:t>
      </w:r>
    </w:p>
    <w:p>
      <w:r>
        <w:t>730006966650 410000886813</w:t>
      </w:r>
    </w:p>
    <w:p>
      <w:r>
        <w:t>257,87-P</w:t>
      </w:r>
    </w:p>
    <w:p>
      <w:r>
        <w:t>AOK PLUS Die Gesundheitskasse</w:t>
      </w:r>
    </w:p>
    <w:p>
      <w:r>
        <w:t>Saldo końcowy dnia</w:t>
      </w:r>
    </w:p>
    <w:p>
      <w:r>
        <w:t>Suma Wpłat 257,87</w:t>
      </w:r>
    </w:p>
    <w:p>
      <w:r>
        <w:t>Suma Wpłat 0,00</w:t>
      </w:r>
    </w:p>
    <w:p>
      <w:r>
        <w:t>14.01.2025 DE87 3003 0880 1908 2620 06</w:t>
      </w:r>
    </w:p>
    <w:p>
      <w:r>
        <w:t>14.01.2025 TUBDDEDD</w:t>
      </w:r>
    </w:p>
    <w:p>
      <w:r>
        <w:t>303-9863533-2818719 AMZN Mktp</w:t>
      </w:r>
    </w:p>
    <w:p>
      <w:r>
        <w:t>DE BR</w:t>
      </w:r>
    </w:p>
    <w:p>
      <w:r>
        <w:t>AMAZON PAYMENTS EUROPE</w:t>
      </w:r>
    </w:p>
    <w:p>
      <w:r>
        <w:t>S.C.A.</w:t>
      </w:r>
    </w:p>
    <w:p>
      <w:r>
        <w:t>14.01.2025 DE87 3003 0880 1908 2620 06</w:t>
      </w:r>
    </w:p>
    <w:p>
      <w:r>
        <w:t>14.01.2025 TUBDDEDD</w:t>
      </w:r>
    </w:p>
    <w:p>
      <w:r>
        <w:t>303-0897406-9789140 AMZN Mktp</w:t>
      </w:r>
    </w:p>
    <w:p>
      <w:r>
        <w:t>DE 3S</w:t>
      </w:r>
    </w:p>
    <w:p>
      <w:r>
        <w:t>AMAZON PAYMENTS EUROPE</w:t>
      </w:r>
    </w:p>
    <w:p>
      <w:r>
        <w:t>S.C.A.</w:t>
      </w:r>
    </w:p>
    <w:p>
      <w:r>
        <w:t>14.01.2025 DE87 3003 0880 1908 2620 06</w:t>
      </w:r>
    </w:p>
    <w:p>
      <w:r>
        <w:t>14.01.2025 TUBDDEDD</w:t>
      </w:r>
    </w:p>
    <w:p>
      <w:r>
        <w:t>303-6383065-1599511 AMZN Mktp</w:t>
      </w:r>
    </w:p>
    <w:p>
      <w:r>
        <w:t>DE 6W</w:t>
      </w:r>
    </w:p>
    <w:p>
      <w:r>
        <w:t>AMAZON PAYMENTS EUROPE</w:t>
      </w:r>
    </w:p>
    <w:p>
      <w:r>
        <w:t>S.C.A.</w:t>
      </w:r>
    </w:p>
    <w:p>
      <w:r>
        <w:t>14.01.2025 DE82 8305 0000 0014 0672 00</w:t>
      </w:r>
    </w:p>
    <w:p>
      <w:r>
        <w:t>14.01.2025 HELADEF1GER</w:t>
      </w:r>
    </w:p>
    <w:p>
      <w:r>
        <w:t>2025-01-13T13:34 Debit</w:t>
      </w:r>
    </w:p>
    <w:p>
      <w:r>
        <w:t>SONDERPREIS-BAUMARKT ZEU-</w:t>
      </w:r>
    </w:p>
    <w:p>
      <w:r>
        <w:t>LE//ZEULENR</w:t>
      </w:r>
    </w:p>
    <w:p>
      <w:r>
        <w:t>Saldo końcowy dnia</w:t>
      </w:r>
    </w:p>
    <w:p>
      <w:r>
        <w:t>Suma Wpłat 0,00</w:t>
      </w:r>
    </w:p>
    <w:p>
      <w:r>
        <w:t>Suma Wypłat -74,69</w:t>
      </w:r>
    </w:p>
    <w:p>
      <w:r>
        <w:t>15.01.2025 DE66 3607 0050 0230 0366 00</w:t>
      </w:r>
    </w:p>
    <w:p>
      <w:r>
        <w:t>15.01.2025 DEUTDEDE</w:t>
      </w:r>
    </w:p>
    <w:p>
      <w:r>
        <w:t>eprimo mówi dziękuję</w:t>
      </w:r>
    </w:p>
    <w:p>
      <w:r>
        <w:t>eprimo GmbH</w:t>
      </w:r>
    </w:p>
    <w:p>
      <w:r>
        <w:t>15.01.2025 DE87 3003 0880 1908 2620 06</w:t>
      </w:r>
    </w:p>
    <w:p>
      <w:r>
        <w:t>15.01.2025 TUBDDEDD</w:t>
      </w:r>
    </w:p>
    <w:p>
      <w:r>
        <w:t>303-2887864-8306758 AMZN Mktp</w:t>
      </w:r>
    </w:p>
    <w:p>
      <w:r>
        <w:t>DE 4H</w:t>
      </w:r>
    </w:p>
    <w:p>
      <w:r>
        <w:t>Wydruk wygenerowano 27.05.2026 o 13:21:58.</w:t>
      </w:r>
    </w:p>
    <w:p>
      <w:r>
        <w:t>W skrócie</w:t>
      </w:r>
    </w:p>
    <w:p>
      <w:r>
        <w:t>AN T PN</w:t>
      </w:r>
    </w:p>
    <w:p>
      <w:r>
        <w:t>U</w:t>
      </w:r>
    </w:p>
    <w:p>
      <w:r>
        <w:t>Kwota / Saldo R</w:t>
      </w:r>
    </w:p>
    <w:p>
      <w:r>
        <w:t>EUR</w:t>
      </w:r>
    </w:p>
    <w:p>
      <w:r>
        <w:t>1 37 9250</w:t>
      </w:r>
    </w:p>
    <w:p>
      <w:r>
        <w:t>00</w:t>
      </w:r>
    </w:p>
    <w:p>
      <w:r>
        <w:t>-97,13</w:t>
      </w:r>
    </w:p>
    <w:p>
      <w:r>
        <w:t>3.854,91</w:t>
      </w:r>
    </w:p>
    <w:p>
      <w:r>
        <w:t>1</w:t>
      </w:r>
    </w:p>
    <w:p>
      <w:r>
        <w:t>3.854,91</w:t>
      </w:r>
    </w:p>
    <w:p>
      <w:r>
        <w:t>2 11 9250</w:t>
      </w:r>
    </w:p>
    <w:p>
      <w:r>
        <w:t>00</w:t>
      </w:r>
    </w:p>
    <w:p>
      <w:r>
        <w:t>-44,89</w:t>
      </w:r>
    </w:p>
    <w:p>
      <w:r>
        <w:t>3.810,02</w:t>
      </w:r>
    </w:p>
    <w:p>
      <w:r>
        <w:t>2 37 9262</w:t>
      </w:r>
    </w:p>
    <w:p>
      <w:r>
        <w:t>00</w:t>
      </w:r>
    </w:p>
    <w:p>
      <w:r>
        <w:t>-35,89</w:t>
      </w:r>
    </w:p>
    <w:p>
      <w:r>
        <w:t>2 37 9262</w:t>
      </w:r>
    </w:p>
    <w:p>
      <w:r>
        <w:t>00</w:t>
      </w:r>
    </w:p>
    <w:p>
      <w:r>
        <w:t>-36,94</w:t>
      </w:r>
    </w:p>
    <w:p>
      <w:r>
        <w:t>3.737,19</w:t>
      </w:r>
    </w:p>
    <w:p>
      <w:r>
        <w:t>2 10 9309</w:t>
      </w:r>
    </w:p>
    <w:p>
      <w:r>
        <w:t>00</w:t>
      </w:r>
    </w:p>
    <w:p>
      <w:r>
        <w:t>-123,56</w:t>
      </w:r>
    </w:p>
    <w:p>
      <w:r>
        <w:t>3.613,63</w:t>
      </w:r>
    </w:p>
    <w:p>
      <w:r>
        <w:t>2 37 9250</w:t>
      </w:r>
    </w:p>
    <w:p>
      <w:r>
        <w:t>00</w:t>
      </w:r>
    </w:p>
    <w:p>
      <w:r>
        <w:t>-68,50</w:t>
      </w:r>
    </w:p>
    <w:p>
      <w:r>
        <w:t>2 37 9262</w:t>
      </w:r>
    </w:p>
    <w:p>
      <w:r>
        <w:t>00</w:t>
      </w:r>
    </w:p>
    <w:p>
      <w:r>
        <w:t>-174,84</w:t>
      </w:r>
    </w:p>
    <w:p>
      <w:r>
        <w:t>3.370,29</w:t>
      </w:r>
    </w:p>
    <w:p>
      <w:r>
        <w:t>2 62 9237</w:t>
      </w:r>
    </w:p>
    <w:p>
      <w:r>
        <w:t>00</w:t>
      </w:r>
    </w:p>
    <w:p>
      <w:r>
        <w:t>257,87</w:t>
      </w:r>
    </w:p>
    <w:p>
      <w:r>
        <w:t>3.628,16</w:t>
      </w:r>
    </w:p>
    <w:p>
      <w:r>
        <w:t>2 11 9262</w:t>
      </w:r>
    </w:p>
    <w:p>
      <w:r>
        <w:t>00</w:t>
      </w:r>
    </w:p>
    <w:p>
      <w:r>
        <w:t>-7,29</w:t>
      </w:r>
    </w:p>
    <w:p>
      <w:r>
        <w:t>2 11 9262</w:t>
      </w:r>
    </w:p>
    <w:p>
      <w:r>
        <w:t>00</w:t>
      </w:r>
    </w:p>
    <w:p>
      <w:r>
        <w:t>-6,92</w:t>
      </w:r>
    </w:p>
    <w:p>
      <w:r>
        <w:t>2 11 9262</w:t>
      </w:r>
    </w:p>
    <w:p>
      <w:r>
        <w:t>00</w:t>
      </w:r>
    </w:p>
    <w:p>
      <w:r>
        <w:t>-49,90</w:t>
      </w:r>
    </w:p>
    <w:p>
      <w:r>
        <w:t>2 37 9236</w:t>
      </w:r>
    </w:p>
    <w:p>
      <w:r>
        <w:t>00</w:t>
      </w:r>
    </w:p>
    <w:p>
      <w:r>
        <w:t>-10,58</w:t>
      </w:r>
    </w:p>
    <w:p>
      <w:r>
        <w:t>3.553,47</w:t>
      </w:r>
    </w:p>
    <w:p>
      <w:r>
        <w:t>2 11 9250</w:t>
      </w:r>
    </w:p>
    <w:p>
      <w:r>
        <w:t>00</w:t>
      </w:r>
    </w:p>
    <w:p>
      <w:r>
        <w:t>-99,00</w:t>
      </w:r>
    </w:p>
    <w:p>
      <w:r>
        <w:t>2 11 9262</w:t>
      </w:r>
    </w:p>
    <w:p>
      <w:r>
        <w:t>00</w:t>
      </w:r>
    </w:p>
    <w:p>
      <w:r>
        <w:t>-14,98</w:t>
      </w:r>
    </w:p>
    <w:p>
      <w:r>
        <w:t>1 z 4</w:t>
      </w:r>
    </w:p>
    <w:p>
      <w:r>
        <w:t>Sparkasse Vogtland</w:t>
      </w:r>
    </w:p>
    <w:p>
      <w:r>
        <w:t>8</w:t>
      </w:r>
    </w:p>
    <w:p>
      <w:r>
        <w:t>Przegląd</w:t>
      </w:r>
    </w:p>
    <w:p>
      <w:r>
        <w:t>Data księgowania</w:t>
      </w:r>
    </w:p>
    <w:p>
      <w:r>
        <w:t>Data waluty</w:t>
      </w:r>
    </w:p>
    <w:p>
      <w:r>
        <w:t>Nazwa/numer IBAN/konta</w:t>
      </w:r>
    </w:p>
    <w:p>
      <w:r>
        <w:t>BIC/kod banku</w:t>
      </w:r>
    </w:p>
    <w:p>
      <w:r>
        <w:t>Konto przeciwne</w:t>
      </w:r>
    </w:p>
    <w:p>
      <w:r>
        <w:t>Dalsze informacje</w:t>
      </w:r>
    </w:p>
    <w:p>
      <w:r>
        <w:t>Cel użycia/tekst wyciągu</w:t>
      </w:r>
    </w:p>
    <w:p>
      <w:r>
        <w:t>Nazwa konta przeciwnego</w:t>
      </w:r>
    </w:p>
    <w:p>
      <w:r>
        <w:t>W skrócie</w:t>
      </w:r>
    </w:p>
    <w:p>
      <w:r>
        <w:t>AN T PN</w:t>
      </w:r>
    </w:p>
    <w:p>
      <w:r>
        <w:t>U</w:t>
      </w:r>
    </w:p>
    <w:p>
      <w:r>
        <w:t>Kwota / Saldo R</w:t>
      </w:r>
    </w:p>
    <w:p>
      <w:r>
        <w:t>EUR</w:t>
      </w:r>
    </w:p>
    <w:p>
      <w:r>
        <w:t>15.01.2025 DE10 8305 0000 0000 6035 38</w:t>
      </w:r>
    </w:p>
    <w:p>
      <w:r>
        <w:t>15.01.2025 HELADEF1GER</w:t>
      </w:r>
    </w:p>
    <w:p>
      <w:r>
        <w:t>AMAZON PAYMENTS EUROPE</w:t>
      </w:r>
    </w:p>
    <w:p>
      <w:r>
        <w:t>S.C.A.</w:t>
      </w:r>
    </w:p>
    <w:p>
      <w:r>
        <w:t>CO0174697 D007417</w:t>
      </w:r>
    </w:p>
    <w:p>
      <w:r>
        <w:t>ZWAV</w:t>
      </w:r>
    </w:p>
    <w:p>
      <w:r>
        <w:t>2 12 7000</w:t>
      </w:r>
    </w:p>
    <w:p>
      <w:r>
        <w:t>00</w:t>
      </w:r>
    </w:p>
    <w:p>
      <w:r>
        <w:t>-42,00</w:t>
      </w:r>
    </w:p>
    <w:p>
      <w:r>
        <w:t>Saldo końcowy dnia</w:t>
      </w:r>
    </w:p>
    <w:p>
      <w:r>
        <w:t>Suma Wpłat 0,00</w:t>
      </w:r>
    </w:p>
    <w:p>
      <w:r>
        <w:t>3.397,49</w:t>
      </w:r>
    </w:p>
    <w:p>
      <w:r>
        <w:t>Suma Wypłat -155,98</w:t>
      </w:r>
    </w:p>
    <w:p>
      <w:r>
        <w:t>16.01.2025 DE25 6005 0101 0004 0010 50</w:t>
      </w:r>
    </w:p>
    <w:p>
      <w:r>
        <w:t>16.01.2025 SOLADEST600</w:t>
      </w:r>
    </w:p>
    <w:p>
      <w:r>
        <w:t>2025-01-15T10:58 Debit</w:t>
      </w:r>
    </w:p>
    <w:p>
      <w:r>
        <w:t>Kaufland Plauen-</w:t>
      </w:r>
    </w:p>
    <w:p>
      <w:r>
        <w:t>Kausch//Plauen/DE</w:t>
      </w:r>
    </w:p>
    <w:p>
      <w:r>
        <w:t>2 37 9250</w:t>
      </w:r>
    </w:p>
    <w:p>
      <w:r>
        <w:t>00</w:t>
      </w:r>
    </w:p>
    <w:p>
      <w:r>
        <w:t>-80,83</w:t>
      </w:r>
    </w:p>
    <w:p>
      <w:r>
        <w:t>Saldo końcowy dnia</w:t>
      </w:r>
    </w:p>
    <w:p>
      <w:r>
        <w:t>Suma Wpłat 0,00</w:t>
      </w:r>
    </w:p>
    <w:p>
      <w:r>
        <w:t>3.316,66</w:t>
      </w:r>
    </w:p>
    <w:p>
      <w:r>
        <w:t>Suma Wypłat -80,83</w:t>
      </w:r>
    </w:p>
    <w:p>
      <w:r>
        <w:t>17.01.2025 DE04 7002 0270 0015 4345 15</w:t>
      </w:r>
    </w:p>
    <w:p>
      <w:r>
        <w:t>17.01.2025 HYVEDEMM</w:t>
      </w:r>
    </w:p>
    <w:p>
      <w:r>
        <w:t>0000100815848 0020020077386</w:t>
      </w:r>
    </w:p>
    <w:p>
      <w:r>
        <w:t>Vodafone GmbH</w:t>
      </w:r>
    </w:p>
    <w:p>
      <w:r>
        <w:t>2 11 9250</w:t>
      </w:r>
    </w:p>
    <w:p>
      <w:r>
        <w:t>00</w:t>
      </w:r>
    </w:p>
    <w:p>
      <w:r>
        <w:t>-11,98</w:t>
      </w:r>
    </w:p>
    <w:p>
      <w:r>
        <w:t>Saldo końcowy dnia</w:t>
      </w:r>
    </w:p>
    <w:p>
      <w:r>
        <w:t>Suma Wpłat 0,00</w:t>
      </w:r>
    </w:p>
    <w:p>
      <w:r>
        <w:t>3.304,68</w:t>
      </w:r>
    </w:p>
    <w:p>
      <w:r>
        <w:t>Suma Wypłat -11,98</w:t>
      </w:r>
    </w:p>
    <w:p>
      <w:r>
        <w:t>20.01.2025 DE27 3006 0601 0006 8732 86</w:t>
      </w:r>
    </w:p>
    <w:p>
      <w:r>
        <w:t>20.01.2025 DAAEDEDDXXX</w:t>
      </w:r>
    </w:p>
    <w:p>
      <w:r>
        <w:t>83076824002792</w:t>
      </w:r>
    </w:p>
    <w:p>
      <w:r>
        <w:t>Stadt-Apotheke Pausa</w:t>
      </w:r>
    </w:p>
    <w:p>
      <w:r>
        <w:t>2 14 9498</w:t>
      </w:r>
    </w:p>
    <w:p>
      <w:r>
        <w:t>00</w:t>
      </w:r>
    </w:p>
    <w:p>
      <w:r>
        <w:t>-39,70</w:t>
      </w:r>
    </w:p>
    <w:p>
      <w:r>
        <w:t>Saldo końcowy dnia</w:t>
      </w:r>
    </w:p>
    <w:p>
      <w:r>
        <w:t>Suma Wpłat 0,00</w:t>
      </w:r>
    </w:p>
    <w:p>
      <w:r>
        <w:t>3.264,98</w:t>
      </w:r>
    </w:p>
    <w:p>
      <w:r>
        <w:t>Suma Wypłat -39,70</w:t>
      </w:r>
    </w:p>
    <w:p>
      <w:r>
        <w:t>21.01.2025 DE93 3003 0880 0013 4410 06</w:t>
      </w:r>
    </w:p>
    <w:p>
      <w:r>
        <w:t>21.01.2025 TUBDDEDD</w:t>
      </w:r>
    </w:p>
    <w:p>
      <w:r>
        <w:t>D01-6335680-1282215 AMZNPrime</w:t>
      </w:r>
    </w:p>
    <w:p>
      <w:r>
        <w:t>DE 32</w:t>
      </w:r>
    </w:p>
    <w:p>
      <w:r>
        <w:t>AMAZON EU S.A R.L., NIEDER-</w:t>
      </w:r>
    </w:p>
    <w:p>
      <w:r>
        <w:t>LASSUNG D</w:t>
      </w:r>
    </w:p>
    <w:p>
      <w:r>
        <w:t>2 11 9262</w:t>
      </w:r>
    </w:p>
    <w:p>
      <w:r>
        <w:t>00</w:t>
      </w:r>
    </w:p>
    <w:p>
      <w:r>
        <w:t>-8,99</w:t>
      </w:r>
    </w:p>
    <w:p>
      <w:r>
        <w:t>21.01.2025 DE93 3704 0044 0502 2413 00</w:t>
      </w:r>
    </w:p>
    <w:p>
      <w:r>
        <w:t>21.01.2025 COBADEFF</w:t>
      </w:r>
    </w:p>
    <w:p>
      <w:r>
        <w:t>2025-01-20T08:14 Debit</w:t>
      </w:r>
    </w:p>
    <w:p>
      <w:r>
        <w:t>TOOM BM SAGT DANKE</w:t>
      </w:r>
    </w:p>
    <w:p>
      <w:r>
        <w:t>13563359//Plauen</w:t>
      </w:r>
    </w:p>
    <w:p>
      <w:r>
        <w:t>2 37 9262</w:t>
      </w:r>
    </w:p>
    <w:p>
      <w:r>
        <w:t>00</w:t>
      </w:r>
    </w:p>
    <w:p>
      <w:r>
        <w:t>-100,33</w:t>
      </w:r>
    </w:p>
    <w:p>
      <w:r>
        <w:t>Saldo końcowy dnia</w:t>
      </w:r>
    </w:p>
    <w:p>
      <w:r>
        <w:t>Suma Wpłat 0,00</w:t>
      </w:r>
    </w:p>
    <w:p>
      <w:r>
        <w:t>3.155,66</w:t>
      </w:r>
    </w:p>
    <w:p>
      <w:r>
        <w:t>Suma Wypłat -109,32</w:t>
      </w:r>
    </w:p>
    <w:p>
      <w:r>
        <w:t>22.01.2025 DE50 6665 0085 0007 0431 47</w:t>
      </w:r>
    </w:p>
    <w:p>
      <w:r>
        <w:t>22.01.2025 PZHSDE66XXX</w:t>
      </w:r>
    </w:p>
    <w:p>
      <w:r>
        <w:t>KDNr: 0177297050 606017506412,</w:t>
      </w:r>
    </w:p>
    <w:p>
      <w:r>
        <w:t>naec</w:t>
      </w:r>
    </w:p>
    <w:p>
      <w:r>
        <w:t>BRUNO BADER GmbH Co. KG</w:t>
      </w:r>
    </w:p>
    <w:p>
      <w:r>
        <w:t>2 11 9226</w:t>
      </w:r>
    </w:p>
    <w:p>
      <w:r>
        <w:t>00</w:t>
      </w:r>
    </w:p>
    <w:p>
      <w:r>
        <w:t>-45,34</w:t>
      </w:r>
    </w:p>
    <w:p>
      <w:r>
        <w:t>Saldo końcowy dnia</w:t>
      </w:r>
    </w:p>
    <w:p>
      <w:r>
        <w:t>Suma Wpłat 0,00</w:t>
      </w:r>
    </w:p>
    <w:p>
      <w:r>
        <w:t>3.110,32</w:t>
      </w:r>
    </w:p>
    <w:p>
      <w:r>
        <w:t>Suma Wypłat -45,34</w:t>
      </w:r>
    </w:p>
    <w:p>
      <w:r>
        <w:t>23.01.2025 DE25 6005 0101 0004 0010 50</w:t>
      </w:r>
    </w:p>
    <w:p>
      <w:r>
        <w:t>23.01.2025 SOLADEST600</w:t>
      </w:r>
    </w:p>
    <w:p>
      <w:r>
        <w:t>2025-01-22T10:46 Debit</w:t>
      </w:r>
    </w:p>
    <w:p>
      <w:r>
        <w:t>Kaufland Plauen-</w:t>
      </w:r>
    </w:p>
    <w:p>
      <w:r>
        <w:t>Kausch//Plauen/DE</w:t>
      </w:r>
    </w:p>
    <w:p>
      <w:r>
        <w:t>2 37 9250</w:t>
      </w:r>
    </w:p>
    <w:p>
      <w:r>
        <w:t>00</w:t>
      </w:r>
    </w:p>
    <w:p>
      <w:r>
        <w:t>-65,64</w:t>
      </w:r>
    </w:p>
    <w:p>
      <w:r>
        <w:t>23.01.2025 DE86 3005 0000 0001 0521 41</w:t>
      </w:r>
    </w:p>
    <w:p>
      <w:r>
        <w:t>23.01.2025 WELADEDDXXX</w:t>
      </w:r>
    </w:p>
    <w:p>
      <w:r>
        <w:t>2025-01-22T11:11 Debit</w:t>
      </w:r>
    </w:p>
    <w:p>
      <w:r>
        <w:t>ZOO-GERSTNER eG//Plauen/DE</w:t>
      </w:r>
    </w:p>
    <w:p>
      <w:r>
        <w:t>2 37 9248</w:t>
      </w:r>
    </w:p>
    <w:p>
      <w:r>
        <w:t>00</w:t>
      </w:r>
    </w:p>
    <w:p>
      <w:r>
        <w:t>-73,91</w:t>
      </w:r>
    </w:p>
    <w:p>
      <w:r>
        <w:t>Saldo końcowy dnia</w:t>
      </w:r>
    </w:p>
    <w:p>
      <w:r>
        <w:t>Suma Wpłat 0,00</w:t>
      </w:r>
    </w:p>
    <w:p>
      <w:r>
        <w:t>2.970,77</w:t>
      </w:r>
    </w:p>
    <w:p>
      <w:r>
        <w:t>Suma Wypłat -139,55</w:t>
      </w:r>
    </w:p>
    <w:p>
      <w:r>
        <w:t>Saldo wyciągu</w:t>
      </w:r>
    </w:p>
    <w:p>
      <w:r>
        <w:t>2.970,77</w:t>
      </w:r>
    </w:p>
    <w:p>
      <w:r>
        <w:t>27.01.2025 DE30 8205 1000 0130 0505 98</w:t>
      </w:r>
    </w:p>
    <w:p>
      <w:r>
        <w:t>27.01.2025 HELADEF1WEM</w:t>
      </w:r>
    </w:p>
    <w:p>
      <w:r>
        <w:t>770007074498 410000886813</w:t>
      </w:r>
    </w:p>
    <w:p>
      <w:r>
        <w:t>213,36-P</w:t>
      </w:r>
    </w:p>
    <w:p>
      <w:r>
        <w:t>AOK PLUS Die Gesundheitskasse</w:t>
      </w:r>
    </w:p>
    <w:p>
      <w:r>
        <w:t>2 62 9237</w:t>
      </w:r>
    </w:p>
    <w:p>
      <w:r>
        <w:t>00</w:t>
      </w:r>
    </w:p>
    <w:p>
      <w:r>
        <w:t>213,36</w:t>
      </w:r>
    </w:p>
    <w:p>
      <w:r>
        <w:t>Saldo końcowy dnia</w:t>
      </w:r>
    </w:p>
    <w:p>
      <w:r>
        <w:t>Suma Wpłat 213,36</w:t>
      </w:r>
    </w:p>
    <w:p>
      <w:r>
        <w:t>3.184,13</w:t>
      </w:r>
    </w:p>
    <w:p>
      <w:r>
        <w:t>Suma Wypłat 0,00</w:t>
      </w:r>
    </w:p>
    <w:p>
      <w:r>
        <w:t>28.01.2025 DE25 6005 0101 0004 0010 50</w:t>
      </w:r>
    </w:p>
    <w:p>
      <w:r>
        <w:t>28.01.2025 SOLADEST600</w:t>
      </w:r>
    </w:p>
    <w:p>
      <w:r>
        <w:t>2025-01-27T14:23 Debit</w:t>
      </w:r>
    </w:p>
    <w:p>
      <w:r>
        <w:t>Kaufland Plauen-</w:t>
      </w:r>
    </w:p>
    <w:p>
      <w:r>
        <w:t>Kausch//Plauen/DE</w:t>
      </w:r>
    </w:p>
    <w:p>
      <w:r>
        <w:t>3 37 9250</w:t>
      </w:r>
    </w:p>
    <w:p>
      <w:r>
        <w:t>00</w:t>
      </w:r>
    </w:p>
    <w:p>
      <w:r>
        <w:t>-80,43</w:t>
      </w:r>
    </w:p>
    <w:p>
      <w:r>
        <w:t>28.01.2025 DE67 8604 0000 0200 1501 00</w:t>
      </w:r>
    </w:p>
    <w:p>
      <w:r>
        <w:t>28.01.2025 COBADEFF</w:t>
      </w:r>
    </w:p>
    <w:p>
      <w:r>
        <w:t>770007081310 400004449313</w:t>
      </w:r>
    </w:p>
    <w:p>
      <w:r>
        <w:t>265,72-E</w:t>
      </w:r>
    </w:p>
    <w:p>
      <w:r>
        <w:t>AOK PLUS Die Gesundheitskasse</w:t>
      </w:r>
    </w:p>
    <w:p>
      <w:r>
        <w:t>3 62 9251</w:t>
      </w:r>
    </w:p>
    <w:p>
      <w:r>
        <w:t>00</w:t>
      </w:r>
    </w:p>
    <w:p>
      <w:r>
        <w:t>265,72</w:t>
      </w:r>
    </w:p>
    <w:p>
      <w:r>
        <w:t>Saldo końcowy dnia</w:t>
      </w:r>
    </w:p>
    <w:p>
      <w:r>
        <w:t>Suma Wpłat 265,72</w:t>
      </w:r>
    </w:p>
    <w:p>
      <w:r>
        <w:t>3.369,42</w:t>
      </w:r>
    </w:p>
    <w:p>
      <w:r>
        <w:t>Suma Wypłat -80,43</w:t>
      </w:r>
    </w:p>
    <w:p>
      <w:r>
        <w:t>Saldo wyciągu</w:t>
      </w:r>
    </w:p>
    <w:p>
      <w:r>
        <w:t>3.369,42</w:t>
      </w:r>
    </w:p>
    <w:p>
      <w:r>
        <w:t>29.01.2025</w:t>
      </w:r>
    </w:p>
    <w:p>
      <w:r>
        <w:t>29.01.2025 87058000</w:t>
      </w:r>
    </w:p>
    <w:p>
      <w:r>
        <w:t>29.01/17.23UHR PAUSA</w:t>
      </w:r>
    </w:p>
    <w:p>
      <w:r>
        <w:t>GA NR00002086 BLZ87058000 4</w:t>
      </w:r>
    </w:p>
    <w:p>
      <w:r>
        <w:t>4 04 2086</w:t>
      </w:r>
    </w:p>
    <w:p>
      <w:r>
        <w:t>00</w:t>
      </w:r>
    </w:p>
    <w:p>
      <w:r>
        <w:t>-30,00</w:t>
      </w:r>
    </w:p>
    <w:p>
      <w:r>
        <w:t>Saldo końcowy dnia</w:t>
      </w:r>
    </w:p>
    <w:p>
      <w:r>
        <w:t>Suma Wpłat 0,00</w:t>
      </w:r>
    </w:p>
    <w:p>
      <w:r>
        <w:t>3.339,42</w:t>
      </w:r>
    </w:p>
    <w:p>
      <w:r>
        <w:t>Suma Wypłat -30,00</w:t>
      </w:r>
    </w:p>
    <w:p>
      <w:r>
        <w:t>30.01.2025 DE62 6649 2600 0009 1042 08</w:t>
      </w:r>
    </w:p>
    <w:p>
      <w:r>
        <w:t>30.01.2025 GENODE61APP</w:t>
      </w:r>
    </w:p>
    <w:p>
      <w:r>
        <w:t>2025-01-29T17:46 Debit</w:t>
      </w:r>
    </w:p>
    <w:p>
      <w:r>
        <w:t>00576 MCDONALDS//SCHLEIZ/DE</w:t>
      </w:r>
    </w:p>
    <w:p>
      <w:r>
        <w:t>4 37 9262</w:t>
      </w:r>
    </w:p>
    <w:p>
      <w:r>
        <w:t>00</w:t>
      </w:r>
    </w:p>
    <w:p>
      <w:r>
        <w:t>-29,04</w:t>
      </w:r>
    </w:p>
    <w:p>
      <w:r>
        <w:t>Saldo końcowy dnia</w:t>
      </w:r>
    </w:p>
    <w:p>
      <w:r>
        <w:t>Suma Wpłat 0,00</w:t>
      </w:r>
    </w:p>
    <w:p>
      <w:r>
        <w:t>3.310,38</w:t>
      </w:r>
    </w:p>
    <w:p>
      <w:r>
        <w:t>Suma Wypłat -29,04</w:t>
      </w:r>
    </w:p>
    <w:p>
      <w:r>
        <w:t>31.01.2025 DE08 6005 0101 0008 0381 08</w:t>
      </w:r>
    </w:p>
    <w:p>
      <w:r>
        <w:t>00903220749S51511 RV-RENTE</w:t>
      </w:r>
    </w:p>
    <w:p>
      <w:r>
        <w:t>4 82 9261</w:t>
      </w:r>
    </w:p>
    <w:p>
      <w:r>
        <w:t>1.425,05</w:t>
      </w:r>
    </w:p>
    <w:p>
      <w:r>
        <w:t>Wydruk wygenerowano 27.05.2026 o 13:21:58.</w:t>
      </w:r>
    </w:p>
    <w:p>
      <w:r>
        <w:t>2 z 4</w:t>
      </w:r>
    </w:p>
    <w:p>
      <w:r>
        <w:t>Sparkasse Vogtland</w:t>
      </w:r>
    </w:p>
    <w:p>
      <w:r>
        <w:t>9</w:t>
      </w:r>
    </w:p>
    <w:p>
      <w:r>
        <w:t>Przegląd</w:t>
      </w:r>
    </w:p>
    <w:p>
      <w:r>
        <w:t>Data księgowania</w:t>
      </w:r>
    </w:p>
    <w:p>
      <w:r>
        <w:t>Data waluty</w:t>
      </w:r>
    </w:p>
    <w:p>
      <w:r>
        <w:t>Nazwa/numer IBAN/konta</w:t>
      </w:r>
    </w:p>
    <w:p>
      <w:r>
        <w:t>BIC/kod banku</w:t>
      </w:r>
    </w:p>
    <w:p>
      <w:r>
        <w:t>Konto przeciwne</w:t>
      </w:r>
    </w:p>
    <w:p>
      <w:r>
        <w:t>Dalsze informacje</w:t>
      </w:r>
    </w:p>
    <w:p>
      <w:r>
        <w:t>Cel użycia/tekst wyciągu</w:t>
      </w:r>
    </w:p>
    <w:p>
      <w:r>
        <w:t>Nazwa konta przeciwnego</w:t>
      </w:r>
    </w:p>
    <w:p>
      <w:r>
        <w:t>W skrócie</w:t>
      </w:r>
    </w:p>
    <w:p>
      <w:r>
        <w:t>AN T PN</w:t>
      </w:r>
    </w:p>
    <w:p>
      <w:r>
        <w:t>U</w:t>
      </w:r>
    </w:p>
    <w:p>
      <w:r>
        <w:t>Kwota / Saldo R</w:t>
      </w:r>
    </w:p>
    <w:p>
      <w:r>
        <w:t>EUR</w:t>
      </w:r>
    </w:p>
    <w:p>
      <w:r>
        <w:t>31.01.2025 SOLADESTXXX</w:t>
      </w:r>
    </w:p>
    <w:p>
      <w:r>
        <w:t>01.2025</w:t>
      </w:r>
    </w:p>
    <w:p>
      <w:r>
        <w:t>00</w:t>
      </w:r>
    </w:p>
    <w:p>
      <w:r>
        <w:t>Usługi Rentowe</w:t>
      </w:r>
    </w:p>
    <w:p>
      <w:r>
        <w:t>Saldo końcowy dnia</w:t>
      </w:r>
    </w:p>
    <w:p>
      <w:r>
        <w:t>Suma Wpłat 1.425,05</w:t>
      </w:r>
    </w:p>
    <w:p>
      <w:r>
        <w:t>4.735,43</w:t>
      </w:r>
    </w:p>
    <w:p>
      <w:r>
        <w:t>Suma Wypłat 0,00</w:t>
      </w:r>
    </w:p>
    <w:p>
      <w:r>
        <w:t>03.02.2025</w:t>
      </w:r>
    </w:p>
    <w:p>
      <w:r>
        <w:t>01.02.2025 87058000</w:t>
      </w:r>
    </w:p>
    <w:p>
      <w:r>
        <w:t>Rozliczenie opłat</w:t>
      </w:r>
    </w:p>
    <w:p>
      <w:r>
        <w:t>4 24 6666</w:t>
      </w:r>
    </w:p>
    <w:p>
      <w:r>
        <w:t>00</w:t>
      </w:r>
    </w:p>
    <w:p>
      <w:r>
        <w:t>-9,90</w:t>
      </w:r>
    </w:p>
    <w:p>
      <w:r>
        <w:t>03.02.2025 DE18 8705 8000 4139 0005 50</w:t>
      </w:r>
    </w:p>
    <w:p>
      <w:r>
        <w:t>03.02.2025 WELADED1PLX</w:t>
      </w:r>
    </w:p>
    <w:p>
      <w:r>
        <w:t>Pisemne potwierdzenie</w:t>
      </w:r>
    </w:p>
    <w:p>
      <w:r>
        <w:t>Heidi Schneider</w:t>
      </w:r>
    </w:p>
    <w:p>
      <w:r>
        <w:t>4 61 9310</w:t>
      </w:r>
    </w:p>
    <w:p>
      <w:r>
        <w:t>00</w:t>
      </w:r>
    </w:p>
    <w:p>
      <w:r>
        <w:t>500,00</w:t>
      </w:r>
    </w:p>
    <w:p>
      <w:r>
        <w:t>Saldo końcowy dnia</w:t>
      </w:r>
    </w:p>
    <w:p>
      <w:r>
        <w:t>Suma Wpłat 500,00</w:t>
      </w:r>
    </w:p>
    <w:p>
      <w:r>
        <w:t>5.225,53</w:t>
      </w:r>
    </w:p>
    <w:p>
      <w:r>
        <w:t>Suma Wypłat -9,90</w:t>
      </w:r>
    </w:p>
    <w:p>
      <w:r>
        <w:t>04.02.2025 DE07 5121 0800 1095 0009 11</w:t>
      </w:r>
    </w:p>
    <w:p>
      <w:r>
        <w:t>04.02.2025 SOGEDEFF</w:t>
      </w:r>
    </w:p>
    <w:p>
      <w:r>
        <w:t>Telefon stacjonarny konto</w:t>
      </w:r>
    </w:p>
    <w:p>
      <w:r>
        <w:t>5610613930 R</w:t>
      </w:r>
    </w:p>
    <w:p>
      <w:r>
        <w:t>4 11 9250</w:t>
      </w:r>
    </w:p>
    <w:p>
      <w:r>
        <w:t>00</w:t>
      </w:r>
    </w:p>
    <w:p>
      <w:r>
        <w:t>-44,89</w:t>
      </w:r>
    </w:p>
    <w:p>
      <w:r>
        <w:t>Telekom Deutschland GmbH</w:t>
      </w:r>
    </w:p>
    <w:p>
      <w:r>
        <w:t>04.02.2025 DE12 8305 0000 0014 7080 78</w:t>
      </w:r>
    </w:p>
    <w:p>
      <w:r>
        <w:t>04.02.2025 HELADEF1GER</w:t>
      </w:r>
    </w:p>
    <w:p>
      <w:r>
        <w:t>ANGELINA SCHNEIDER</w:t>
      </w:r>
    </w:p>
    <w:p>
      <w:r>
        <w:t>4 62 9237</w:t>
      </w:r>
    </w:p>
    <w:p>
      <w:r>
        <w:t>00</w:t>
      </w:r>
    </w:p>
    <w:p>
      <w:r>
        <w:t>100,00</w:t>
      </w:r>
    </w:p>
    <w:p>
      <w:r>
        <w:t>Saldo końcowy dnia</w:t>
      </w:r>
    </w:p>
    <w:p>
      <w:r>
        <w:t>Suma Wpłat 100,00</w:t>
      </w:r>
    </w:p>
    <w:p>
      <w:r>
        <w:t>5.280,64</w:t>
      </w:r>
    </w:p>
    <w:p>
      <w:r>
        <w:t>Suma Wypłat -44,89</w:t>
      </w:r>
    </w:p>
    <w:p>
      <w:r>
        <w:t>05.02.2025 DE25 6005 0101 0004 0010 50</w:t>
      </w:r>
    </w:p>
    <w:p>
      <w:r>
        <w:t>05.02.2025 SOLADEST600</w:t>
      </w:r>
    </w:p>
    <w:p>
      <w:r>
        <w:t>2025-02-04T20:41 Debit</w:t>
      </w:r>
    </w:p>
    <w:p>
      <w:r>
        <w:t>Kaufland Plauen-</w:t>
      </w:r>
    </w:p>
    <w:p>
      <w:r>
        <w:t>Kausch//Plauen/DE</w:t>
      </w:r>
    </w:p>
    <w:p>
      <w:r>
        <w:t>4 37 9250</w:t>
      </w:r>
    </w:p>
    <w:p>
      <w:r>
        <w:t>00</w:t>
      </w:r>
    </w:p>
    <w:p>
      <w:r>
        <w:t>-83,18</w:t>
      </w:r>
    </w:p>
    <w:p>
      <w:r>
        <w:t>Saldo końcowy dnia</w:t>
      </w:r>
    </w:p>
    <w:p>
      <w:r>
        <w:t>Suma Wpłat 0,00</w:t>
      </w:r>
    </w:p>
    <w:p>
      <w:r>
        <w:t>5.197,46</w:t>
      </w:r>
    </w:p>
    <w:p>
      <w:r>
        <w:t>Suma Wypłat -83,18</w:t>
      </w:r>
    </w:p>
    <w:p>
      <w:r>
        <w:t>Saldo wyciągu</w:t>
      </w:r>
    </w:p>
    <w:p>
      <w:r>
        <w:t>4</w:t>
      </w:r>
    </w:p>
    <w:p>
      <w:r>
        <w:t>5.197,46</w:t>
      </w:r>
    </w:p>
    <w:p>
      <w:r>
        <w:t>07.02.2025</w:t>
      </w:r>
    </w:p>
    <w:p>
      <w:r>
        <w:t>06.02.2025 87058000</w:t>
      </w:r>
    </w:p>
    <w:p>
      <w:r>
        <w:t>06.02/20.27UHR PAUSA</w:t>
      </w:r>
    </w:p>
    <w:p>
      <w:r>
        <w:t>GA NR00002086 BLZ87058000 4</w:t>
      </w:r>
    </w:p>
    <w:p>
      <w:r>
        <w:t>5 04 2086</w:t>
      </w:r>
    </w:p>
    <w:p>
      <w:r>
        <w:t>00</w:t>
      </w:r>
    </w:p>
    <w:p>
      <w:r>
        <w:t>-600,00</w:t>
      </w:r>
    </w:p>
    <w:p>
      <w:r>
        <w:t>Saldo końcowy dnia</w:t>
      </w:r>
    </w:p>
    <w:p>
      <w:r>
        <w:t>Suma Wpłat 0,00</w:t>
      </w:r>
    </w:p>
    <w:p>
      <w:r>
        <w:t>4.597,46</w:t>
      </w:r>
    </w:p>
    <w:p>
      <w:r>
        <w:t>Suma Wypłat -600,00</w:t>
      </w:r>
    </w:p>
    <w:p>
      <w:r>
        <w:t>10.02.2025 DE23 8702 0088 0009 2880 66</w:t>
      </w:r>
    </w:p>
    <w:p>
      <w:r>
        <w:t>10.02.2025 HYVEDEMM441</w:t>
      </w:r>
    </w:p>
    <w:p>
      <w:r>
        <w:t>Schneider, Christa113294467/</w:t>
      </w:r>
    </w:p>
    <w:p>
      <w:r>
        <w:t>11400</w:t>
      </w:r>
    </w:p>
    <w:p>
      <w:r>
        <w:t>Home Care Service Treitschke</w:t>
      </w:r>
    </w:p>
    <w:p>
      <w:r>
        <w:t>GmbH</w:t>
      </w:r>
    </w:p>
    <w:p>
      <w:r>
        <w:t>5 14 9498</w:t>
      </w:r>
    </w:p>
    <w:p>
      <w:r>
        <w:t>00</w:t>
      </w:r>
    </w:p>
    <w:p>
      <w:r>
        <w:t>-41,60</w:t>
      </w:r>
    </w:p>
    <w:p>
      <w:r>
        <w:t>Saldo końcowy dnia</w:t>
      </w:r>
    </w:p>
    <w:p>
      <w:r>
        <w:t>Suma Wpłat 0,00</w:t>
      </w:r>
    </w:p>
    <w:p>
      <w:r>
        <w:t>4.555,86</w:t>
      </w:r>
    </w:p>
    <w:p>
      <w:r>
        <w:t>Suma Wypłat -41,60</w:t>
      </w:r>
    </w:p>
    <w:p>
      <w:r>
        <w:t>11.02.2025 DE25 6005 0101 0004 0010 50</w:t>
      </w:r>
    </w:p>
    <w:p>
      <w:r>
        <w:t>11.02.2025 SOLADEST600</w:t>
      </w:r>
    </w:p>
    <w:p>
      <w:r>
        <w:t>2025-02-10T10:29 Debit</w:t>
      </w:r>
    </w:p>
    <w:p>
      <w:r>
        <w:t>Kaufland Plauen-</w:t>
      </w:r>
    </w:p>
    <w:p>
      <w:r>
        <w:t>Kausch//Plauen/DE</w:t>
      </w:r>
    </w:p>
    <w:p>
      <w:r>
        <w:t>5 37 9250</w:t>
      </w:r>
    </w:p>
    <w:p>
      <w:r>
        <w:t>00</w:t>
      </w:r>
    </w:p>
    <w:p>
      <w:r>
        <w:t>-57,73</w:t>
      </w:r>
    </w:p>
    <w:p>
      <w:r>
        <w:t>11.02.2025 DE84 5006 0400 0012 0208 02</w:t>
      </w:r>
    </w:p>
    <w:p>
      <w:r>
        <w:t>11.02.2025 GENODEFFXXX</w:t>
      </w:r>
    </w:p>
    <w:p>
      <w:r>
        <w:t>2025-02-09T16:56 Debit</w:t>
      </w:r>
    </w:p>
    <w:p>
      <w:r>
        <w:t>Burger King 26235//ZEULENRO-</w:t>
      </w:r>
    </w:p>
    <w:p>
      <w:r>
        <w:t>DA/DE</w:t>
      </w:r>
    </w:p>
    <w:p>
      <w:r>
        <w:t>5 37 9262</w:t>
      </w:r>
    </w:p>
    <w:p>
      <w:r>
        <w:t>00</w:t>
      </w:r>
    </w:p>
    <w:p>
      <w:r>
        <w:t>-29,65</w:t>
      </w:r>
    </w:p>
    <w:p>
      <w:r>
        <w:t>11.02.2025 DE93 3704 0044 0502 2413 00</w:t>
      </w:r>
    </w:p>
    <w:p>
      <w:r>
        <w:t>11.02.2025 COBADEFF</w:t>
      </w:r>
    </w:p>
    <w:p>
      <w:r>
        <w:t>2025-02-10T10:38 Debit</w:t>
      </w:r>
    </w:p>
    <w:p>
      <w:r>
        <w:t>TOOM BM SAGT DANKE</w:t>
      </w:r>
    </w:p>
    <w:p>
      <w:r>
        <w:t>13563359//Plauen</w:t>
      </w:r>
    </w:p>
    <w:p>
      <w:r>
        <w:t>5 37 9262</w:t>
      </w:r>
    </w:p>
    <w:p>
      <w:r>
        <w:t>00</w:t>
      </w:r>
    </w:p>
    <w:p>
      <w:r>
        <w:t>-18,99</w:t>
      </w:r>
    </w:p>
    <w:p>
      <w:r>
        <w:t>Saldo końcowy dnia</w:t>
      </w:r>
    </w:p>
    <w:p>
      <w:r>
        <w:t>Suma Wpłat 0,00</w:t>
      </w:r>
    </w:p>
    <w:p>
      <w:r>
        <w:t>4.449,49</w:t>
      </w:r>
    </w:p>
    <w:p>
      <w:r>
        <w:t>Suma Wypłat -106,37</w:t>
      </w:r>
    </w:p>
    <w:p>
      <w:r>
        <w:t>12.02.2025 DE68 7502 0073 0008 4720 92</w:t>
      </w:r>
    </w:p>
    <w:p>
      <w:r>
        <w:t>12.02.2025 HYVEDEMM447</w:t>
      </w:r>
    </w:p>
    <w:p>
      <w:r>
        <w:t>2025-02-11T10:30 Debit</w:t>
      </w:r>
    </w:p>
    <w:p>
      <w:r>
        <w:t>NETTO MARKEN-DISCOU//PAU-</w:t>
      </w:r>
    </w:p>
    <w:p>
      <w:r>
        <w:t>SA/DE</w:t>
      </w:r>
    </w:p>
    <w:p>
      <w:r>
        <w:t>5 37 9262</w:t>
      </w:r>
    </w:p>
    <w:p>
      <w:r>
        <w:t>00</w:t>
      </w:r>
    </w:p>
    <w:p>
      <w:r>
        <w:t>-32,72</w:t>
      </w:r>
    </w:p>
    <w:p>
      <w:r>
        <w:t>12.02.2025 DE27 3006 0601 0006 8732 86</w:t>
      </w:r>
    </w:p>
    <w:p>
      <w:r>
        <w:t>12.02.2025 DAAEDEDDXXX</w:t>
      </w:r>
    </w:p>
    <w:p>
      <w:r>
        <w:t>83076825000179</w:t>
      </w:r>
    </w:p>
    <w:p>
      <w:r>
        <w:t>Stadt-Apotheke Pausa</w:t>
      </w:r>
    </w:p>
    <w:p>
      <w:r>
        <w:t>5 14 9498</w:t>
      </w:r>
    </w:p>
    <w:p>
      <w:r>
        <w:t>00</w:t>
      </w:r>
    </w:p>
    <w:p>
      <w:r>
        <w:t>-55,68</w:t>
      </w:r>
    </w:p>
    <w:p>
      <w:r>
        <w:t>12.02.2025 PL05 1160 2202 0000 0006 5169</w:t>
      </w:r>
    </w:p>
    <w:p>
      <w:r>
        <w:t>12.02.2025 3759</w:t>
      </w:r>
    </w:p>
    <w:p>
      <w:r>
        <w:t>BIGBPLPWXXX</w:t>
      </w:r>
    </w:p>
    <w:p>
      <w:r>
        <w:t>10202</w:t>
      </w:r>
    </w:p>
    <w:p>
      <w:r>
        <w:t>MATEUSZ BUCZEK</w:t>
      </w:r>
    </w:p>
    <w:p>
      <w:r>
        <w:t>5 14 9498</w:t>
      </w:r>
    </w:p>
    <w:p>
      <w:r>
        <w:t>00</w:t>
      </w:r>
    </w:p>
    <w:p>
      <w:r>
        <w:t>-329,99</w:t>
      </w:r>
    </w:p>
    <w:p>
      <w:r>
        <w:t>Saldo końcowy dnia</w:t>
      </w:r>
    </w:p>
    <w:p>
      <w:r>
        <w:t>Suma Wpłat 0,00</w:t>
      </w:r>
    </w:p>
    <w:p>
      <w:r>
        <w:t>4.031,10</w:t>
      </w:r>
    </w:p>
    <w:p>
      <w:r>
        <w:t>Suma Wypłat -418,39</w:t>
      </w:r>
    </w:p>
    <w:p>
      <w:r>
        <w:t>13.02.2025 DE02 8705 8000 3420 0004 63</w:t>
      </w:r>
    </w:p>
    <w:p>
      <w:r>
        <w:t>13.02.2025 WELADED1PLX</w:t>
      </w:r>
    </w:p>
    <w:p>
      <w:r>
        <w:t>Rozliczenie grudzień 2024 rachunku</w:t>
      </w:r>
    </w:p>
    <w:p>
      <w:r>
        <w:t>Usługi Opiekuńcze Christine Fleischer</w:t>
      </w:r>
    </w:p>
    <w:p>
      <w:r>
        <w:t>5 10 9309</w:t>
      </w:r>
    </w:p>
    <w:p>
      <w:r>
        <w:t>00</w:t>
      </w:r>
    </w:p>
    <w:p>
      <w:r>
        <w:t>-131,54</w:t>
      </w:r>
    </w:p>
    <w:p>
      <w:r>
        <w:t>Saldo końcowy dnia</w:t>
      </w:r>
    </w:p>
    <w:p>
      <w:r>
        <w:t>Suma Wpłat 0,00</w:t>
      </w:r>
    </w:p>
    <w:p>
      <w:r>
        <w:t>3.899,56</w:t>
      </w:r>
    </w:p>
    <w:p>
      <w:r>
        <w:t>Suma Wypłat -131,54</w:t>
      </w:r>
    </w:p>
    <w:p>
      <w:r>
        <w:t>17.02.2025 DE36 8305 0000 0000 0084 60</w:t>
      </w:r>
    </w:p>
    <w:p>
      <w:r>
        <w:t>17.02.2025 HELADEF1GER</w:t>
      </w:r>
    </w:p>
    <w:p>
      <w:r>
        <w:t>MUELLGEB. 2025130647621 KUN-</w:t>
      </w:r>
    </w:p>
    <w:p>
      <w:r>
        <w:t>DEN-NR 4</w:t>
      </w:r>
    </w:p>
    <w:p>
      <w:r>
        <w:t>AWV Ostthüringen</w:t>
      </w:r>
    </w:p>
    <w:p>
      <w:r>
        <w:t>5 11 9236</w:t>
      </w:r>
    </w:p>
    <w:p>
      <w:r>
        <w:t>00</w:t>
      </w:r>
    </w:p>
    <w:p>
      <w:r>
        <w:t>-43,60</w:t>
      </w:r>
    </w:p>
    <w:p>
      <w:r>
        <w:t>17.02.2025 DE36 8305 0000 0000 0084 60</w:t>
      </w:r>
    </w:p>
    <w:p>
      <w:r>
        <w:t>17.02.2025 HELADEF1GER</w:t>
      </w:r>
    </w:p>
    <w:p>
      <w:r>
        <w:t>MUELLGEB. 2024130187633 KUN-</w:t>
      </w:r>
    </w:p>
    <w:p>
      <w:r>
        <w:t>DEN-NR 4</w:t>
      </w:r>
    </w:p>
    <w:p>
      <w:r>
        <w:t>AWV Ostthüringen</w:t>
      </w:r>
    </w:p>
    <w:p>
      <w:r>
        <w:t>5 11 9236</w:t>
      </w:r>
    </w:p>
    <w:p>
      <w:r>
        <w:t>00</w:t>
      </w:r>
    </w:p>
    <w:p>
      <w:r>
        <w:t>-44,40</w:t>
      </w:r>
    </w:p>
    <w:p>
      <w:r>
        <w:t>Wydruk wygenerowano 27.05.2026 o 13:21:58.</w:t>
      </w:r>
    </w:p>
    <w:p>
      <w:r>
        <w:t>3 z 4</w:t>
      </w:r>
    </w:p>
    <w:p>
      <w:r>
        <w:t>Sparkasse Vogtland</w:t>
      </w:r>
    </w:p>
    <w:p>
      <w:r>
        <w:t>10</w:t>
      </w:r>
    </w:p>
    <w:p>
      <w:r>
        <w:t>Przegląd</w:t>
      </w:r>
    </w:p>
    <w:p>
      <w:r>
        <w:t>Data księgowania</w:t>
      </w:r>
    </w:p>
    <w:p>
      <w:r>
        <w:t>Data waluty</w:t>
      </w:r>
    </w:p>
    <w:p>
      <w:r>
        <w:t>Nazwa/numer IBAN/konta</w:t>
      </w:r>
    </w:p>
    <w:p>
      <w:r>
        <w:t>BIC/kod banku</w:t>
      </w:r>
    </w:p>
    <w:p>
      <w:r>
        <w:t>Konto przeciwne</w:t>
      </w:r>
    </w:p>
    <w:p>
      <w:r>
        <w:t>Dalsze informacje</w:t>
      </w:r>
    </w:p>
    <w:p>
      <w:r>
        <w:t>Cel użycia/tekst wyciągu</w:t>
      </w:r>
    </w:p>
    <w:p>
      <w:r>
        <w:t>Nazwa konta przeciwnego</w:t>
      </w:r>
    </w:p>
    <w:p>
      <w:r>
        <w:t>W skrócie</w:t>
      </w:r>
    </w:p>
    <w:p>
      <w:r>
        <w:t>AN T PN</w:t>
      </w:r>
    </w:p>
    <w:p>
      <w:r>
        <w:t>U</w:t>
      </w:r>
    </w:p>
    <w:p>
      <w:r>
        <w:t>Kwota / Saldo R</w:t>
      </w:r>
    </w:p>
    <w:p>
      <w:r>
        <w:t>EUR</w:t>
      </w:r>
    </w:p>
    <w:p>
      <w:r>
        <w:t>17.02.2025 DE66 3607 0050 0230 0366 00</w:t>
      </w:r>
    </w:p>
    <w:p>
      <w:r>
        <w:t>17.02.2025 DEUTDEDE</w:t>
      </w:r>
    </w:p>
    <w:p>
      <w:r>
        <w:t>eprimo mówi dziękuję</w:t>
      </w:r>
    </w:p>
    <w:p>
      <w:r>
        <w:t>eprimo GmbH</w:t>
      </w:r>
    </w:p>
    <w:p>
      <w:r>
        <w:t>5 11 9250</w:t>
      </w:r>
    </w:p>
    <w:p>
      <w:r>
        <w:t>00</w:t>
      </w:r>
    </w:p>
    <w:p>
      <w:r>
        <w:t>-99,00</w:t>
      </w:r>
    </w:p>
    <w:p>
      <w:r>
        <w:t>Saldo końcowy dnia</w:t>
      </w:r>
    </w:p>
    <w:p>
      <w:r>
        <w:t>Suma Wpłat 0,00</w:t>
      </w:r>
    </w:p>
    <w:p>
      <w:r>
        <w:t>3.712,56</w:t>
      </w:r>
    </w:p>
    <w:p>
      <w:r>
        <w:t>Suma Wypłat -187,00</w:t>
      </w:r>
    </w:p>
    <w:p>
      <w:r>
        <w:t>18.02.2025 DE04 7002 0270 0015 4345 15</w:t>
      </w:r>
    </w:p>
    <w:p>
      <w:r>
        <w:t>18.02.2025 HYVEDEMM</w:t>
      </w:r>
    </w:p>
    <w:p>
      <w:r>
        <w:t>0000100815848 0020079436804</w:t>
      </w:r>
    </w:p>
    <w:p>
      <w:r>
        <w:t>Vodafone GmbH</w:t>
      </w:r>
    </w:p>
    <w:p>
      <w:r>
        <w:t>5 11 9250</w:t>
      </w:r>
    </w:p>
    <w:p>
      <w:r>
        <w:t>00</w:t>
      </w:r>
    </w:p>
    <w:p>
      <w:r>
        <w:t>-11,98</w:t>
      </w:r>
    </w:p>
    <w:p>
      <w:r>
        <w:t>18.02.2025 DE93 3003 0880 0013 4410 06</w:t>
      </w:r>
    </w:p>
    <w:p>
      <w:r>
        <w:t>18.02.2025 TUBDDEDD</w:t>
      </w:r>
    </w:p>
    <w:p>
      <w:r>
        <w:t>303-7572117-4055508 Amazon.de</w:t>
      </w:r>
    </w:p>
    <w:p>
      <w:r>
        <w:t>3HFS2</w:t>
      </w:r>
    </w:p>
    <w:p>
      <w:r>
        <w:t>AMAZON EU S.A R.L., NIEDER-</w:t>
      </w:r>
    </w:p>
    <w:p>
      <w:r>
        <w:t>LASSUNG D</w:t>
      </w:r>
    </w:p>
    <w:p>
      <w:r>
        <w:t>5 11 9262</w:t>
      </w:r>
    </w:p>
    <w:p>
      <w:r>
        <w:t>00</w:t>
      </w:r>
    </w:p>
    <w:p>
      <w:r>
        <w:t>-19,85</w:t>
      </w:r>
    </w:p>
    <w:p>
      <w:r>
        <w:t>18.02.2025 DE30 8205 1000 0130 0505 98</w:t>
      </w:r>
    </w:p>
    <w:p>
      <w:r>
        <w:t>18.02.2025 HELADEF1WEM</w:t>
      </w:r>
    </w:p>
    <w:p>
      <w:r>
        <w:t>775007438525 410000886813</w:t>
      </w:r>
    </w:p>
    <w:p>
      <w:r>
        <w:t>205,42- P</w:t>
      </w:r>
    </w:p>
    <w:p>
      <w:r>
        <w:t>AOK PLUS Die Gesundheitskasse</w:t>
      </w:r>
    </w:p>
    <w:p>
      <w:r>
        <w:t>5 62 9237</w:t>
      </w:r>
    </w:p>
    <w:p>
      <w:r>
        <w:t>00</w:t>
      </w:r>
    </w:p>
    <w:p>
      <w:r>
        <w:t>205,42</w:t>
      </w:r>
    </w:p>
    <w:p>
      <w:r>
        <w:t>Saldo końcowy dnia</w:t>
      </w:r>
    </w:p>
    <w:p>
      <w:r>
        <w:t>Suma Wpłat 205,42</w:t>
      </w:r>
    </w:p>
    <w:p>
      <w:r>
        <w:t>3.886,15</w:t>
      </w:r>
    </w:p>
    <w:p>
      <w:r>
        <w:t>Suma Wypłat -31,83</w:t>
      </w:r>
    </w:p>
    <w:p>
      <w:r>
        <w:t>19.02.2025 DE25 6005 0101 0004 0010 50</w:t>
      </w:r>
    </w:p>
    <w:p>
      <w:r>
        <w:t>19.02.2025 SOLADEST600</w:t>
      </w:r>
    </w:p>
    <w:p>
      <w:r>
        <w:t>2025-02-18T20:36 Debit</w:t>
      </w:r>
    </w:p>
    <w:p>
      <w:r>
        <w:t>Kaufland Plauen-</w:t>
      </w:r>
    </w:p>
    <w:p>
      <w:r>
        <w:t>Kausch//Plauen/DE</w:t>
      </w:r>
    </w:p>
    <w:p>
      <w:r>
        <w:t>5 37 9250</w:t>
      </w:r>
    </w:p>
    <w:p>
      <w:r>
        <w:t>00</w:t>
      </w:r>
    </w:p>
    <w:p>
      <w:r>
        <w:t>-86,51</w:t>
      </w:r>
    </w:p>
    <w:p>
      <w:r>
        <w:t>Saldo końcowy dnia</w:t>
      </w:r>
    </w:p>
    <w:p>
      <w:r>
        <w:t>Suma Wpłat 0,00</w:t>
      </w:r>
    </w:p>
    <w:p>
      <w:r>
        <w:t>3.799,64</w:t>
      </w:r>
    </w:p>
    <w:p>
      <w:r>
        <w:t>Suma Wypłat -86,51</w:t>
      </w:r>
    </w:p>
    <w:p>
      <w:r>
        <w:t>20.02.2025 DE93 3003 0880 0013 4410 06</w:t>
      </w:r>
    </w:p>
    <w:p>
      <w:r>
        <w:t>20.02.2025 TUBDDEDD</w:t>
      </w:r>
    </w:p>
    <w:p>
      <w:r>
        <w:t>D01-5585957-3579855 AMZNPrime</w:t>
      </w:r>
    </w:p>
    <w:p>
      <w:r>
        <w:t>DE 3S</w:t>
      </w:r>
    </w:p>
    <w:p>
      <w:r>
        <w:t>AMAZON EU S.A R.L., NIEDER-</w:t>
      </w:r>
    </w:p>
    <w:p>
      <w:r>
        <w:t>LASSUNGD</w:t>
      </w:r>
    </w:p>
    <w:p>
      <w:r>
        <w:t>5 11 9262</w:t>
      </w:r>
    </w:p>
    <w:p>
      <w:r>
        <w:t>00</w:t>
      </w:r>
    </w:p>
    <w:p>
      <w:r>
        <w:t>-8,99</w:t>
      </w:r>
    </w:p>
    <w:p>
      <w:r>
        <w:t>Saldo końcowy dnia</w:t>
      </w:r>
    </w:p>
    <w:p>
      <w:r>
        <w:t>Suma Wpłat 0,00</w:t>
      </w:r>
    </w:p>
    <w:p>
      <w:r>
        <w:t>3.790,65</w:t>
      </w:r>
    </w:p>
    <w:p>
      <w:r>
        <w:t>Suma Wypłat -8,99</w:t>
      </w:r>
    </w:p>
    <w:p>
      <w:r>
        <w:t>Saldo wyciągu</w:t>
      </w:r>
    </w:p>
    <w:p>
      <w:r>
        <w:t>5</w:t>
      </w:r>
    </w:p>
    <w:p>
      <w:r>
        <w:t>3.790,65</w:t>
      </w:r>
    </w:p>
    <w:p>
      <w:r>
        <w:t>24.02.2025 DE50 6665 0085 0007 0431 47</w:t>
      </w:r>
    </w:p>
    <w:p>
      <w:r>
        <w:t>24.02.2025 PZHSDE66XXX</w:t>
      </w:r>
    </w:p>
    <w:p>
      <w:r>
        <w:t>KDNr: 0177297050602015993906,</w:t>
      </w:r>
    </w:p>
    <w:p>
      <w:r>
        <w:t>naec</w:t>
      </w:r>
    </w:p>
    <w:p>
      <w:r>
        <w:t>BRUNO BADER GmbH Co. KG</w:t>
      </w:r>
    </w:p>
    <w:p>
      <w:r>
        <w:t>6 11 9226</w:t>
      </w:r>
    </w:p>
    <w:p>
      <w:r>
        <w:t>00</w:t>
      </w:r>
    </w:p>
    <w:p>
      <w:r>
        <w:t>-45,34</w:t>
      </w:r>
    </w:p>
    <w:p>
      <w:r>
        <w:t>24.02.2025 DE68 7502 0073 0008 4720 92</w:t>
      </w:r>
    </w:p>
    <w:p>
      <w:r>
        <w:t>24.02.2025 HYVEDEMM447</w:t>
      </w:r>
    </w:p>
    <w:p>
      <w:r>
        <w:t>2025-02-22T10:10 Debit</w:t>
      </w:r>
    </w:p>
    <w:p>
      <w:r>
        <w:t>NETTO MARKEN-DISCOU//PAU-</w:t>
      </w:r>
    </w:p>
    <w:p>
      <w:r>
        <w:t>SA/DE</w:t>
      </w:r>
    </w:p>
    <w:p>
      <w:r>
        <w:t>6 37 9262</w:t>
      </w:r>
    </w:p>
    <w:p>
      <w:r>
        <w:t>00</w:t>
      </w:r>
    </w:p>
    <w:p>
      <w:r>
        <w:t>-25,86</w:t>
      </w:r>
    </w:p>
    <w:p>
      <w:r>
        <w:t>Saldo końcowy dnia</w:t>
      </w:r>
    </w:p>
    <w:p>
      <w:r>
        <w:t>Suma Wpłat 0,00</w:t>
      </w:r>
    </w:p>
    <w:p>
      <w:r>
        <w:t>3.719,45</w:t>
      </w:r>
    </w:p>
    <w:p>
      <w:r>
        <w:t>Suma Wypłat -71,20</w:t>
      </w:r>
    </w:p>
    <w:p>
      <w:r>
        <w:t>26.02.2025 LU89 7510 0013 5104 200E</w:t>
      </w:r>
    </w:p>
    <w:p>
      <w:r>
        <w:t>26.02.2025 PPLXLUL2</w:t>
      </w:r>
    </w:p>
    <w:p>
      <w:r>
        <w:t>1040485598702/. eBay S.a r.l., Ihr</w:t>
      </w:r>
    </w:p>
    <w:p>
      <w:r>
        <w:t>PayPal Europe S.a.r.l. et Cie S.C.A</w:t>
      </w:r>
    </w:p>
    <w:p>
      <w:r>
        <w:t>6 11 9250</w:t>
      </w:r>
    </w:p>
    <w:p>
      <w:r>
        <w:t>00</w:t>
      </w:r>
    </w:p>
    <w:p>
      <w:r>
        <w:t>-39,90</w:t>
      </w:r>
    </w:p>
    <w:p>
      <w:r>
        <w:t>26.02.2025 DE93 8305 0000 0000 0004 50</w:t>
      </w:r>
    </w:p>
    <w:p>
      <w:r>
        <w:t>26.02.2025 HELADEF1GER</w:t>
      </w:r>
    </w:p>
    <w:p>
      <w:r>
        <w:t>GB N00002273 VOM 26.02.25</w:t>
      </w:r>
    </w:p>
    <w:p>
      <w:r>
        <w:t>ZWECKVERBAND WASSER / AB-</w:t>
      </w:r>
    </w:p>
    <w:p>
      <w:r>
        <w:t>WASSER ZEUL</w:t>
      </w:r>
    </w:p>
    <w:p>
      <w:r>
        <w:t>6 11 9236</w:t>
      </w:r>
    </w:p>
    <w:p>
      <w:r>
        <w:t>00</w:t>
      </w:r>
    </w:p>
    <w:p>
      <w:r>
        <w:t>-44,65</w:t>
      </w:r>
    </w:p>
    <w:p>
      <w:r>
        <w:t>26.02.2025 DE25 6005 0101 0004 0010 50</w:t>
      </w:r>
    </w:p>
    <w:p>
      <w:r>
        <w:t>26.02.2025 SOLADEST600</w:t>
      </w:r>
    </w:p>
    <w:p>
      <w:r>
        <w:t>2025-02-25T19:50 Debit</w:t>
      </w:r>
    </w:p>
    <w:p>
      <w:r>
        <w:t>Kaufland</w:t>
      </w:r>
    </w:p>
    <w:p>
      <w:r>
        <w:t>Zeulenroda//Zeulenroda/DE</w:t>
      </w:r>
    </w:p>
    <w:p>
      <w:r>
        <w:t>6 37 9250</w:t>
      </w:r>
    </w:p>
    <w:p>
      <w:r>
        <w:t>00</w:t>
      </w:r>
    </w:p>
    <w:p>
      <w:r>
        <w:t>-54,58</w:t>
      </w:r>
    </w:p>
    <w:p>
      <w:r>
        <w:t>Saldo końcowy dnia</w:t>
      </w:r>
    </w:p>
    <w:p>
      <w:r>
        <w:t>Suma Wpłat 0,00</w:t>
      </w:r>
    </w:p>
    <w:p>
      <w:r>
        <w:t>3.580,32</w:t>
      </w:r>
    </w:p>
    <w:p>
      <w:r>
        <w:t>Suma Wypłat -139,13</w:t>
      </w:r>
    </w:p>
    <w:p>
      <w:r>
        <w:t>28.02.2025 DE68 7502 0073 0008 4720 92</w:t>
      </w:r>
    </w:p>
    <w:p>
      <w:r>
        <w:t>27.02.2025 HYVEDEMM447</w:t>
      </w:r>
    </w:p>
    <w:p>
      <w:r>
        <w:t>2025-02-26T16:53 Debit</w:t>
      </w:r>
    </w:p>
    <w:p>
      <w:r>
        <w:t>NETTO MARKEN-DISCOU//PAU-</w:t>
      </w:r>
    </w:p>
    <w:p>
      <w:r>
        <w:t>SA/DE</w:t>
      </w:r>
    </w:p>
    <w:p>
      <w:r>
        <w:t>6 37 9262</w:t>
      </w:r>
    </w:p>
    <w:p>
      <w:r>
        <w:t>00</w:t>
      </w:r>
    </w:p>
    <w:p>
      <w:r>
        <w:t>-8,44</w:t>
      </w:r>
    </w:p>
    <w:p>
      <w:r>
        <w:t>28.02.2025 DE08 6005 0101 0008 0381 08</w:t>
      </w:r>
    </w:p>
    <w:p>
      <w:r>
        <w:t>28.02.2025 SOLADESTXXX</w:t>
      </w:r>
    </w:p>
    <w:p>
      <w:r>
        <w:t>00903220749S51511 RV-RENTE</w:t>
      </w:r>
    </w:p>
    <w:p>
      <w:r>
        <w:t>02.2025</w:t>
      </w:r>
    </w:p>
    <w:p>
      <w:r>
        <w:t>Usługi Rentowe</w:t>
      </w:r>
    </w:p>
    <w:p>
      <w:r>
        <w:t>6 82 9261</w:t>
      </w:r>
    </w:p>
    <w:p>
      <w:r>
        <w:t>00</w:t>
      </w:r>
    </w:p>
    <w:p>
      <w:r>
        <w:t>1.425,05</w:t>
      </w:r>
    </w:p>
    <w:p>
      <w:r>
        <w:t>28.02.2025 DE46 3701 0050 0018 2995 05</w:t>
      </w:r>
    </w:p>
    <w:p>
      <w:r>
        <w:t>28.02.2025 PBNKDEFFXXX</w:t>
      </w:r>
    </w:p>
    <w:p>
      <w:r>
        <w:t>2025-02-26T12:08 Debit</w:t>
      </w:r>
    </w:p>
    <w:p>
      <w:r>
        <w:t>PARKEN JENA UNIVERSITAETS-</w:t>
      </w:r>
    </w:p>
    <w:p>
      <w:r>
        <w:t>KLI//Jena/</w:t>
      </w:r>
    </w:p>
    <w:p>
      <w:r>
        <w:t>6 37 9262</w:t>
      </w:r>
    </w:p>
    <w:p>
      <w:r>
        <w:t>00</w:t>
      </w:r>
    </w:p>
    <w:p>
      <w:r>
        <w:t>-8,50</w:t>
      </w:r>
    </w:p>
    <w:p>
      <w:r>
        <w:t>8 wpisów</w:t>
      </w:r>
    </w:p>
    <w:p>
      <w:r>
        <w:t>Saldo końcowy dnia</w:t>
      </w:r>
    </w:p>
    <w:p>
      <w:r>
        <w:t>Suma Wpłat 1.425,05</w:t>
      </w:r>
    </w:p>
    <w:p>
      <w:r>
        <w:t>Suma Wypłat -16,94</w:t>
      </w:r>
    </w:p>
    <w:p>
      <w:r>
        <w:t>4.988,43</w:t>
      </w:r>
    </w:p>
    <w:p>
      <w:r>
        <w:t>Wydruk wygenerowano 27.05.2026 o 13:21:58.</w:t>
      </w:r>
    </w:p>
    <w:p>
      <w:r>
        <w:t>4 z 4</w:t>
      </w:r>
    </w:p>
    <w:p>
      <w:r>
        <w:t>Sparkasse Vogtland</w:t>
      </w:r>
    </w:p>
    <w:p>
      <w:r>
        <w:t>11</w:t>
      </w:r>
    </w:p>
    <w:p>
      <w:r>
        <w:t>OSPlus-Archiv Viewer</w:t>
      </w:r>
    </w:p>
    <w:p>
      <w:r>
        <w:t>182 067.500 D3 (Wersja grudzień 2024) - v9.2</w:t>
      </w:r>
    </w:p>
    <w:p>
      <w:r>
        <w:t>S-Management Services - DSV Gruppe</w:t>
      </w:r>
    </w:p>
    <w:p>
      <w:r>
        <w:t>5814532</w:t>
      </w:r>
    </w:p>
    <w:p>
      <w:r>
        <w:t>KSP</w:t>
      </w:r>
    </w:p>
    <w:p>
      <w:r>
        <w:t>4420019137100432701250</w:t>
      </w:r>
    </w:p>
    <w:p>
      <w:r>
        <w:t>Pełnomocnictwo (karta wzoru podpisu) dla</w:t>
      </w:r>
    </w:p>
    <w:p>
      <w:r>
        <w:t>Prywatnego rachunku bieżącego</w:t>
      </w:r>
    </w:p>
    <w:p>
      <w:r>
        <w:t>Odnowienie pełnomocnictwa (karta wzoru podpisu)</w:t>
      </w:r>
    </w:p>
    <w:p>
      <w:r>
        <w:t>Właściciel konta</w:t>
      </w:r>
    </w:p>
    <w:p>
      <w:r>
        <w:t>Christa Schneider</w:t>
      </w:r>
    </w:p>
    <w:p>
      <w:r>
        <w:t>Am Buchberg 19, 07937 Zeulenroda-Triebes</w:t>
      </w:r>
    </w:p>
    <w:p>
      <w:r>
        <w:t>1</w:t>
      </w:r>
    </w:p>
    <w:p>
      <w:r>
        <w:t>Christa Schneider</w:t>
      </w:r>
    </w:p>
    <w:p>
      <w:r>
        <w:t>podpisuje</w:t>
      </w:r>
    </w:p>
    <w:p>
      <w:r>
        <w:t>Sparkasse Vogtland</w:t>
      </w:r>
    </w:p>
    <w:p>
      <w:r>
        <w:t>Komturhof 2</w:t>
      </w:r>
    </w:p>
    <w:p>
      <w:r>
        <w:t>08527 Plauen</w:t>
      </w:r>
    </w:p>
    <w:p>
      <w:r>
        <w:t>NIP UE: DE 141 247 251</w:t>
      </w:r>
    </w:p>
    <w:p>
      <w:r>
        <w:t>Konto</w:t>
      </w:r>
    </w:p>
    <w:p>
      <w:r>
        <w:t>4420019137</w:t>
      </w:r>
    </w:p>
    <w:p>
      <w:r>
        <w:t>X-Schuda</w:t>
      </w:r>
    </w:p>
    <w:p>
      <w:r>
        <w:t>Pełnomocnictwo</w:t>
      </w:r>
    </w:p>
    <w:p>
      <w:r>
        <w:t>Pełnomocnik/Pełnomocnicy jest/są uprawniony/i do dysponowania środkami na koncie oraz w ramach udzielonej linii kredytowej (dopuszczalne</w:t>
      </w:r>
    </w:p>
    <w:p>
      <w:r>
        <w:t>przekroczenie stanu konta). Ponadto może/mogą on/ona/oni korzystać z konta również poza tymi ramami w przypadku odpowiedniej tolerancji ze strony</w:t>
      </w:r>
    </w:p>
    <w:p>
      <w:r>
        <w:t>Sparkasse (tolerowane przekroczenie stanu konta), o ile mieści się to w rozsądnych granicach związanych z danym kontem.</w:t>
      </w:r>
    </w:p>
    <w:p>
      <w:r>
        <w:t>Pełnomocnik/Pełnomocnicy jest/są uprawniony/i do podejmowania wszelkich czynności, które mogą wywołać skutki prawne zgodnie z przepisami</w:t>
      </w:r>
    </w:p>
    <w:p>
      <w:r>
        <w:t>Rozdziału 4 Księgi 8 Kodeksu Postępowania Cywilnego (w szczególności przekształcanie konta w konto chronione przed zajęciem; ponowne</w:t>
      </w:r>
    </w:p>
    <w:p>
      <w:r>
        <w:t>przekształcanie; dzielenie i przeksięgowanie środków na zajętych kontach wspólnych).</w:t>
      </w:r>
    </w:p>
    <w:p>
      <w:r>
        <w:t>Pełnomocnictwo obejmuje prawo do zaciągania zobowiązań czekowych dla posiadacza konta oraz do przyjmowania, sprawdzania i uznawania wyciągów</w:t>
      </w:r>
    </w:p>
    <w:p>
      <w:r>
        <w:t>bankowych, rozliczeń i innych dokumentów dotyczących konta. W przypadku wielu współwłaścicieli konta, pełnomocnictwo może być udzielone tylko przez</w:t>
      </w:r>
    </w:p>
    <w:p>
      <w:r>
        <w:t>wszystkich współwłaścicieli konta wspólnie.</w:t>
      </w:r>
    </w:p>
    <w:p>
      <w:r>
        <w:t>Niniejsze pełnomocnictwo może być przeze mnie/przez nas w każdej chwili odwołane wobec Sparkasse. Jeżeli odwołam/odwołamy je wobec</w:t>
      </w:r>
    </w:p>
    <w:p>
      <w:r>
        <w:t>pełnomocnika/pełnomocników, niezwłocznie poinformuję/poinformujemy o tym Sparkasse. Odwołanie i informacja będą przeze mnie/przez nas dokonane</w:t>
      </w:r>
    </w:p>
    <w:p>
      <w:r>
        <w:t>wobec Sparkasse w miarę możliwości na piśmie, ze względów dowodowych. W przypadku wielu współwłaścicieli konta, odwołanie pełnomocnictwa przez</w:t>
      </w:r>
    </w:p>
    <w:p>
      <w:r>
        <w:t>jednego ze współwłaścicieli skutkuje wygaśnięciem pełnomocnictwa. Pełnomocnictwo nie wygasa z moją/naszą śmiercią; pozostaje w mocy dla</w:t>
      </w:r>
    </w:p>
    <w:p>
      <w:r>
        <w:t>moich/naszych spadkobierców. Jeżeli jeden z kilku współspadkobierców odwoła pełnomocnictwo, pełnomocnik może reprezentować tylko tych</w:t>
      </w:r>
    </w:p>
    <w:p>
      <w:r>
        <w:t>współspadkobierców, którzy nie odwołali jego pełnomocnictwa. W takim przypadku pełnomocnik może korzystać z pełnomocnictwa tylko wspólnie z</w:t>
      </w:r>
    </w:p>
    <w:p>
      <w:r>
        <w:t>odwołującym. Sparkasse może zażądać, aby odwołujący się wykazał jako spadkobierca. Pełnomocnik/pełnomocnicy jest/są uprawniony/i do zamknięcia</w:t>
      </w:r>
    </w:p>
    <w:p>
      <w:r>
        <w:t>konta dopiero po śmierci właściciela konta. W przypadku wielu współwłaścicieli konta, uprawnienie to istnieje dopiero po śmierci wszystkich</w:t>
      </w:r>
    </w:p>
    <w:p>
      <w:r>
        <w:t>współwłaścicieli konta.</w:t>
      </w:r>
    </w:p>
    <w:p>
      <w:r>
        <w:t>Pełnomocnik nie jest uprawniony do udzielania dalszych pełnomocnictw.</w:t>
      </w:r>
    </w:p>
    <w:p>
      <w:r>
        <w:t>Niniejszym upoważniam/upoważniamy</w:t>
      </w:r>
    </w:p>
    <w:p>
      <w:r>
        <w:t>2 Sebastian Schneider (0015010622)</w:t>
      </w:r>
    </w:p>
    <w:p>
      <w:r>
        <w:t>podpisuje</w:t>
      </w:r>
    </w:p>
    <w:p>
      <w:r>
        <w:t>Sel. Schneider</w:t>
      </w:r>
    </w:p>
    <w:p>
      <w:r>
        <w:t>do dysponowania ww. kontem.</w:t>
      </w:r>
    </w:p>
    <w:p>
      <w:r>
        <w:t>Osoba/osoby o numerze/numerach</w:t>
      </w:r>
    </w:p>
    <w:p>
      <w:r>
        <w:t>2</w:t>
      </w:r>
    </w:p>
    <w:p>
      <w:r>
        <w:t>ma/mają pełnomocnictwo indywidualne;</w:t>
      </w:r>
    </w:p>
    <w:p>
      <w:r>
        <w:t>osoba/osoby o numerze/numerach</w:t>
      </w:r>
    </w:p>
    <w:p>
      <w:r>
        <w:t>XXXXXXXXXXXXXXXXXXXXXXXXXXXXXXXXXXX</w:t>
      </w:r>
    </w:p>
    <w:p>
      <w:r>
        <w:t>jest/są upoważniona/e do działania wspólnie z inną osobą tutaj wymienioną. Wspólne uprawnienie do dysponowania jest udzielone w następujący sposób:</w:t>
      </w:r>
    </w:p>
    <w:p>
      <w:r>
        <w:t>Wcześniej wystawione pełnomocnictwa (karty wzoru podpisów) dla tego konta stają się niniejszym bezprzedmiotowe.</w:t>
      </w:r>
    </w:p>
    <w:p>
      <w:r>
        <w:t>Podpis właściciela konta</w:t>
      </w:r>
    </w:p>
    <w:p>
      <w:r>
        <w:t>Podpis(y) upoważnionego przedstawiciela</w:t>
      </w:r>
    </w:p>
    <w:p>
      <w:r>
        <w:t>х совмещенны</w:t>
      </w:r>
    </w:p>
    <w:p>
      <w:r>
        <w:t>Miejscowość, data</w:t>
      </w:r>
    </w:p>
    <w:p>
      <w:r>
        <w:t>Pausa, 27.01.2025</w:t>
      </w:r>
    </w:p>
    <w:p>
      <w:r>
        <w:t>Dane sprawdzone i potwierdzone pod względem prawidłowości podpisu: Andrea Flach</w:t>
      </w:r>
    </w:p>
    <w:p>
      <w:r>
        <w:t>Archiwum Sparkasse Vogtland</w:t>
      </w:r>
    </w:p>
    <w:p>
      <w:r>
        <w:t>Andrea</w:t>
      </w:r>
    </w:p>
    <w:p>
      <w:r>
        <w:t>2005</w:t>
      </w:r>
    </w:p>
    <w:p>
      <w:r>
        <w:t>w dniu:</w:t>
      </w:r>
    </w:p>
    <w:p>
      <w:r>
        <w:t>27.01.2025</w:t>
      </w:r>
    </w:p>
    <w:p>
      <w:r>
        <w:t>Strona 1 z 1</w:t>
      </w:r>
    </w:p>
    <w:p>
      <w:r>
        <w:t>Lyon 1</w:t>
      </w:r>
    </w:p>
    <w:p>
      <w:r>
        <w:t>27.05.2036 13:3</w:t>
      </w:r>
    </w:p>
    <w:p>
      <w:r>
        <w:t>about:blanl</w:t>
      </w:r>
    </w:p>
    <w:p>
      <w:r>
        <w:t>66</w:t>
      </w:r>
    </w:p>
    <w:p>
      <w:r>
        <w:t>12</w:t>
      </w:r>
    </w:p>
    <w:p>
      <w:r>
        <w:t>(pusta strona)</w:t>
      </w:r>
    </w:p>
    <w:p>
      <w:r>
        <w:t>13</w:t>
      </w:r>
    </w:p>
    <w:p>
      <w:r>
        <w:t>Zeznanie świadka ST_015a CV 8.6</w:t>
      </w:r>
    </w:p>
    <w:p>
      <w:r>
        <w:t>Inspekcja Policji Greiz</w:t>
      </w:r>
    </w:p>
    <w:p>
      <w:r>
        <w:t>Brunnengasse 10 07973 Greiz</w:t>
      </w:r>
    </w:p>
    <w:p>
      <w:r>
        <w:t>Christa Ilse Schneider</w:t>
      </w:r>
    </w:p>
    <w:p>
      <w:r>
        <w:t>Bernsgrün</w:t>
      </w:r>
    </w:p>
    <w:p>
      <w:r>
        <w:t>Am Buchberg 19</w:t>
      </w:r>
    </w:p>
    <w:p>
      <w:r>
        <w:t>07937 Zeulenroda-Triebes</w:t>
      </w:r>
    </w:p>
    <w:p>
      <w:r>
        <w:t>Turyngia</w:t>
      </w:r>
    </w:p>
    <w:p>
      <w:r>
        <w:t>KOPIA</w:t>
      </w:r>
    </w:p>
    <w:p>
      <w:r>
        <w:t>Policja</w:t>
      </w:r>
    </w:p>
    <w:p>
      <w:r>
        <w:t>Inspekcja Policji Greiz</w:t>
      </w:r>
    </w:p>
    <w:p>
      <w:r>
        <w:t>Pana/Pani osoba kontaktowa:</w:t>
      </w:r>
    </w:p>
    <w:p>
      <w:r>
        <w:t>Salusa, PHM</w:t>
      </w:r>
    </w:p>
    <w:p>
      <w:r>
        <w:t>Bezpośredni numer:</w:t>
      </w:r>
    </w:p>
    <w:p>
      <w:r>
        <w:t>Telefon +493661621140</w:t>
      </w:r>
    </w:p>
    <w:p>
      <w:r>
        <w:t>Telefaks +493661621199</w:t>
      </w:r>
    </w:p>
    <w:p>
      <w:r>
        <w:t>pi.greiz.lpig@polizei.thueringen</w:t>
      </w:r>
    </w:p>
    <w:p>
      <w:r>
        <w:t>.de</w:t>
      </w:r>
    </w:p>
    <w:p>
      <w:r>
        <w:t>Państwa sygnatura:</w:t>
      </w:r>
    </w:p>
    <w:p>
      <w:r>
        <w:t>Szanowna Pani Christa Ilse Schneider,</w:t>
      </w:r>
    </w:p>
    <w:p>
      <w:r>
        <w:t>w sprawie</w:t>
      </w:r>
    </w:p>
    <w:p>
      <w:r>
        <w:t>przeciwko Buczek, Mateusz</w:t>
      </w:r>
    </w:p>
    <w:p>
      <w:r>
        <w:t>z powodu Innego Oszustwa zgodnie z § 263 ust. 1 StGB, z dnia środy, 12.02.2025, w</w:t>
      </w:r>
    </w:p>
    <w:p>
      <w:r>
        <w:t>07937 Zeulenroda-Triebes</w:t>
      </w:r>
    </w:p>
    <w:p>
      <w:r>
        <w:t>Państwa przesłuchanie jako świadka jest konieczne.</w:t>
      </w:r>
    </w:p>
    <w:p>
      <w:r>
        <w:t>Państwa wiadomość z:</w:t>
      </w:r>
    </w:p>
    <w:p>
      <w:r>
        <w:t>Sygnatura akt:</w:t>
      </w:r>
    </w:p>
    <w:p>
      <w:r>
        <w:t>ERS/0161840/2026</w:t>
      </w:r>
    </w:p>
    <w:p>
      <w:r>
        <w:t>Greiz</w:t>
      </w:r>
    </w:p>
    <w:p>
      <w:r>
        <w:t>03.07.2026</w:t>
      </w:r>
    </w:p>
    <w:p>
      <w:r>
        <w:t>Prosimy o zgłoszenie się w poniedziałek, 13.07.2026, o godzinie 10:00 w następującej</w:t>
      </w:r>
    </w:p>
    <w:p>
      <w:r>
        <w:t>jednostce:</w:t>
      </w:r>
    </w:p>
    <w:p>
      <w:r>
        <w:t>Inspekcja Policji Greiz</w:t>
      </w:r>
    </w:p>
    <w:p>
      <w:r>
        <w:t>Brunnengasse 10</w:t>
      </w:r>
    </w:p>
    <w:p>
      <w:r>
        <w:t>07973 Greiz</w:t>
      </w:r>
    </w:p>
    <w:p>
      <w:r>
        <w:t>Uwagi</w:t>
      </w:r>
    </w:p>
    <w:p>
      <w:r>
        <w:t>Prosimy o zabranie ze sobą dodatkowo do niniejszego pisma:</w:t>
      </w:r>
    </w:p>
    <w:p>
      <w:r>
        <w:t>Urzędowy dowód tożsamości ze zdjęciem</w:t>
      </w:r>
    </w:p>
    <w:p>
      <w:r>
        <w:t>W przypadku niemożności stawienia się (np. z przyczyn zawodowych, choroby) prosimy o</w:t>
      </w:r>
    </w:p>
    <w:p>
      <w:r>
        <w:t>wczesne (telefoniczne) powiadomienie, aby można było uzgodnić nowy termin. Prosimy o</w:t>
      </w:r>
    </w:p>
    <w:p>
      <w:r>
        <w:t>wcześniejsze poinformowanie, czy potrzebny jest tłumacz, a jeśli tak, to jaki język.</w:t>
      </w:r>
    </w:p>
    <w:p>
      <w:r>
        <w:t>Z wyrazami szacunku</w:t>
      </w:r>
    </w:p>
    <w:p>
      <w:r>
        <w:t>Salusa, PHM</w:t>
      </w:r>
    </w:p>
    <w:p>
      <w:r>
        <w:t>Inspekcja Policji Greiz</w:t>
      </w:r>
    </w:p>
    <w:p>
      <w:r>
        <w:t>Brunnengasse 10</w:t>
      </w:r>
    </w:p>
    <w:p>
      <w:r>
        <w:t>07973 Greiz</w:t>
      </w:r>
    </w:p>
    <w:p>
      <w:r>
        <w:t>Telefon 03661 621-0</w:t>
      </w:r>
    </w:p>
    <w:p>
      <w:r>
        <w:t>Telefaks 03661 621-199</w:t>
      </w:r>
    </w:p>
    <w:p>
      <w:r>
        <w:t>www.polizei.thueringen.de</w:t>
      </w:r>
    </w:p>
    <w:p>
      <w:r>
        <w:t>NIP: 151/149/10128</w:t>
      </w:r>
    </w:p>
    <w:p>
      <w:r>
        <w:t>NIP UE: DE811505490</w:t>
      </w:r>
    </w:p>
    <w:p>
      <w:r>
        <w:t>Odbiorca płatności</w:t>
      </w:r>
    </w:p>
    <w:p>
      <w:r>
        <w:t>Wolne Państwo Turyngia</w:t>
      </w:r>
    </w:p>
    <w:p>
      <w:r>
        <w:t>Dane bankowe</w:t>
      </w:r>
    </w:p>
    <w:p>
      <w:r>
        <w:t>Landesbank Hessen-Thüringen</w:t>
      </w:r>
    </w:p>
    <w:p>
      <w:r>
        <w:t>DE93 8205 0000 3004 4441 74</w:t>
      </w:r>
    </w:p>
    <w:p>
      <w:r>
        <w:t>BIC: HELADEFF820</w:t>
      </w:r>
    </w:p>
    <w:p>
      <w:r>
        <w:t>Strona 1 z 1</w:t>
      </w:r>
    </w:p>
    <w:p>
      <w:r>
        <w:t>Informacje o ochronie danych</w:t>
      </w:r>
    </w:p>
    <w:p>
      <w:r>
        <w:t>Informacje o przetwarzaniu</w:t>
      </w:r>
    </w:p>
    <w:p>
      <w:r>
        <w:t>Państwa danych osobowych</w:t>
      </w:r>
    </w:p>
    <w:p>
      <w:r>
        <w:t>znajdują się pod linkiem:</w:t>
      </w:r>
    </w:p>
    <w:p>
      <w:r>
        <w:t>polizei.thueringen.de/datenschutz</w:t>
      </w:r>
    </w:p>
    <w:p>
      <w:r>
        <w:t>14</w:t>
      </w:r>
    </w:p>
    <w:p>
      <w:r>
        <w:t>(pusta strona)</w:t>
      </w:r>
    </w:p>
    <w:p>
      <w:r>
        <w:t>15</w:t>
      </w:r>
    </w:p>
    <w:p>
      <w:r>
        <w:t>PI Greiz, ED</w:t>
      </w:r>
    </w:p>
    <w:p>
      <w:r>
        <w:t>Brunnengasse 10</w:t>
      </w:r>
    </w:p>
    <w:p>
      <w:r>
        <w:t>07973 Greiz</w:t>
      </w:r>
    </w:p>
    <w:p>
      <w:r>
        <w:t>Referent/ka Salusa, PHM</w:t>
      </w:r>
    </w:p>
    <w:p>
      <w:r>
        <w:t>Telefon</w:t>
      </w:r>
    </w:p>
    <w:p>
      <w:r>
        <w:t>+493661621140</w:t>
      </w:r>
    </w:p>
    <w:p>
      <w:r>
        <w:t>Faks</w:t>
      </w:r>
    </w:p>
    <w:p>
      <w:r>
        <w:t>03661 621-199</w:t>
      </w:r>
    </w:p>
    <w:p>
      <w:r>
        <w:t>Notatka służbowa</w:t>
      </w:r>
    </w:p>
    <w:p>
      <w:r>
        <w:t>Turyngia</w:t>
      </w:r>
    </w:p>
    <w:p>
      <w:r>
        <w:t>Policja</w:t>
      </w:r>
    </w:p>
    <w:p>
      <w:r>
        <w:t>Sygnatura akt</w:t>
      </w:r>
    </w:p>
    <w:p>
      <w:r>
        <w:t>ERS/0161840/2026</w:t>
      </w:r>
    </w:p>
    <w:p>
      <w:r>
        <w:t>Sygnatura akt zbiorczych</w:t>
      </w:r>
    </w:p>
    <w:p>
      <w:r>
        <w:t>Po wysłaniu wezwania na świadka zgłosił się syn, Pan Sebastian Schneider *04.04.1983,</w:t>
      </w:r>
    </w:p>
    <w:p>
      <w:r>
        <w:t>pod tym samym adresem zamieszkania co świadek, na policji i poinformował, że jego matka</w:t>
      </w:r>
    </w:p>
    <w:p>
      <w:r>
        <w:t>(świadek), Pani Christa Else Schneider z domu Stanke *22.07.1949, nie może stawić się</w:t>
      </w:r>
    </w:p>
    <w:p>
      <w:r>
        <w:t>na termin wezwania. Powodem jest to, że przeszła udar i wymaga opieki. Posiada</w:t>
      </w:r>
    </w:p>
    <w:p>
      <w:r>
        <w:t>pełnomocnictwo do załatwiania wszystkich spraw gospodarczych w przypadku opieki. Z tego</w:t>
      </w:r>
    </w:p>
    <w:p>
      <w:r>
        <w:t>powodu, w porozumieniu z Panem Schneiderem, został mu przesłany formularz</w:t>
      </w:r>
    </w:p>
    <w:p>
      <w:r>
        <w:t>oświadczenia, który wypełnił ze swoją matką.</w:t>
      </w:r>
    </w:p>
    <w:p>
      <w:r>
        <w:t>Greiz, 28.07.2026</w:t>
      </w:r>
    </w:p>
    <w:p>
      <w:r>
        <w:t>Salusa, PHM</w:t>
      </w:r>
    </w:p>
    <w:p>
      <w:r>
        <w:t>SI 001</w:t>
      </w:r>
    </w:p>
    <w:p>
      <w:r>
        <w:t>Strona 1 z 1</w:t>
      </w:r>
    </w:p>
    <w:p>
      <w:r>
        <w:t>16</w:t>
      </w:r>
    </w:p>
    <w:p>
      <w:r>
        <w:t>(pusta strona)</w:t>
      </w:r>
    </w:p>
    <w:p>
      <w:r>
        <w:t>17</w:t>
      </w:r>
    </w:p>
    <w:p>
      <w:r>
        <w:t>Pisane oświadczenie jako świadek ST_015c CV 9.0 - SP2</w:t>
      </w:r>
    </w:p>
    <w:p>
      <w:r>
        <w:t>Turyngia</w:t>
      </w:r>
    </w:p>
    <w:p>
      <w:r>
        <w:t>Policja</w:t>
      </w:r>
    </w:p>
    <w:p>
      <w:r>
        <w:t>Inspekcja Policji Greiz</w:t>
      </w:r>
    </w:p>
    <w:p>
      <w:r>
        <w:t>Inspekcja Policji Greiz Su</w:t>
      </w:r>
    </w:p>
    <w:p>
      <w:r>
        <w:t>Inspekcja Policji Greiz</w:t>
      </w:r>
    </w:p>
    <w:p>
      <w:r>
        <w:t>Sygn. akt./Nr dziennika:</w:t>
      </w:r>
    </w:p>
    <w:p>
      <w:r>
        <w:t>Brunnengasse 10 07973 Greiz</w:t>
      </w:r>
    </w:p>
    <w:p>
      <w:r>
        <w:t>L/ESD</w:t>
      </w:r>
    </w:p>
    <w:p>
      <w:r>
        <w:t>L/ED</w:t>
      </w:r>
    </w:p>
    <w:p>
      <w:r>
        <w:t>2 8. lipca 2026</w:t>
      </w:r>
    </w:p>
    <w:p>
      <w:r>
        <w:t>Sb/E</w:t>
      </w:r>
    </w:p>
    <w:p>
      <w:r>
        <w:t>L/ZD</w:t>
      </w:r>
    </w:p>
    <w:p>
      <w:r>
        <w:t>Christa Ilse Schneider</w:t>
      </w:r>
    </w:p>
    <w:p>
      <w:r>
        <w:t>Bernsgrün</w:t>
      </w:r>
    </w:p>
    <w:p>
      <w:r>
        <w:t>Am Buchberg 19</w:t>
      </w:r>
    </w:p>
    <w:p>
      <w:r>
        <w:t>07937 Zeulenroda-Triebes</w:t>
      </w:r>
    </w:p>
    <w:p>
      <w:r>
        <w:t>DSL SB EN Ma FEM Ma ID</w:t>
      </w:r>
    </w:p>
    <w:p>
      <w:r>
        <w:t>Ref.: Salusa</w:t>
      </w:r>
    </w:p>
    <w:p>
      <w:r>
        <w:t>Pana/Pani osoba kontaktowa:</w:t>
      </w:r>
    </w:p>
    <w:p>
      <w:r>
        <w:t>Salusa, PHM</w:t>
      </w:r>
    </w:p>
    <w:p>
      <w:r>
        <w:t>Bezpośredni numer:</w:t>
      </w:r>
    </w:p>
    <w:p>
      <w:r>
        <w:t>Telefon +493661621140</w:t>
      </w:r>
    </w:p>
    <w:p>
      <w:r>
        <w:t>Telefaks +493661621199</w:t>
      </w:r>
    </w:p>
    <w:p>
      <w:r>
        <w:t>pi.greiz.lpig@polizei.thueringen.</w:t>
      </w:r>
    </w:p>
    <w:p>
      <w:r>
        <w:t>de</w:t>
      </w:r>
    </w:p>
    <w:p>
      <w:r>
        <w:t>Państwa sygnatura:</w:t>
      </w:r>
    </w:p>
    <w:p>
      <w:r>
        <w:t>Pisane oświadczenie jako świadek</w:t>
      </w:r>
    </w:p>
    <w:p>
      <w:r>
        <w:t>Szanowna Pani Christa Ilse Schneider,</w:t>
      </w:r>
    </w:p>
    <w:p>
      <w:r>
        <w:t>w postępowaniu</w:t>
      </w:r>
    </w:p>
    <w:p>
      <w:r>
        <w:t>Przestępstwo Inne Oszustwo zgodnie z § 263 ust. 1 StGB</w:t>
      </w:r>
    </w:p>
    <w:p>
      <w:r>
        <w:t>Przestępstwo</w:t>
      </w:r>
    </w:p>
    <w:p>
      <w:r>
        <w:t>Przestępstwo</w:t>
      </w:r>
    </w:p>
    <w:p>
      <w:r>
        <w:t>Czas popełnienia środy, 12.02.2025</w:t>
      </w:r>
    </w:p>
    <w:p>
      <w:r>
        <w:t>Miejsce popełnienia 07937 Zeulenroda-Triebes</w:t>
      </w:r>
    </w:p>
    <w:p>
      <w:r>
        <w:t>Dzielnica Bernsgrün</w:t>
      </w:r>
    </w:p>
    <w:p>
      <w:r>
        <w:t>Ulica, numer domu Am Buchberg 19</w:t>
      </w:r>
    </w:p>
    <w:p>
      <w:r>
        <w:t>Ulica, numer domu</w:t>
      </w:r>
    </w:p>
    <w:p>
      <w:r>
        <w:t>przeciwko</w:t>
      </w:r>
    </w:p>
    <w:p>
      <w:r>
        <w:t>Nazwisko Buczek</w:t>
      </w:r>
    </w:p>
    <w:p>
      <w:r>
        <w:t>Imię Mateusz</w:t>
      </w:r>
    </w:p>
    <w:p>
      <w:r>
        <w:t>Data urodzenia</w:t>
      </w:r>
    </w:p>
    <w:p>
      <w:r>
        <w:t>Państwa wiadomość z:</w:t>
      </w:r>
    </w:p>
    <w:p>
      <w:r>
        <w:t>Sygnatura akt:</w:t>
      </w:r>
    </w:p>
    <w:p>
      <w:r>
        <w:t>ERS/0161840/2026</w:t>
      </w:r>
    </w:p>
    <w:p>
      <w:r>
        <w:t>Greiz</w:t>
      </w:r>
    </w:p>
    <w:p>
      <w:r>
        <w:t>13.07.2026</w:t>
      </w:r>
    </w:p>
    <w:p>
      <w:r>
        <w:t>ma Pan/Pani zostać przesłuchany/a jako świadek.</w:t>
      </w:r>
    </w:p>
    <w:p>
      <w:r>
        <w:t>Zostaje Pan/Pani poproszony/a o wypełnienie (czytelnie, drukowanymi literami lub na</w:t>
      </w:r>
    </w:p>
    <w:p>
      <w:r>
        <w:t>maszynie) i podpisanie załączonego formularza oświadczenia oraz odesłanie go w ciągu</w:t>
      </w:r>
    </w:p>
    <w:p>
      <w:r>
        <w:t>dwóch tygodni od otrzymania niniejszego pisma do wyżej wymienionej jednostki policji.</w:t>
      </w:r>
    </w:p>
    <w:p>
      <w:r>
        <w:t>Prosimy o odesłanie formularza oświadczenia w każdym przypadku z podaniem Państwa</w:t>
      </w:r>
    </w:p>
    <w:p>
      <w:r>
        <w:t>danych osobowych, nawet jeśli przysługuje Panu/Pani prawo do odmowy złożenia zeznań</w:t>
      </w:r>
    </w:p>
    <w:p>
      <w:r>
        <w:t>lub udzielenia informacji i skorzysta Pan/Pani z tego prawa. Więcej informacji można znaleźć</w:t>
      </w:r>
    </w:p>
    <w:p>
      <w:r>
        <w:t>w załączonym formularzu oświadczenia.</w:t>
      </w:r>
    </w:p>
    <w:p>
      <w:r>
        <w:t>Uwagi</w:t>
      </w:r>
    </w:p>
    <w:p>
      <w:r>
        <w:t>Pani Schneider,</w:t>
      </w:r>
    </w:p>
    <w:p>
      <w:r>
        <w:t>12.02.2025 dokonała Pani przelewu w wysokości 329,99 Euro z Pani konta na konto polskie.</w:t>
      </w:r>
    </w:p>
    <w:p>
      <w:r>
        <w:t>Strona 1 z 4</w:t>
      </w:r>
    </w:p>
    <w:p>
      <w:r>
        <w:t>Inspekcja Policji Greiz</w:t>
      </w:r>
    </w:p>
    <w:p>
      <w:r>
        <w:t>Brunnengasse 10</w:t>
      </w:r>
    </w:p>
    <w:p>
      <w:r>
        <w:t>07973 Greiz</w:t>
      </w:r>
    </w:p>
    <w:p>
      <w:r>
        <w:t>Telefon 03661 621-0</w:t>
      </w:r>
    </w:p>
    <w:p>
      <w:r>
        <w:t>Telefaks 03661 621-199</w:t>
      </w:r>
    </w:p>
    <w:p>
      <w:r>
        <w:t>www.polizei.thueringen.de</w:t>
      </w:r>
    </w:p>
    <w:p>
      <w:r>
        <w:t>NIP: 151/149/10128</w:t>
      </w:r>
    </w:p>
    <w:p>
      <w:r>
        <w:t>NIP UE: DE811505490</w:t>
      </w:r>
    </w:p>
    <w:p>
      <w:r>
        <w:t>Odbiorca płatności</w:t>
      </w:r>
    </w:p>
    <w:p>
      <w:r>
        <w:t>Wolne Państwo Turyngia</w:t>
      </w:r>
    </w:p>
    <w:p>
      <w:r>
        <w:t>Dane bankowe</w:t>
      </w:r>
    </w:p>
    <w:p>
      <w:r>
        <w:t>Landesbank Hessen-Thüringen</w:t>
      </w:r>
    </w:p>
    <w:p>
      <w:r>
        <w:t>DE93 8205 0000 3004 4441 74</w:t>
      </w:r>
    </w:p>
    <w:p>
      <w:r>
        <w:t>BIC: HELADEFF820</w:t>
      </w:r>
    </w:p>
    <w:p>
      <w:r>
        <w:t>Informacje o ochronie danych</w:t>
      </w:r>
    </w:p>
    <w:p>
      <w:r>
        <w:t>Informacje o przetwarzaniu Państwa</w:t>
      </w:r>
    </w:p>
    <w:p>
      <w:r>
        <w:t>danych osobowych znajdują się pod</w:t>
      </w:r>
    </w:p>
    <w:p>
      <w:r>
        <w:t>linkiem:</w:t>
      </w:r>
    </w:p>
    <w:p>
      <w:r>
        <w:t>polizei.thueringen.de/datenschutz</w:t>
      </w:r>
    </w:p>
    <w:p>
      <w:r>
        <w:t>18</w:t>
      </w:r>
    </w:p>
    <w:p>
      <w:r>
        <w:t>(pusta strona)</w:t>
      </w:r>
    </w:p>
    <w:p>
      <w:r>
        <w:t>19</w:t>
      </w:r>
    </w:p>
    <w:p>
      <w:r>
        <w:t>Sygnatura akt ERS/0161840/2026</w:t>
      </w:r>
    </w:p>
    <w:p>
      <w:r>
        <w:t>Czy może Pan/Pani powiedzieć, czy dokonał/a Pan/Pani przelewu? Jeśli tak, w jakim celu i jaki był</w:t>
      </w:r>
    </w:p>
    <w:p>
      <w:r>
        <w:t>tytuł przelewu? Czy może Pan/Pani podać imię i nazwisko oraz adres i dane kontaktowe odbiorcy, w</w:t>
      </w:r>
    </w:p>
    <w:p>
      <w:r>
        <w:t>tym numer telefonu i adres e-mail?</w:t>
      </w:r>
    </w:p>
    <w:p>
      <w:r>
        <w:t>Czy jest Pan/Pani jedynym właścicielem konta? Czy jest to konto firmowe, czy prywatne? Czy ktoś jeszcze ma</w:t>
      </w:r>
    </w:p>
    <w:p>
      <w:r>
        <w:t>dostęp do konta?</w:t>
      </w:r>
    </w:p>
    <w:p>
      <w:r>
        <w:t>Czy zna Pan/Pani Pana Mateusza Buczka? Jeśli tak, w jakich stosunkach z nim Pan/Pani jest? Czy</w:t>
      </w:r>
    </w:p>
    <w:p>
      <w:r>
        <w:t>kontaktował/a się Pan/Pani z Panem Buczkiem? Jeśli tak, w jaki sposób? Jeśli posiada Pan/Pani e-maile,</w:t>
      </w:r>
    </w:p>
    <w:p>
      <w:r>
        <w:t>prosimy o ich załączenie.</w:t>
      </w:r>
    </w:p>
    <w:p>
      <w:r>
        <w:t>Czy czuje się Pan/Pani poszkodowany/a w związku z przelewem na konto Pana Mateusza Buczka?</w:t>
      </w:r>
    </w:p>
    <w:p>
      <w:r>
        <w:t>t</w:t>
      </w:r>
    </w:p>
    <w:p>
      <w:r>
        <w:t>W załączeniu znajduje się ulotka informacyjna dla ofiar przestępstw.</w:t>
      </w:r>
    </w:p>
    <w:p>
      <w:r>
        <w:t>W załączeniu znajduje się formularz wniosku o ściganie.</w:t>
      </w:r>
    </w:p>
    <w:p>
      <w:r>
        <w:t>(Prosimy o odesłanie w każdym przypadku – nawet jeśli wniosek o ściganie nie zostanie złożony lub zostanie zastrzeżony)</w:t>
      </w:r>
    </w:p>
    <w:p>
      <w:r>
        <w:t>Z poważaniem</w:t>
      </w:r>
    </w:p>
    <w:p>
      <w:r>
        <w:t>Salusa, PHM</w:t>
      </w:r>
    </w:p>
    <w:p>
      <w:r>
        <w:t>Strona 2 z 4</w:t>
      </w:r>
    </w:p>
    <w:p>
      <w:r>
        <w:t>20</w:t>
      </w:r>
    </w:p>
    <w:p>
      <w:r>
        <w:t>(pusta strona)</w:t>
      </w:r>
    </w:p>
    <w:p>
      <w:r>
        <w:t>21</w:t>
      </w:r>
    </w:p>
    <w:p>
      <w:r>
        <w:t>Sygnatura akt ERS/0161840/2026</w:t>
      </w:r>
    </w:p>
    <w:p>
      <w:r>
        <w:t>Formularz oświadczenia jako świadek</w:t>
      </w:r>
    </w:p>
    <w:p>
      <w:r>
        <w:t>Poinformowano Pana/Panią, w jakiej sprawie ma Pan/Pani zeznawać. Poinformowano Pana/Panią, że w przypadku pytań dotyczących imienia,</w:t>
      </w:r>
    </w:p>
    <w:p>
      <w:r>
        <w:t>nazwiska rodowego, miejsca i daty urodzenia, stanu cywilnego, zawodu, miejsca zamieszkania, adresu i obywatelstwa istnieje obowiązek</w:t>
      </w:r>
    </w:p>
    <w:p>
      <w:r>
        <w:t>udzielenia pełnych i prawidłowych odpowiedzi, a naruszenie tego obowiązku zagrożone jest karą grzywny zgodnie z § 111 Ustawy o Wykroczeniach.</w:t>
      </w:r>
    </w:p>
    <w:p>
      <w:r>
        <w:t>Dane osobowe (prosimy zawsze wypełnić)</w:t>
      </w:r>
    </w:p>
    <w:p>
      <w:r>
        <w:t>Imię</w:t>
      </w:r>
    </w:p>
    <w:p>
      <w:r>
        <w:t>Nazwisko rodowe</w:t>
      </w:r>
    </w:p>
    <w:p>
      <w:r>
        <w:t>Christa Ilse Schneider</w:t>
      </w:r>
    </w:p>
    <w:p>
      <w:r>
        <w:t>(koniecznie podać) Stanke</w:t>
      </w:r>
    </w:p>
    <w:p>
      <w:r>
        <w:t>Imię/imiona</w:t>
      </w:r>
    </w:p>
    <w:p>
      <w:r>
        <w:t>(podkreślić imiona, którymi się posługuje) Christa ILSE</w:t>
      </w:r>
    </w:p>
    <w:p>
      <w:r>
        <w:t>Płeć</w:t>
      </w:r>
    </w:p>
    <w:p>
      <w:r>
        <w:t>Data urodzenia</w:t>
      </w:r>
    </w:p>
    <w:p>
      <w:r>
        <w:t>22.07.1949</w:t>
      </w:r>
    </w:p>
    <w:p>
      <w:r>
        <w:t>(dobrowolne)</w:t>
      </w:r>
    </w:p>
    <w:p>
      <w:r>
        <w:t>Kobieta</w:t>
      </w:r>
    </w:p>
    <w:p>
      <w:r>
        <w:t>Miejsce/kraj urodzenia</w:t>
      </w:r>
    </w:p>
    <w:p>
      <w:r>
        <w:t>Niemcy</w:t>
      </w:r>
    </w:p>
    <w:p>
      <w:r>
        <w:t>Obywatelstwo/a</w:t>
      </w:r>
    </w:p>
    <w:p>
      <w:r>
        <w:t>Niemcy</w:t>
      </w:r>
    </w:p>
    <w:p>
      <w:r>
        <w:t>Poczta, adres zamieszkania</w:t>
      </w:r>
    </w:p>
    <w:p>
      <w:r>
        <w:t>07937 Zeulenroda-Triebes</w:t>
      </w:r>
    </w:p>
    <w:p>
      <w:r>
        <w:t>Ulica, numer domu</w:t>
      </w:r>
    </w:p>
    <w:p>
      <w:r>
        <w:t>Dane dotyczące stanu cywilnego i zawodu (dobrowolne)</w:t>
      </w:r>
    </w:p>
    <w:p>
      <w:r>
        <w:t>Stan cywilny</w:t>
      </w:r>
    </w:p>
    <w:p>
      <w:r>
        <w:t>rozwiedziona</w:t>
      </w:r>
    </w:p>
    <w:p>
      <w:r>
        <w:t>Wykonany zawód</w:t>
      </w:r>
    </w:p>
    <w:p>
      <w:r>
        <w:t>Emerytka</w:t>
      </w:r>
    </w:p>
    <w:p>
      <w:r>
        <w:t>Dane kontaktowe (dobrowolne)</w:t>
      </w:r>
    </w:p>
    <w:p>
      <w:r>
        <w:t>Telefon komórkowy</w:t>
      </w:r>
    </w:p>
    <w:p>
      <w:r>
        <w:t>Telefon prywatny</w:t>
      </w:r>
    </w:p>
    <w:p>
      <w:r>
        <w:t>Telefon służbowy</w:t>
      </w:r>
    </w:p>
    <w:p>
      <w:r>
        <w:t>Faks</w:t>
      </w:r>
    </w:p>
    <w:p>
      <w:r>
        <w:t>Adres e-mail</w:t>
      </w:r>
    </w:p>
    <w:p>
      <w:r>
        <w:t>Zgodnie z § 52 ust. 1 Kodeksu Postępowania Karnego (StPO) zostałem/am pouczony/a, że przysługuje mi prawo do odmowy złożenia zeznań,</w:t>
      </w:r>
    </w:p>
    <w:p>
      <w:r>
        <w:t>jeśli jestem zaręczony/a, małżonkiem/małżonką, spokrewniony/a lub spowinowacony/a w linii prostej, spokrewniony/a lub spowinowacony/a w linii</w:t>
      </w:r>
    </w:p>
    <w:p>
      <w:r>
        <w:t>bocznej do trzeciego stopnia lub do drugiego stopnia, lub jestem/byłem/była w zarejestrowanym związku partnerskim z podejrzanym/podejrzaną.</w:t>
      </w:r>
    </w:p>
    <w:p>
      <w:r>
        <w:t>Poinformowano mnie również zgodnie z § 55 ust. 1 StPO, że mam prawo odmówić udzielenia informacji na pytania, na które udzielenie odpowiedzi</w:t>
      </w:r>
    </w:p>
    <w:p>
      <w:r>
        <w:t>stworzyłoby dla mnie lub dla osoby/osób wymienionych w § 52 ust. 1 StPO ryzyko ścigania za przestępstwo lub wykroczenie.</w:t>
      </w:r>
    </w:p>
    <w:p>
      <w:r>
        <w:t>Jestem/byłem/byłam z oskarżonym/poszkodowanym</w:t>
      </w:r>
    </w:p>
    <w:p>
      <w:r>
        <w:t>nie byłam w związku małżeńskim, w związku partnerskim, nie byłam zaręczona, rozwiedziona, spokrewniona ani spowinowacona.</w:t>
      </w:r>
    </w:p>
    <w:p>
      <w:r>
        <w:t>byłam w związku małżeńskim, w związku partnerskim, byłam zaręczona, rozwiedziona, spokrewniona lub spowinowacona.</w:t>
      </w:r>
    </w:p>
    <w:p>
      <w:r>
        <w:t>Jest/był/była moim/moją:</w:t>
      </w:r>
    </w:p>
    <w:p>
      <w:r>
        <w:t>Korzystam z prawa do odmowy złożenia zeznań.</w:t>
      </w:r>
    </w:p>
    <w:p>
      <w:r>
        <w:t>Bernsgrün, 24.07.26 Se. Schneider</w:t>
      </w:r>
    </w:p>
    <w:p>
      <w:r>
        <w:t>Miejscowość, data, podpis</w:t>
      </w:r>
    </w:p>
    <w:p>
      <w:r>
        <w:t>Proszę odesłać do:</w:t>
      </w:r>
    </w:p>
    <w:p>
      <w:r>
        <w:t>Inspekcja Policji Greiz</w:t>
      </w:r>
    </w:p>
    <w:p>
      <w:r>
        <w:t>Brunnengasse 10</w:t>
      </w:r>
    </w:p>
    <w:p>
      <w:r>
        <w:t>07973 Greiz</w:t>
      </w:r>
    </w:p>
    <w:p>
      <w:r>
        <w:t>Strona 3 z 4</w:t>
      </w:r>
    </w:p>
    <w:p>
      <w:r>
        <w:t>22</w:t>
      </w:r>
    </w:p>
    <w:p>
      <w:r>
        <w:t>(pusta strona)</w:t>
      </w:r>
    </w:p>
    <w:p>
      <w:r>
        <w:t>23</w:t>
      </w:r>
    </w:p>
    <w:p>
      <w:r>
        <w:t>Sygnatura akt ERS/0161640/2026</w:t>
      </w:r>
    </w:p>
    <w:p>
      <w:r>
        <w:t>Informacje o sprawie (proszę kontynuować na załączniku i podpisać osobno)</w:t>
      </w:r>
    </w:p>
    <w:p>
      <w:r>
        <w:t>12.02.2025 na polecenie i w</w:t>
      </w:r>
    </w:p>
    <w:p>
      <w:r>
        <w:t>obecności mojej matki szukałem w internecie węgla</w:t>
      </w:r>
    </w:p>
    <w:p>
      <w:r>
        <w:t>(paliwa). Trafiliśmy na niemiecką stronę,</w:t>
      </w:r>
    </w:p>
    <w:p>
      <w:r>
        <w:t>na której zamówiliśmy paletę 900 kg węgla za 329,99 €.</w:t>
      </w:r>
    </w:p>
    <w:p>
      <w:r>
        <w:t>Po tygodniu stwierdziliśmy, że nic nie zostało dostarczone ani nikt się nie</w:t>
      </w:r>
    </w:p>
    <w:p>
      <w:r>
        <w:t>zgłosił.</w:t>
      </w:r>
    </w:p>
    <w:p>
      <w:r>
        <w:t>Zrozumieliśmy, że padliśmy ofiarą oszustwa internetowego. Pana Buczka Mateusza</w:t>
      </w:r>
    </w:p>
    <w:p>
      <w:r>
        <w:t>jeszcze raz napisaliśmy, ale nie otrzymaliśmy odpowiedzi.</w:t>
      </w:r>
    </w:p>
    <w:p>
      <w:r>
        <w:t>Moja matka nie chciała podejmować działań prawnych.</w:t>
      </w:r>
    </w:p>
    <w:p>
      <w:r>
        <w:t>Napisałem to w obecności mojej matki.</w:t>
      </w:r>
    </w:p>
    <w:p>
      <w:r>
        <w:t>Oświadczenie</w:t>
      </w:r>
    </w:p>
    <w:p>
      <w:r>
        <w:t>Ona to przeczytała i ja to za nią</w:t>
      </w:r>
    </w:p>
    <w:p>
      <w:r>
        <w:t>podpisałem.</w:t>
      </w:r>
    </w:p>
    <w:p>
      <w:r>
        <w:t>Zrozumiałem/am pouczenie i potwierdzam powyższe oświadczenia.</w:t>
      </w:r>
    </w:p>
    <w:p>
      <w:r>
        <w:t>Bernsgrün, 24.07.26 S. Schneider</w:t>
      </w:r>
    </w:p>
    <w:p>
      <w:r>
        <w:t>Miejscowość, data, podpis</w:t>
      </w:r>
    </w:p>
    <w:p>
      <w:r>
        <w:t>Strona 4 z 4</w:t>
      </w:r>
    </w:p>
    <w:p>
      <w:r>
        <w:t>24</w:t>
      </w:r>
    </w:p>
    <w:p>
      <w:r>
        <w:t>(pusta strona)</w:t>
      </w:r>
    </w:p>
    <w:p>
      <w:r>
        <w:t>25</w:t>
      </w:r>
    </w:p>
    <w:p>
      <w:r>
        <w:t>URZĄD MIASTA</w:t>
      </w:r>
    </w:p>
    <w:p>
      <w:r>
        <w:t>ZEULENRODA-TRIEBES</w:t>
      </w:r>
    </w:p>
    <w:p>
      <w:r>
        <w:t>Urząd Miasta Zeulenroda-Triebes - Urząd Meldunkowy - Markt 1 07937 Zeulenroda-Triebes</w:t>
      </w:r>
    </w:p>
    <w:p>
      <w:r>
        <w:t>Pani</w:t>
      </w:r>
    </w:p>
    <w:p>
      <w:r>
        <w:t>Christa Ilse Schneider</w:t>
      </w:r>
    </w:p>
    <w:p>
      <w:r>
        <w:t>Am Buchberg 19</w:t>
      </w:r>
    </w:p>
    <w:p>
      <w:r>
        <w:t>07937 Zeulenroda-Triebes</w:t>
      </w:r>
    </w:p>
    <w:p>
      <w:r>
        <w:t>Nazwisko:</w:t>
      </w:r>
    </w:p>
    <w:p>
      <w:r>
        <w:t>Pani Kallert</w:t>
      </w:r>
    </w:p>
    <w:p>
      <w:r>
        <w:t>Dział:</w:t>
      </w:r>
    </w:p>
    <w:p>
      <w:r>
        <w:t>Urząd Meldunkowy</w:t>
      </w:r>
    </w:p>
    <w:p>
      <w:r>
        <w:t>Telefon:</w:t>
      </w:r>
    </w:p>
    <w:p>
      <w:r>
        <w:t>+49 36628 48-240, -241, -242</w:t>
      </w:r>
    </w:p>
    <w:p>
      <w:r>
        <w:t>Telefaks:</w:t>
      </w:r>
    </w:p>
    <w:p>
      <w:r>
        <w:t>+49 36628 48-243</w:t>
      </w:r>
    </w:p>
    <w:p>
      <w:r>
        <w:t>E-Mail:</w:t>
      </w:r>
    </w:p>
    <w:p>
      <w:r>
        <w:t>ema@zeulenroda-triebes.de</w:t>
      </w:r>
    </w:p>
    <w:p>
      <w:r>
        <w:t>Data:</w:t>
      </w:r>
    </w:p>
    <w:p>
      <w:r>
        <w:t>16.04.2026</w:t>
      </w:r>
    </w:p>
    <w:p>
      <w:r>
        <w:t>Zwolnienie z obowiązku posiadania dowodu tożsamości zgodnie z</w:t>
      </w:r>
    </w:p>
    <w:p>
      <w:r>
        <w:t>Ustawą o dowodach osobistych i elektronicznym potwierdzaniu tożsamości</w:t>
      </w:r>
    </w:p>
    <w:p>
      <w:r>
        <w:t>(Ustawa o dowodach osobistych - PAuswG)</w:t>
      </w:r>
    </w:p>
    <w:p>
      <w:r>
        <w:t>Pani Christa Ilse Schneider</w:t>
      </w:r>
    </w:p>
    <w:p>
      <w:r>
        <w:t>Data urodzenia:</w:t>
      </w:r>
    </w:p>
    <w:p>
      <w:r>
        <w:t>Miejsce urodzenia:</w:t>
      </w:r>
    </w:p>
    <w:p>
      <w:r>
        <w:t>Nazwisko rodowe:</w:t>
      </w:r>
    </w:p>
    <w:p>
      <w:r>
        <w:t>zamieszkała w:</w:t>
      </w:r>
    </w:p>
    <w:p>
      <w:r>
        <w:t>22.07.1949</w:t>
      </w:r>
    </w:p>
    <w:p>
      <w:r>
        <w:t>Stotternheim obecnie Erfurt</w:t>
      </w:r>
    </w:p>
    <w:p>
      <w:r>
        <w:t>Stanke</w:t>
      </w:r>
    </w:p>
    <w:p>
      <w:r>
        <w:t>07937 Zeulenroda-Triebes</w:t>
      </w:r>
    </w:p>
    <w:p>
      <w:r>
        <w:t>Am Buchberg 19</w:t>
      </w:r>
    </w:p>
    <w:p>
      <w:r>
        <w:t>zostaje zwolniona z obowiązku posiadania dowodu tożsamości zgodnie z § 1 ust. 3 Ustawy o dowodach osobistych (PAuswG).</w:t>
      </w:r>
    </w:p>
    <w:p>
      <w:r>
        <w:t>Władza:</w:t>
      </w:r>
    </w:p>
    <w:p>
      <w:r>
        <w:t>Sygnatura akt:</w:t>
      </w:r>
    </w:p>
    <w:p>
      <w:r>
        <w:t>Uwaga:</w:t>
      </w:r>
    </w:p>
    <w:p>
      <w:r>
        <w:t>Zarejestrowano dnia:</w:t>
      </w:r>
    </w:p>
    <w:p>
      <w:r>
        <w:t>Urząd Miasta Zeulenroda-Triebes</w:t>
      </w:r>
    </w:p>
    <w:p>
      <w:r>
        <w:t>16.04.2026</w:t>
      </w:r>
    </w:p>
    <w:p>
      <w:r>
        <w:t>16.04.2026</w:t>
      </w:r>
    </w:p>
    <w:p>
      <w:r>
        <w:t>Z wyrazami szacunku</w:t>
      </w:r>
    </w:p>
    <w:p>
      <w:r>
        <w:t>Z upoważnienia</w:t>
      </w:r>
    </w:p>
    <w:p>
      <w:r>
        <w:t>Kallert</w:t>
      </w:r>
    </w:p>
    <w:p>
      <w:r>
        <w:t>Urząd Meldunkowy</w:t>
      </w:r>
    </w:p>
    <w:p>
      <w:r>
        <w:t>Urząd Miasta Zeulenroda-Triebes</w:t>
      </w:r>
    </w:p>
    <w:p>
      <w:r>
        <w:t>Wydział Paszportów i Meldunkowy</w:t>
      </w:r>
    </w:p>
    <w:p>
      <w:r>
        <w:t>07937 Zeulenroda-Triebes</w:t>
      </w:r>
    </w:p>
    <w:p>
      <w:r>
        <w:t>9</w:t>
      </w:r>
    </w:p>
    <w:p>
      <w:r>
        <w:t>Turyngia</w:t>
      </w:r>
    </w:p>
    <w:p>
      <w:r>
        <w:t>(Pieczęć służbowa)</w:t>
      </w:r>
    </w:p>
    <w:p>
      <w:r>
        <w:t>Zeulenroda-Triebes</w:t>
      </w:r>
    </w:p>
    <w:p>
      <w:r>
        <w:t>Kontakt</w:t>
      </w:r>
    </w:p>
    <w:p>
      <w:r>
        <w:t>Urząd Miasta Zeulenroda-Triebes</w:t>
      </w:r>
    </w:p>
    <w:p>
      <w:r>
        <w:t>Markt 1, 07937 Zeulenroda-Triebes</w:t>
      </w:r>
    </w:p>
    <w:p>
      <w:r>
        <w:t>Telefon: 036628 48-0</w:t>
      </w:r>
    </w:p>
    <w:p>
      <w:r>
        <w:t>E-Mail:</w:t>
      </w:r>
    </w:p>
    <w:p>
      <w:r>
        <w:t>poststelle@zeulenroda-triebes.de</w:t>
      </w:r>
    </w:p>
    <w:p>
      <w:r>
        <w:t>Internet: www.zeulenroda-triebes.de</w:t>
      </w:r>
    </w:p>
    <w:p>
      <w:r>
        <w:t>Ogólne godziny otwarcia</w:t>
      </w:r>
    </w:p>
    <w:p>
      <w:r>
        <w:t>Wtorek:</w:t>
      </w:r>
    </w:p>
    <w:p>
      <w:r>
        <w:t>9-12 i 14-16</w:t>
      </w:r>
    </w:p>
    <w:p>
      <w:r>
        <w:t>Czwartek:</w:t>
      </w:r>
    </w:p>
    <w:p>
      <w:r>
        <w:t>9-12 i 14-18</w:t>
      </w:r>
    </w:p>
    <w:p>
      <w:r>
        <w:t>Piątek:</w:t>
      </w:r>
    </w:p>
    <w:p>
      <w:r>
        <w:t>9-12</w:t>
      </w:r>
    </w:p>
    <w:p>
      <w:r>
        <w:t>Dane bankowe</w:t>
      </w:r>
    </w:p>
    <w:p>
      <w:r>
        <w:t>Sparkasse Gera-Greiz</w:t>
      </w:r>
    </w:p>
    <w:p>
      <w:r>
        <w:t>BIC: HELADEF1GER IBAN: DE50 8305 0000 0000 0000 60</w:t>
      </w:r>
    </w:p>
    <w:p>
      <w:r>
        <w:t>Volksbank Vogtland-Saale-Orla eG</w:t>
      </w:r>
    </w:p>
    <w:p>
      <w:r>
        <w:t>BIC: GENODEF1PL1 IBAN: DE72 8709 5824 5000 0000 02</w:t>
      </w:r>
    </w:p>
    <w:p>
      <w:r>
        <w:t>Commerzbank</w:t>
      </w:r>
    </w:p>
    <w:p>
      <w:r>
        <w:t>BIC: COBADEFFXXX IBAN: DE78 8304 0000 0200 2079 00</w:t>
      </w:r>
    </w:p>
    <w:p>
      <w:r>
        <w:t>26</w:t>
      </w:r>
    </w:p>
    <w:p>
      <w:r>
        <w:t>(pusta strona)</w:t>
      </w:r>
    </w:p>
    <w:p>
      <w:r>
        <w:t>27</w:t>
      </w:r>
    </w:p>
    <w:p>
      <w:r>
        <w:t>Kolor oczu</w:t>
      </w:r>
    </w:p>
    <w:p>
      <w:r>
        <w:t>BRĄZOWO-ZIELONY</w:t>
      </w:r>
    </w:p>
    <w:p>
      <w:r>
        <w:t>Wysokość</w:t>
      </w:r>
    </w:p>
    <w:p>
      <w:r>
        <w:t>Adres</w:t>
      </w:r>
    </w:p>
    <w:p>
      <w:r>
        <w:t>07937 ZEULENRODA-TRIEBES</w:t>
      </w:r>
    </w:p>
    <w:p>
      <w:r>
        <w:t>AM BUCHBERG 19</w:t>
      </w:r>
    </w:p>
    <w:p>
      <w:r>
        <w:t>REPUBLIKA FEDERALNA NIEMIEC</w:t>
      </w:r>
    </w:p>
    <w:p>
      <w:r>
        <w:t>174 cm</w:t>
      </w:r>
    </w:p>
    <w:p>
      <w:r>
        <w:t>REPUBLIKA FEDERALNA NIEMIEC/REPUBLIKA FEDERALNA NIEMIEC</w:t>
      </w:r>
    </w:p>
    <w:p>
      <w:r>
        <w:t>DATA/DATA/DATA</w:t>
      </w:r>
    </w:p>
    <w:p>
      <w:r>
        <w:t>LHGM19L7H</w:t>
      </w:r>
    </w:p>
    <w:p>
      <w:r>
        <w:t>DOWÓD OSOBISTY</w:t>
      </w:r>
    </w:p>
    <w:p>
      <w:r>
        <w:t>01.08.19</w:t>
      </w:r>
    </w:p>
    <w:p>
      <w:r>
        <w:t>DOWÓD OSOBISTY/KARTA TOŻSAMOŚCI</w:t>
      </w:r>
    </w:p>
    <w:p>
      <w:r>
        <w:t>Nazwisko/Nazwisko/Nazwisko</w:t>
      </w:r>
    </w:p>
    <w:p>
      <w:r>
        <w:t>SCHNEIDER</w:t>
      </w:r>
    </w:p>
    <w:p>
      <w:r>
        <w:t>Imię/Imiona/Imiona</w:t>
      </w:r>
    </w:p>
    <w:p>
      <w:r>
        <w:t>SEBASTIAN</w:t>
      </w:r>
    </w:p>
    <w:p>
      <w:r>
        <w:t>Data urodzenia/Data urodzenia/</w:t>
      </w:r>
    </w:p>
    <w:p>
      <w:r>
        <w:t>Data urodzenia</w:t>
      </w:r>
    </w:p>
    <w:p>
      <w:r>
        <w:t>04.04.1983</w:t>
      </w:r>
    </w:p>
    <w:p>
      <w:r>
        <w:t>Obywatelstwo/Narodowość/</w:t>
      </w:r>
    </w:p>
    <w:p>
      <w:r>
        <w:t>Narodowość</w:t>
      </w:r>
    </w:p>
    <w:p>
      <w:r>
        <w:t>NIEMIECKA</w:t>
      </w:r>
    </w:p>
    <w:p>
      <w:r>
        <w:t>Miejsce urodzenia/Miejsce urodzenia/Miejsce urodzenia</w:t>
      </w:r>
    </w:p>
    <w:p>
      <w:r>
        <w:t>ZEULENRODA OBECNIE ZEULENRODA-TRIEBES</w:t>
      </w:r>
    </w:p>
    <w:p>
      <w:r>
        <w:t>Urząd/Władza/Urząd</w:t>
      </w:r>
    </w:p>
    <w:p>
      <w:r>
        <w:t>STADTVERWALTUNG</w:t>
      </w:r>
    </w:p>
    <w:p>
      <w:r>
        <w:t>ZEULENRODA-TRIEBES</w:t>
      </w:r>
    </w:p>
    <w:p>
      <w:r>
        <w:t>Nazwisko religijne lub pseudonim/</w:t>
      </w:r>
    </w:p>
    <w:p>
      <w:r>
        <w:t>Nazwa religijna lub pseudonim</w:t>
      </w:r>
    </w:p>
    <w:p>
      <w:r>
        <w:t>Ważny do/Data wygaśnięcia</w:t>
      </w:r>
    </w:p>
    <w:p>
      <w:r>
        <w:t>Data wygaśnięcia</w:t>
      </w:r>
    </w:p>
    <w:p>
      <w:r>
        <w:t>31.07.2029</w:t>
      </w:r>
    </w:p>
    <w:p>
      <w:r>
        <w:t>Podpis posiadacza/posiadaczki</w:t>
      </w:r>
    </w:p>
    <w:p>
      <w:r>
        <w:t>743408</w:t>
      </w:r>
    </w:p>
    <w:p>
      <w:r>
        <w:t>Podpis posiadacza/posiadaczki</w:t>
      </w:r>
    </w:p>
    <w:p>
      <w:r>
        <w:t>Seb. Schneider</w:t>
      </w:r>
    </w:p>
    <w:p>
      <w:r>
        <w:t>Kolor oczu</w:t>
      </w:r>
    </w:p>
    <w:p>
      <w:r>
        <w:t>BRĄZOWO-ZIELONY</w:t>
      </w:r>
    </w:p>
    <w:p>
      <w:r>
        <w:t>Wysokość</w:t>
      </w:r>
    </w:p>
    <w:p>
      <w:r>
        <w:t>Adres</w:t>
      </w:r>
    </w:p>
    <w:p>
      <w:r>
        <w:t>07937 ZEULENRODA-TRIEBES</w:t>
      </w:r>
    </w:p>
    <w:p>
      <w:r>
        <w:t>AM BUCHBERG 19</w:t>
      </w:r>
    </w:p>
    <w:p>
      <w:r>
        <w:t>161 cm</w:t>
      </w:r>
    </w:p>
    <w:p>
      <w:r>
        <w:t>DATA</w:t>
      </w:r>
    </w:p>
    <w:p>
      <w:r>
        <w:t>REPUBLIKA FEDERALNA NIEMIEC</w:t>
      </w:r>
    </w:p>
    <w:p>
      <w:r>
        <w:t>REPUBLIKA FEDERALNA NIEMIEC/REPUBLIKA FEDERALNA NIEMIEC</w:t>
      </w:r>
    </w:p>
    <w:p>
      <w:r>
        <w:t>LHGMYGYPC</w:t>
      </w:r>
    </w:p>
    <w:p>
      <w:r>
        <w:t>DOWÓD OSOBISTY</w:t>
      </w:r>
    </w:p>
    <w:p>
      <w:r>
        <w:t>12.</w:t>
      </w:r>
    </w:p>
    <w:p>
      <w:r>
        <w:t>15</w:t>
      </w:r>
    </w:p>
    <w:p>
      <w:r>
        <w:t>DOWÓD OSOBISTY/KARTA TOŻSAMOŚCI</w:t>
      </w:r>
    </w:p>
    <w:p>
      <w:r>
        <w:t>Urząd/Władza/Urząd</w:t>
      </w:r>
    </w:p>
    <w:p>
      <w:r>
        <w:t>STADTVERWALTUNG</w:t>
      </w:r>
    </w:p>
    <w:p>
      <w:r>
        <w:t>ZEULENRODA-TRIEBES</w:t>
      </w:r>
    </w:p>
    <w:p>
      <w:r>
        <w:t>Nazwisko/Nazwisko/Nazwisko</w:t>
      </w:r>
    </w:p>
    <w:p>
      <w:r>
        <w:t>SCHNEIDER</w:t>
      </w:r>
    </w:p>
    <w:p>
      <w:r>
        <w:t>GEB. STANKE</w:t>
      </w:r>
    </w:p>
    <w:p>
      <w:r>
        <w:t>Imię/Imiona/Imiona</w:t>
      </w:r>
    </w:p>
    <w:p>
      <w:r>
        <w:t>CHRISTA ILSE</w:t>
      </w:r>
    </w:p>
    <w:p>
      <w:r>
        <w:t>Data urodzenia/Data urodzenia/</w:t>
      </w:r>
    </w:p>
    <w:p>
      <w:r>
        <w:t>Data urodzenia</w:t>
      </w:r>
    </w:p>
    <w:p>
      <w:r>
        <w:t>22.07.1949</w:t>
      </w:r>
    </w:p>
    <w:p>
      <w:r>
        <w:t>Obywatelstwo/Narodowość/</w:t>
      </w:r>
    </w:p>
    <w:p>
      <w:r>
        <w:t>Narodowość</w:t>
      </w:r>
    </w:p>
    <w:p>
      <w:r>
        <w:t>NIEMIECKA</w:t>
      </w:r>
    </w:p>
    <w:p>
      <w:r>
        <w:t>Miejsce urodzenia/Miejsce urodzenia/Miejsce urodzenia</w:t>
      </w:r>
    </w:p>
    <w:p>
      <w:r>
        <w:t>STOTTERNHEIM</w:t>
      </w:r>
    </w:p>
    <w:p>
      <w:r>
        <w:t>Ważny do/Data wygaśnięcia/</w:t>
      </w:r>
    </w:p>
    <w:p>
      <w:r>
        <w:t>Data wygaśnięcia</w:t>
      </w:r>
    </w:p>
    <w:p>
      <w:r>
        <w:t>11.11.2025</w:t>
      </w:r>
    </w:p>
    <w:p>
      <w:r>
        <w:t>Podpis posiadacza/posiadaczki</w:t>
      </w:r>
    </w:p>
    <w:p>
      <w:r>
        <w:t>564835</w:t>
      </w:r>
    </w:p>
    <w:p>
      <w:r>
        <w:t>Podpis posiadacza/posiadaczki</w:t>
      </w:r>
    </w:p>
    <w:p>
      <w:r>
        <w:t>Schneider</w:t>
      </w:r>
    </w:p>
    <w:p>
      <w:r>
        <w:t>IDD&lt;&lt;LHGM19L7H5&lt;&lt;&lt;&lt;&lt;&lt;&lt;&lt;&lt;&lt;&lt;&lt;&lt;&lt;&lt;</w:t>
      </w:r>
    </w:p>
    <w:p>
      <w:r>
        <w:t>8304047&lt;2907310D&lt;&lt;&lt;&lt;&lt;&lt;&lt;&lt;&lt;&lt;&lt;&lt;&lt;4</w:t>
      </w:r>
    </w:p>
    <w:p>
      <w:r>
        <w:t>SCHNEIDER&lt;&lt;SEBASTIAN&lt;&lt;&lt;&lt;&lt;&lt;&lt;&lt;&lt;&lt;</w:t>
      </w:r>
    </w:p>
    <w:p>
      <w:r>
        <w:t>Nazwisko religijne lub pseudonim/</w:t>
      </w:r>
    </w:p>
    <w:p>
      <w:r>
        <w:t>Nazwa religijna lub pseudonim</w:t>
      </w:r>
    </w:p>
    <w:p>
      <w:r>
        <w:t>IDD&lt;&lt;LHGMYGYPC1&lt;&lt;&lt;&lt;&lt;&lt;&lt;&lt;&lt;&lt;&lt;&lt;&lt;&lt;&lt;</w:t>
      </w:r>
    </w:p>
    <w:p>
      <w:r>
        <w:t>*907222&lt;2511111D&lt;&lt;&lt;&lt;&lt;&lt;&lt;&lt;&lt;&lt;&lt;&lt;&lt;4</w:t>
      </w:r>
    </w:p>
    <w:p>
      <w:r>
        <w:t>NEIDER&lt;&lt;CHRISTA&lt;ILSE&lt;&lt;&lt;&lt;&lt;&lt;&lt;</w:t>
      </w:r>
    </w:p>
    <w:p>
      <w:r>
        <w:t>28</w:t>
      </w:r>
    </w:p>
    <w:p>
      <w:r>
        <w:t>(pusta strona)</w:t>
      </w:r>
    </w:p>
    <w:p>
      <w:r>
        <w:t>29</w:t>
      </w:r>
    </w:p>
    <w:p>
      <w:r>
        <w:t>PEŁNOMOCNICTWO</w:t>
      </w:r>
    </w:p>
    <w:p>
      <w:r>
        <w:t>A</w:t>
      </w:r>
    </w:p>
    <w:p>
      <w:r>
        <w:t>Pełnomocnictwo Strona 1</w:t>
      </w:r>
    </w:p>
    <w:p>
      <w:r>
        <w:t>Pełnomocnictwo</w:t>
      </w:r>
    </w:p>
    <w:p>
      <w:r>
        <w:t>Ja, Christa Schneider</w:t>
      </w:r>
    </w:p>
    <w:p>
      <w:r>
        <w:t>Imię, Nazwisko</w:t>
      </w:r>
    </w:p>
    <w:p>
      <w:r>
        <w:t>22.07.1949</w:t>
      </w:r>
    </w:p>
    <w:p>
      <w:r>
        <w:t>Data urodzenia</w:t>
      </w:r>
    </w:p>
    <w:p>
      <w:r>
        <w:t>Stotternheim</w:t>
      </w:r>
    </w:p>
    <w:p>
      <w:r>
        <w:t>Miejsce urodzenia</w:t>
      </w:r>
    </w:p>
    <w:p>
      <w:r>
        <w:t>(Wystawiający pełnomocnictwo)</w:t>
      </w:r>
    </w:p>
    <w:p>
      <w:r>
        <w:t>Am Buchberg 19, 07937 Zeulenroda-Triebes</w:t>
      </w:r>
    </w:p>
    <w:p>
      <w:r>
        <w:t>Adres</w:t>
      </w:r>
    </w:p>
    <w:p>
      <w:r>
        <w:t>Telefon, Telefax, E-Mail</w:t>
      </w:r>
    </w:p>
    <w:p>
      <w:r>
        <w:t>udzielam niniejszym pełnomocnictwa</w:t>
      </w:r>
    </w:p>
    <w:p>
      <w:r>
        <w:t>Sebastian Schneider</w:t>
      </w:r>
    </w:p>
    <w:p>
      <w:r>
        <w:t>Imię, Nazwisko</w:t>
      </w:r>
    </w:p>
    <w:p>
      <w:r>
        <w:t>04.04.1983</w:t>
      </w:r>
    </w:p>
    <w:p>
      <w:r>
        <w:t>Data urodzenia</w:t>
      </w:r>
    </w:p>
    <w:p>
      <w:r>
        <w:t>Zeulenroda</w:t>
      </w:r>
    </w:p>
    <w:p>
      <w:r>
        <w:t>Miejsce urodzenia</w:t>
      </w:r>
    </w:p>
    <w:p>
      <w:r>
        <w:t>(Pełnomocnik)</w:t>
      </w:r>
    </w:p>
    <w:p>
      <w:r>
        <w:t>Am Buchberg 19 07937 Zeulenroda - Triebes</w:t>
      </w:r>
    </w:p>
    <w:p>
      <w:r>
        <w:t>Adres</w:t>
      </w:r>
    </w:p>
    <w:p>
      <w:r>
        <w:t>1</w:t>
      </w:r>
    </w:p>
    <w:p>
      <w:r>
        <w:t>Telefon, Telefax, E-Mail</w:t>
      </w:r>
    </w:p>
    <w:p>
      <w:r>
        <w:t>Niniejsza osoba zaufana zostaje niniejszym upoważniona do reprezentowania mnie we wszystkich sprawach, które zaznaczyłem</w:t>
      </w:r>
    </w:p>
    <w:p>
      <w:r>
        <w:t>lub wskazałem poniżej. Niniejsze pełnomocnictwo ma na celu uniknięcie ustanowienia przez sąd opieki. Pełnomocnictwo</w:t>
      </w:r>
    </w:p>
    <w:p>
      <w:r>
        <w:t>pozostaje w mocy, jeśli po jego udzieleniu stanę się niezdolny do czynności prawnych.</w:t>
      </w:r>
    </w:p>
    <w:p>
      <w:r>
        <w:t>Pełnomocnictwo jest ważne tylko wtedy, gdy pełnomocnik posiada dokument pełnomocnictwa i może go przedstawić w oryginale</w:t>
      </w:r>
    </w:p>
    <w:p>
      <w:r>
        <w:t>przy dokonywaniu czynności prawnej.</w:t>
      </w:r>
    </w:p>
    <w:p>
      <w:r>
        <w:t>Ciąg dalszy na stronie 2</w:t>
      </w:r>
    </w:p>
    <w:p>
      <w:r>
        <w:t>30</w:t>
      </w:r>
    </w:p>
    <w:p>
      <w:r>
        <w:t>(pusta strona)</w:t>
      </w:r>
    </w:p>
    <w:p>
      <w:r>
        <w:t>31</w:t>
      </w:r>
    </w:p>
    <w:p>
      <w:r>
        <w:t>Pełnomocnictwo Strona 3</w:t>
      </w:r>
    </w:p>
    <w:p>
      <w:r>
        <w:t>3. Urzędy</w:t>
      </w:r>
    </w:p>
    <w:p>
      <w:r>
        <w:t>■ Może mnie reprezentować w urzędach, u ubezpieczycieli, w sprawach emerytalnych i świadczeń</w:t>
      </w:r>
    </w:p>
    <w:p>
      <w:r>
        <w:t>socjalnych. Obejmuje to również zgodę na przetwarzanie danych osobowych.</w:t>
      </w:r>
    </w:p>
    <w:p>
      <w:r>
        <w:t>4. Zarządzanie majątkiem</w:t>
      </w:r>
    </w:p>
    <w:p>
      <w:r>
        <w:t>PEŁNOMOCNICTWO</w:t>
      </w:r>
    </w:p>
    <w:p>
      <w:r>
        <w:t>A</w:t>
      </w:r>
    </w:p>
    <w:p>
      <w:r>
        <w:t>tak nie</w:t>
      </w:r>
    </w:p>
    <w:p>
      <w:r>
        <w:t>■Może zarządzać moim majątkiem i w związku z tym podejmować wszelkie czynności prawne i</w:t>
      </w:r>
    </w:p>
    <w:p>
      <w:r>
        <w:t>transakcje, składać i przyjmować wszelkiego rodzaju oświadczenia oraz składać, zmieniać i wycofywać</w:t>
      </w:r>
    </w:p>
    <w:p>
      <w:r>
        <w:t>wnioski, w szczególności</w:t>
      </w:r>
    </w:p>
    <w:p>
      <w:r>
        <w:t>tak nie</w:t>
      </w:r>
    </w:p>
    <w:p>
      <w:r>
        <w:t>■ dysponować wszelkiego rodzaju składnikami majątku (proszę zwrócić uwagę również na poniższą</w:t>
      </w:r>
    </w:p>
    <w:p>
      <w:r>
        <w:t>wskazówkę 1)</w:t>
      </w:r>
    </w:p>
    <w:p>
      <w:r>
        <w:t>tak nie</w:t>
      </w:r>
    </w:p>
    <w:p>
      <w:r>
        <w:t>tak nie</w:t>
      </w:r>
    </w:p>
    <w:p>
      <w:r>
        <w:t>■ przyjmować płatności i wartości</w:t>
      </w:r>
    </w:p>
    <w:p>
      <w:r>
        <w:t>■ zaciągać zobowiązania (proszę zwrócić uwagę również na poniższą wskazówkę 1)</w:t>
      </w:r>
    </w:p>
    <w:p>
      <w:r>
        <w:t>tak nie</w:t>
      </w:r>
    </w:p>
    <w:p>
      <w:r>
        <w:t>■ składać oświadczenia woli dotyczące moich kont, depozytów i skrytek. Może mnie reprezentować</w:t>
      </w:r>
    </w:p>
    <w:p>
      <w:r>
        <w:t>w transakcjach bankowych z instytucjami kredytowymi (proszę zwrócić uwagę również na</w:t>
      </w:r>
    </w:p>
    <w:p>
      <w:r>
        <w:t>poniższą wskazówkę 2)</w:t>
      </w:r>
    </w:p>
    <w:p>
      <w:r>
        <w:t>tak nie</w:t>
      </w:r>
    </w:p>
    <w:p>
      <w:r>
        <w:t>A tak nie</w:t>
      </w:r>
    </w:p>
    <w:p>
      <w:r>
        <w:t>■ dokonywać darowizn w zakresie dozwolonym prawnie dla opiekuna.</w:t>
      </w:r>
    </w:p>
    <w:p>
      <w:r>
        <w:t>■ Nie będzie mogła dokonywać następujących transakcji:</w:t>
      </w:r>
    </w:p>
    <w:p>
      <w:r>
        <w:t>tak nie</w:t>
      </w:r>
    </w:p>
    <w:p>
      <w:r>
        <w:t>Wskazówka:</w:t>
      </w:r>
    </w:p>
    <w:p>
      <w:r>
        <w:t>1. Proszę pamiętać o wymaganej formie pełnomocnictwa w przypadku transakcji związanych z nieruchomościami,</w:t>
      </w:r>
    </w:p>
    <w:p>
      <w:r>
        <w:t>działalnością handlową lub zaciąganiem kredytów konsumenckich (por. pkt 2.1.6 broszury „Prawo opiekuńcze”).</w:t>
      </w:r>
    </w:p>
    <w:p>
      <w:r>
        <w:t>2. W sprawach związanych z zarządzaniem majątkiem w banku powinni Państwo korzystać z oferowanego przez</w:t>
      </w:r>
    </w:p>
    <w:p>
      <w:r>
        <w:t>Państwa bank/Sparkasse pełnomocnictwa do konta/depozytu. Pełnomocnictwo to uprawnia pełnomocnika do</w:t>
      </w:r>
    </w:p>
    <w:p>
      <w:r>
        <w:t>dokonywania wszelkich czynności bezpośrednio związanych z prowadzeniem konta i depozytu. Nie są mu</w:t>
      </w:r>
    </w:p>
    <w:p>
      <w:r>
        <w:t>udzielane uprawnienia, które są zbędne w normalnym obrocie gospodarczym, takie jak np. zawieranie terminowych</w:t>
      </w:r>
    </w:p>
    <w:p>
      <w:r>
        <w:t>transakcji finansowych. Pełnomocnictwo do konta/depozytu należy zasadniczo podpisać w Państwa banku lub</w:t>
      </w:r>
    </w:p>
    <w:p>
      <w:r>
        <w:t>Sparkasse; ewentualne późniejsze wątpliwości co do ważności pełnomocnictwa mogą zostać w ten sposób rozwiane.</w:t>
      </w:r>
    </w:p>
    <w:p>
      <w:r>
        <w:t>Jeśli nie mogą Państwo osobiście udać się do Państwa banku/Sparkasse, z pewnością znajdzie się rozwiązanie w</w:t>
      </w:r>
    </w:p>
    <w:p>
      <w:r>
        <w:t>rozmowie z Państwa bankiem/Sparkasse.</w:t>
      </w:r>
    </w:p>
    <w:p>
      <w:r>
        <w:t>Ciąg dalszy na stronie 4</w:t>
      </w:r>
    </w:p>
    <w:p>
      <w:r>
        <w:t>32</w:t>
      </w:r>
    </w:p>
    <w:p>
      <w:r>
        <w:t>(pusta strona)</w:t>
      </w:r>
    </w:p>
    <w:p>
      <w:r>
        <w:t>33</w:t>
      </w:r>
    </w:p>
    <w:p>
      <w:r>
        <w:t>A PEŁNOMOCNICTWO</w:t>
      </w:r>
    </w:p>
    <w:p>
      <w:r>
        <w:t>5. Korespondencja pocztowa i telefoniczna</w:t>
      </w:r>
    </w:p>
    <w:p>
      <w:r>
        <w:t>Pełnomocnictwo Strona 4</w:t>
      </w:r>
    </w:p>
    <w:p>
      <w:r>
        <w:t>■ Może w ramach wykonywania niniejszego pełnomocnictwa odbierać, otwierać i czytać przeznaczoną dla mnie</w:t>
      </w:r>
    </w:p>
    <w:p>
      <w:r>
        <w:t>korespondencję pocztową. Dotyczy to również korespondencji elektronicznej. Ponadto może podejmować decyzje</w:t>
      </w:r>
    </w:p>
    <w:p>
      <w:r>
        <w:t>dotyczące komunikacji telefonicznej, w tym wszystkich form komunikacji elektronicznej. Może składać wszelkie</w:t>
      </w:r>
    </w:p>
    <w:p>
      <w:r>
        <w:t>oświadczenia woli z tym związane (np. zawieranie umów, wypowiedzenia).</w:t>
      </w:r>
    </w:p>
    <w:p>
      <w:r>
        <w:t>tak nie</w:t>
      </w:r>
    </w:p>
    <w:p>
      <w:r>
        <w:t>6. Reprezentacja przed sądem</w:t>
      </w:r>
    </w:p>
    <w:p>
      <w:r>
        <w:t>■ Może mnie reprezentować przed sądami oraz dokonywać wszelkich czynności procesowych.</w:t>
      </w:r>
    </w:p>
    <w:p>
      <w:r>
        <w:t>tak nie</w:t>
      </w:r>
    </w:p>
    <w:p>
      <w:r>
        <w:t>7. Dalsze pełnomocnictwo</w:t>
      </w:r>
    </w:p>
    <w:p>
      <w:r>
        <w:t>■Może udzielać dalszych pełnomocnictw.</w:t>
      </w:r>
    </w:p>
    <w:p>
      <w:r>
        <w:t>tak nie</w:t>
      </w:r>
    </w:p>
    <w:p>
      <w:r>
        <w:t>8. Dyspozycja opiekuńcza</w:t>
      </w:r>
    </w:p>
    <w:p>
      <w:r>
        <w:t>■ Jeśli pomimo niniejszego pełnomocnictwa konieczne okaże się ustanowienie przedstawicielstwa ustawowego</w:t>
      </w:r>
    </w:p>
    <w:p>
      <w:r>
        <w:t>(„opieki prawnej”), proszę o ustanowienie wyżej wymienionej osoby zaufanej jako opiekuna.</w:t>
      </w:r>
    </w:p>
    <w:p>
      <w:r>
        <w:t>tak nie</w:t>
      </w:r>
    </w:p>
    <w:p>
      <w:r>
        <w:t>9. Ważność po śmierci</w:t>
      </w:r>
    </w:p>
    <w:p>
      <w:r>
        <w:t>■ Pełnomocnictwo pozostaje ważne po mojej śmierci.</w:t>
      </w:r>
    </w:p>
    <w:p>
      <w:r>
        <w:t>O tak nie</w:t>
      </w:r>
    </w:p>
    <w:p>
      <w:r>
        <w:t>10. Inne uregulowania</w:t>
      </w:r>
    </w:p>
    <w:p>
      <w:r>
        <w:t>30.7.24</w:t>
      </w:r>
    </w:p>
    <w:p>
      <w:r>
        <w:t>Miejscowość, data</w:t>
      </w:r>
    </w:p>
    <w:p>
      <w:r>
        <w:t>30.7.24</w:t>
      </w:r>
    </w:p>
    <w:p>
      <w:r>
        <w:t>Miejscowość, data</w:t>
      </w:r>
    </w:p>
    <w:p>
      <w:r>
        <w:t>Sel. Schneider</w:t>
      </w:r>
    </w:p>
    <w:p>
      <w:r>
        <w:t>Podpis pełnomocnika/pełnomocników</w:t>
      </w:r>
    </w:p>
    <w:p>
      <w:r>
        <w:t>S. Schneider</w:t>
      </w:r>
    </w:p>
    <w:p>
      <w:r>
        <w:t>Podpis mocodawcy/mocodawców</w:t>
      </w:r>
    </w:p>
    <w:p>
      <w:r>
        <w:t>Ostatnia strona</w:t>
      </w:r>
    </w:p>
    <w:p>
      <w:r>
        <w:t>34</w:t>
      </w:r>
    </w:p>
    <w:p>
      <w:r>
        <w:t>(pusta strona)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