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Pieczęć dzienna urzędu meldunkowego</w:t>
      </w:r>
    </w:p>
    <w:p>
      <w:r>
        <w:t>25.01.2019</w:t>
      </w:r>
    </w:p>
    <w:p/>
    <w:p>
      <w:r>
        <w:t>**Potwierdzenie zameldowania**</w:t>
      </w:r>
    </w:p>
    <w:p/>
    <w:p>
      <w:r>
        <w:t>**Nowe mieszkanie**</w:t>
      </w:r>
    </w:p>
    <w:p/>
    <w:p>
      <w:r>
        <w:t>**Numer identyfikacyjny gminy** 09184135</w:t>
      </w:r>
    </w:p>
    <w:p/>
    <w:p>
      <w:r>
        <w:t>**Nowe mieszkanie jest**</w:t>
      </w:r>
    </w:p>
    <w:p>
      <w:r>
        <w:t>X jedyne mieszkanie</w:t>
      </w:r>
    </w:p>
    <w:p>
      <w:r>
        <w:t>Główne mieszkanie</w:t>
      </w:r>
    </w:p>
    <w:p>
      <w:r>
        <w:t>Dodatkowe mieszkanie</w:t>
      </w:r>
    </w:p>
    <w:p/>
    <w:p>
      <w:r>
        <w:t>**Data wprowadzenia się**</w:t>
      </w:r>
    </w:p>
    <w:p>
      <w:r>
        <w:t>25.01.2019</w:t>
      </w:r>
    </w:p>
    <w:p/>
    <w:p>
      <w:r>
        <w:t>**Kod pocztowy, gmina, dzielnica**</w:t>
      </w:r>
    </w:p>
    <w:p>
      <w:r>
        <w:t>85764 Oberschleißheim</w:t>
      </w:r>
    </w:p>
    <w:p/>
    <w:p>
      <w:r>
        <w:t>**Ulica, numer domu, dodatki**</w:t>
      </w:r>
    </w:p>
    <w:p>
      <w:r>
        <w:t>Am Stutenanger 8 B</w:t>
      </w:r>
    </w:p>
    <w:p/>
    <w:p>
      <w:r>
        <w:t>| 1 | Nazwisko, ew. stopień doktora | Borowiec | Data urodzenia | 19.10.1992 |</w:t>
      </w:r>
    </w:p>
    <w:p>
      <w:r>
        <w:t>|---|---|---|---|---|</w:t>
      </w:r>
    </w:p>
    <w:p>
      <w:r>
        <w:t>| | Nazwisko (z paszportu) | | | |</w:t>
      </w:r>
    </w:p>
    <w:p>
      <w:r>
        <w:t>| | Imiona (podkreślić imiona używane) | Adrian Piotr | | |</w:t>
      </w:r>
    </w:p>
    <w:p>
      <w:r>
        <w:t>| 2 | Nazwisko, ew. stopień doktora | | Data urodzenia | |</w:t>
      </w:r>
    </w:p>
    <w:p>
      <w:r>
        <w:t>| | Nazwisko (z paszportu) | | | |</w:t>
      </w:r>
    </w:p>
    <w:p>
      <w:r>
        <w:t>| | Imiona (podkreślić imiona używane) | | | |</w:t>
      </w:r>
    </w:p>
    <w:p>
      <w:r>
        <w:t>| 3 | Nazwisko, ew. stopień doktora | | Data urodzenia | |</w:t>
      </w:r>
    </w:p>
    <w:p>
      <w:r>
        <w:t>| | Nazwisko (z paszportu) | | | |</w:t>
      </w:r>
    </w:p>
    <w:p>
      <w:r>
        <w:t>| | Imiona (podkreślić imiona używane) | | | |</w:t>
      </w:r>
    </w:p>
    <w:p>
      <w:r>
        <w:t>| 4 | Nazwisko, ew. stopień doktora | | Data urodzenia | |</w:t>
      </w:r>
    </w:p>
    <w:p>
      <w:r>
        <w:t>| | Nazwisko (z paszportu) | | | |</w:t>
      </w:r>
    </w:p>
    <w:p>
      <w:r>
        <w:t>| | Imiona (podkreślić imiona używane) | | | |</w:t>
      </w:r>
    </w:p>
    <w:p>
      <w:r>
        <w:t>| 5 | Nazwisko, ew. stopień doktora | | Data urodzenia | |</w:t>
      </w:r>
    </w:p>
    <w:p>
      <w:r>
        <w:t>| | Nazwisko (z paszportu) | | | |</w:t>
      </w:r>
    </w:p>
    <w:p>
      <w:r>
        <w:t>| | Imiona (podkreślić imiona używane) | | | |</w:t>
      </w:r>
    </w:p>
    <w:p>
      <w:r>
        <w:t>| 6 | Nazwisko, ew. stopień doktora | | Data urodzenia | |</w:t>
      </w:r>
    </w:p>
    <w:p>
      <w:r>
        <w:t>| | Nazwisko (z paszportu) | | | |</w:t>
      </w:r>
    </w:p>
    <w:p>
      <w:r>
        <w:t>| | Imiona (podkreślić imiona używane) | | | |</w:t>
      </w:r>
    </w:p>
    <w:p/>
    <w:p>
      <w:r>
        <w:t>Wyżej wymieniona osoba (osoby) zameldowała/y się dzisiaj.</w:t>
      </w:r>
    </w:p>
    <w:p/>
    <w:p>
      <w:r>
        <w:t>**Data, podpis urzędu meldunkowego**</w:t>
      </w:r>
    </w:p>
    <w:p>
      <w:r>
        <w:t>Z upoważnienia</w:t>
      </w:r>
    </w:p>
    <w:p/>
    <w:p>
      <w:r>
        <w:t>25.01.2019, Alkan</w:t>
      </w:r>
    </w:p>
    <w:p/>
    <w:p>
      <w:r>
        <w:t>[Pieczęć:]</w:t>
      </w:r>
    </w:p>
    <w:p>
      <w:r>
        <w:t>Gmina</w:t>
      </w:r>
    </w:p>
    <w:p>
      <w:r>
        <w:t>Oberschleißheim</w:t>
      </w:r>
    </w:p>
    <w:p>
      <w:r>
        <w:t>25. sty. 2019</w:t>
      </w:r>
    </w:p>
    <w:p>
      <w:r>
        <w:t>Urząd Meldunkowy</w:t>
      </w:r>
    </w:p>
    <w:p>
      <w:r>
        <w:t>z up.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