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Rzeczpospolita</w:t>
      </w:r>
    </w:p>
    <w:p>
      <w:r>
        <w:t>Polska</w:t>
      </w:r>
    </w:p>
    <w:p/>
    <w:p>
      <w:r>
        <w:t>BURMISTRZ MIASTA I GMINY</w:t>
      </w:r>
    </w:p>
    <w:p>
      <w:r>
        <w:t>KAŃCZUGA</w:t>
      </w:r>
    </w:p>
    <w:p/>
    <w:p>
      <w:r>
        <w:t>EL/ZS/5</w:t>
      </w:r>
    </w:p>
    <w:p/>
    <w:p>
      <w:r>
        <w:t>**Bescheinigung über die Anmeldung eines ständigen Wohnsitzes**</w:t>
      </w:r>
    </w:p>
    <w:p/>
    <w:p>
      <w:r>
        <w:t>Es wird bestätigt, dass Herr/Frau*</w:t>
      </w:r>
    </w:p>
    <w:p/>
    <w:p>
      <w:r>
        <w:t>Nachname ŚWISTEK</w:t>
      </w:r>
    </w:p>
    <w:p>
      <w:r>
        <w:t>Vorname (Vornamen) KATARZYNA</w:t>
      </w:r>
    </w:p>
    <w:p>
      <w:r>
        <w:t>Geburtsdatum 11-11-1986</w:t>
      </w:r>
    </w:p>
    <w:p>
      <w:r>
        <w:t>Geburtsort KOZIENICE</w:t>
      </w:r>
    </w:p>
    <w:p/>
    <w:p>
      <w:r>
        <w:t>ist mit ständigem Wohnsitz angemeldet*</w:t>
      </w:r>
    </w:p>
    <w:p/>
    <w:p>
      <w:r>
        <w:t>Anmeldedatum 02-09-2026</w:t>
      </w:r>
    </w:p>
    <w:p>
      <w:r>
        <w:t>(TT-MM-JJJJ)</w:t>
      </w:r>
    </w:p>
    <w:p/>
    <w:p>
      <w:r>
        <w:t>unter der Adresse</w:t>
      </w:r>
    </w:p>
    <w:p/>
    <w:p>
      <w:r>
        <w:t>Straße ul. RYNEK</w:t>
      </w:r>
    </w:p>
    <w:p>
      <w:r>
        <w:t>Hausnummer 9</w:t>
      </w:r>
    </w:p>
    <w:p>
      <w:r>
        <w:t>Wohnungsnummer</w:t>
      </w:r>
    </w:p>
    <w:p>
      <w:r>
        <w:t>Postleitzahl 37-220</w:t>
      </w:r>
    </w:p>
    <w:p>
      <w:r>
        <w:t>Ort - Stadtteil KAŃCZUGA</w:t>
      </w:r>
    </w:p>
    <w:p>
      <w:r>
        <w:t>Gemeinde KAŃCZUGA</w:t>
      </w:r>
    </w:p>
    <w:p>
      <w:r>
        <w:t>Woiwodschaft PODKARPACKIE</w:t>
      </w:r>
    </w:p>
    <w:p/>
    <w:p>
      <w:r>
        <w:t>Informationen zur Bescheinigung</w:t>
      </w:r>
    </w:p>
    <w:p/>
    <w:p>
      <w:r>
        <w:t>Bescheinigung ausgestellt</w:t>
      </w:r>
    </w:p>
    <w:p>
      <w:r>
        <w:t>Ort: KAŃCZUGA</w:t>
      </w:r>
    </w:p>
    <w:p>
      <w:r>
        <w:t>Datum: 02-09-2026</w:t>
      </w:r>
    </w:p>
    <w:p/>
    <w:p>
      <w:r>
        <w:t>Die Bescheinigung ist gültig bis zur Änderung</w:t>
      </w:r>
    </w:p>
    <w:p>
      <w:r>
        <w:t>des Anmeldeortes</w:t>
      </w:r>
    </w:p>
    <w:p/>
    <w:p>
      <w:r>
        <w:t>Rechtsgrundlage: Art. 32 Abs. 1 des Gesetzes vom 24. September</w:t>
      </w:r>
    </w:p>
    <w:p>
      <w:r>
        <w:t>2010 über das Melderegister</w:t>
      </w:r>
    </w:p>
    <w:p/>
    <w:p>
      <w:r>
        <w:t>* Nicht Zutreffendes streichen</w:t>
      </w:r>
    </w:p>
    <w:p/>
    <w:p>
      <w:r>
        <w:t>Unterschrift des Beamten und Rundsiegel der Behörde</w:t>
      </w:r>
    </w:p>
    <w:p/>
    <w:p>
      <w:r>
        <w:t>[SIEGELLOGO]</w:t>
      </w:r>
    </w:p>
    <w:p>
      <w:r>
        <w:t>Im Auftrag des BÜRGERMEISTERS</w:t>
      </w:r>
    </w:p>
    <w:p>
      <w:r>
        <w:t>mgr Jolanta Kamińska</w:t>
      </w:r>
    </w:p>
    <w:p>
      <w:r>
        <w:t>Inspektor</w:t>
      </w:r>
    </w:p>
    <w:p/>
    <w:p>
      <w:r>
        <w:t>Bescheinigung über die Anmeldung eines ständigen Wohnsitzes</w:t>
      </w:r>
    </w:p>
    <w:p/>
    <w:p>
      <w:r>
        <w:t>Seite 1/1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