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**Miasto Augsburg**</w:t>
      </w:r>
    </w:p>
    <w:p>
      <w:r>
        <w:t>**Biuro Obsługi Mieszkańców**</w:t>
      </w:r>
    </w:p>
    <w:p>
      <w:r>
        <w:t>**Biuro Obsługi Mieszkańców Haunstetten**</w:t>
      </w:r>
    </w:p>
    <w:p/>
    <w:p>
      <w:r>
        <w:t>Miasto Augsburg, Biuro Obsługi Mieszkańców, 86143 Augsburg</w:t>
      </w:r>
    </w:p>
    <w:p/>
    <w:p>
      <w:r>
        <w:t>Jakub Andrzej Świstek</w:t>
      </w:r>
    </w:p>
    <w:p>
      <w:r>
        <w:t>Rynek 9</w:t>
      </w:r>
    </w:p>
    <w:p>
      <w:r>
        <w:t>37-220 Kanczvga</w:t>
      </w:r>
    </w:p>
    <w:p>
      <w:r>
        <w:t>POLSKA</w:t>
      </w:r>
    </w:p>
    <w:p/>
    <w:p>
      <w:r>
        <w:t>**Placówka**</w:t>
      </w:r>
    </w:p>
    <w:p>
      <w:r>
        <w:t>Tattenbachstr. 15</w:t>
      </w:r>
    </w:p>
    <w:p>
      <w:r>
        <w:t>86179 Augsburg</w:t>
      </w:r>
    </w:p>
    <w:p/>
    <w:p>
      <w:r>
        <w:t>**Prowadzący sprawę**</w:t>
      </w:r>
    </w:p>
    <w:p>
      <w:r>
        <w:t>**Telefon**</w:t>
      </w:r>
    </w:p>
    <w:p>
      <w:r>
        <w:t>**Telefaks**</w:t>
      </w:r>
    </w:p>
    <w:p>
      <w:r>
        <w:t>**E-mail**</w:t>
      </w:r>
    </w:p>
    <w:p/>
    <w:p>
      <w:r>
        <w:t>**Państwa znak**</w:t>
      </w:r>
    </w:p>
    <w:p>
      <w:r>
        <w:t>**Nasz znak**</w:t>
      </w:r>
    </w:p>
    <w:p>
      <w:r>
        <w:t>**Data**</w:t>
      </w:r>
    </w:p>
    <w:p/>
    <w:p>
      <w:r>
        <w:t>Pani Deisenhofer</w:t>
      </w:r>
    </w:p>
    <w:p>
      <w:r>
        <w:t>+49 (0)821 324 9999</w:t>
      </w:r>
    </w:p>
    <w:p>
      <w:r>
        <w:t>+49 (0)821 324 2455</w:t>
      </w:r>
    </w:p>
    <w:p>
      <w:r>
        <w:t>buergeramt@augsburg.de</w:t>
      </w:r>
    </w:p>
    <w:p/>
    <w:p>
      <w:r>
        <w:t>330-SGBürgeramt-Deisenhofer</w:t>
      </w:r>
    </w:p>
    <w:p>
      <w:r>
        <w:t>24. sierpnia 2026</w:t>
      </w:r>
    </w:p>
    <w:p/>
    <w:p>
      <w:r>
        <w:t>Prosimy o podanie naszych znaków i daty w odpowiedzi</w:t>
      </w:r>
    </w:p>
    <w:p>
      <w:r>
        <w:t>Wskazówki dotyczące korzystania z poczty e-mail pod adresem</w:t>
      </w:r>
    </w:p>
    <w:p>
      <w:r>
        <w:t>http://www.augsburg.de/elektronische-kommunikation/</w:t>
      </w:r>
    </w:p>
    <w:p/>
    <w:p>
      <w:r>
        <w:t>**Potwierdzenie zameldowania**</w:t>
      </w:r>
    </w:p>
    <w:p/>
    <w:p>
      <w:r>
        <w:t>**Klucz gminy:**</w:t>
      </w:r>
    </w:p>
    <w:p>
      <w:r>
        <w:t>**Adres:**</w:t>
      </w:r>
    </w:p>
    <w:p/>
    <w:p>
      <w:r>
        <w:t>**Status zamieszkania:**</w:t>
      </w:r>
    </w:p>
    <w:p>
      <w:r>
        <w:t>**Data wyprowadzki:**</w:t>
      </w:r>
    </w:p>
    <w:p>
      <w:r>
        <w:t>**Data wymeldowania:**</w:t>
      </w:r>
    </w:p>
    <w:p/>
    <w:p>
      <w:r>
        <w:t>09761000</w:t>
      </w:r>
    </w:p>
    <w:p>
      <w:r>
        <w:t>Goldammerstr. 3</w:t>
      </w:r>
    </w:p>
    <w:p>
      <w:r>
        <w:t>86179 Augsburg</w:t>
      </w:r>
    </w:p>
    <w:p>
      <w:r>
        <w:t>Jedyny adres</w:t>
      </w:r>
    </w:p>
    <w:p>
      <w:r>
        <w:t>31.08.2026</w:t>
      </w:r>
    </w:p>
    <w:p>
      <w:r>
        <w:t>24.08.2026</w:t>
      </w:r>
    </w:p>
    <w:p/>
    <w:p>
      <w:r>
        <w:t>**Wymeldowanie nastąpiło dla:**</w:t>
      </w:r>
    </w:p>
    <w:p/>
    <w:p>
      <w:r>
        <w:t>**Nazwisko:**</w:t>
      </w:r>
    </w:p>
    <w:p>
      <w:r>
        <w:t>**Imię:**</w:t>
      </w:r>
    </w:p>
    <w:p>
      <w:r>
        <w:t>**Używane imię:**</w:t>
      </w:r>
    </w:p>
    <w:p>
      <w:r>
        <w:t>**Data urodzenia:**</w:t>
      </w:r>
    </w:p>
    <w:p/>
    <w:p>
      <w:r>
        <w:t>Świstek</w:t>
      </w:r>
    </w:p>
    <w:p>
      <w:r>
        <w:t>Jakub Andrzej</w:t>
      </w:r>
    </w:p>
    <w:p>
      <w:r>
        <w:t>Jakub</w:t>
      </w:r>
    </w:p>
    <w:p>
      <w:r>
        <w:t>24.04.1981</w:t>
      </w:r>
    </w:p>
    <w:p/>
    <w:p>
      <w:r>
        <w:t>Z poważaniem</w:t>
      </w:r>
    </w:p>
    <w:p>
      <w:r>
        <w:t>Państwa Biuro Obsługi Mieszkańców</w:t>
      </w:r>
    </w:p>
    <w:p/>
    <w:p>
      <w:r>
        <w:t>(Pieczęć)</w:t>
      </w:r>
    </w:p>
    <w:p>
      <w:r>
        <w:t>**Miasto Augsburg**</w:t>
      </w:r>
    </w:p>
    <w:p>
      <w:r>
        <w:t>**Biuro Obsługi Mieszkańców Haunstetten**</w:t>
      </w:r>
    </w:p>
    <w:p>
      <w:r>
        <w:t>Tattenbachstraße 15</w:t>
      </w:r>
    </w:p>
    <w:p>
      <w:r>
        <w:t>86179 Augsburg</w:t>
      </w:r>
    </w:p>
    <w:p/>
    <w:p>
      <w:r>
        <w:t>**Centrala telefoniczna:** (0821) 3 24 - 0</w:t>
      </w:r>
    </w:p>
    <w:p>
      <w:r>
        <w:t>**Internet:** www.augsburg.de</w:t>
      </w:r>
    </w:p>
    <w:p>
      <w:r>
        <w:t>**E-mail:** stadt@augsburg.de</w:t>
      </w:r>
    </w:p>
    <w:p/>
    <w:p>
      <w:r>
        <w:t>**Dane bankowe:**</w:t>
      </w:r>
    </w:p>
    <w:p>
      <w:r>
        <w:t>Stadtsparkasse Augsburg</w:t>
      </w:r>
    </w:p>
    <w:p>
      <w:r>
        <w:t>IBAN: DE11 7205 0000 0000 0401 47</w:t>
      </w:r>
    </w:p>
    <w:p>
      <w:r>
        <w:t>SWIFT-BIC: AUGSDE77XXX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