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Finanzamt Monachium</w:t>
      </w:r>
    </w:p>
    <w:p>
      <w:r>
        <w:t>Nr. ident. małżonka 94 725 320 215, Steuernummer 181/439/13046</w:t>
      </w:r>
    </w:p>
    <w:p>
      <w:r>
        <w:t>www.hr-finanzamt-muenchen.de</w:t>
      </w:r>
    </w:p>
    <w:p>
      <w:r>
        <w:t>Data 26.08.2026</w:t>
      </w:r>
    </w:p>
    <w:p/>
    <w:p>
      <w:r>
        <w:t>Kasa Skarbowa</w:t>
      </w:r>
    </w:p>
    <w:p>
      <w:r>
        <w:t>Monachium</w:t>
      </w:r>
    </w:p>
    <w:p>
      <w:r>
        <w:t>94300 Deggendorf</w:t>
      </w:r>
    </w:p>
    <w:p>
      <w:r>
        <w:t>Skrytka pocztowa 1354</w:t>
      </w:r>
    </w:p>
    <w:p/>
    <w:p>
      <w:r>
        <w:t>FA Monachium, PF1346, 94453Deggendorf</w:t>
      </w:r>
    </w:p>
    <w:p/>
    <w:p>
      <w:r>
        <w:t>Państwo</w:t>
      </w:r>
    </w:p>
    <w:p>
      <w:r>
        <w:t>Anna Maria Lewandowska-Borowiec</w:t>
      </w:r>
    </w:p>
    <w:p>
      <w:r>
        <w:t>Jan Borowiec</w:t>
      </w:r>
    </w:p>
    <w:p>
      <w:r>
        <w:t>ul. Musterweg 15</w:t>
      </w:r>
    </w:p>
    <w:p>
      <w:r>
        <w:t>85764 Oberschleißheim</w:t>
      </w:r>
    </w:p>
    <w:p/>
    <w:p>
      <w:r>
        <w:t>**Decyzja za 2025 rok**</w:t>
      </w:r>
    </w:p>
    <w:p>
      <w:r>
        <w:t>**w sprawie**</w:t>
      </w:r>
    </w:p>
    <w:p>
      <w:r>
        <w:t>**podatku dochodowego**</w:t>
      </w:r>
    </w:p>
    <w:p>
      <w:r>
        <w:t>**i dodatku solidarnościowego**</w:t>
      </w:r>
    </w:p>
    <w:p/>
    <w:p>
      <w:r>
        <w:t>**Wymiar**</w:t>
      </w:r>
    </w:p>
    <w:p/>
    <w:p>
      <w:r>
        <w:t>**Rodzaj wymiaru podatku**</w:t>
      </w:r>
    </w:p>
    <w:p/>
    <w:p>
      <w:r>
        <w:t>Decyzja jest częściowo tymczasowa zgodnie z § 165 ust. 1 zdanie 2 Ordynacji Podatkowej (AO).</w:t>
      </w:r>
    </w:p>
    <w:p/>
    <w:p>
      <w:r>
        <w:t>| | Podatek dochodowy € | Dodatek solidarnościowy € |</w:t>
      </w:r>
    </w:p>
    <w:p>
      <w:r>
        <w:t>| :------------------------------------------------------------------------------------------------------------------------------------------------------------------------------------------------------------------------------------------------------------------------------------------------------------------------------------------------------------------------------------------------------------------------------------------------------------------------------------------------------------------------------------------------------------------------------------------------------------------------------------------------------------------------------------------------------------------------------------------------------------------------------------------------------------------------------------------------------------------------------------------------------------------------------------------------------------------------------------------------------------------------------------------------------------------------------------------------------------------------------------------------------------------------------------------------------------------------------------------------------------------------------------------------------------------------------------------------------------------------------------------------------------------------------------------------------------------------------------------------------------------------------------------------------------------------------------------------------------------------------------------------------------------------------------------------------------------------------------------------------------------------------------------------------------------------------------------------------------------------------------------------------------------------------------------------------------------------------------------------------------------------------------------------------------------------------------------------------------------------------------------------------------------------------------------------------------------------------------------------------------------------------------------------------------------------------------------------------------------------------------------------------------------------------------------------------------------------------------------------------------------------------------------------------------------------------------------------------------------------------------------------------------------------------------------------------------------------------------------------------------------------------------------------------------------------------------------------------------------------------------------------------------------------------------------------------------------------------------------------------------------------------------------------------------------------------------------------------------------------------------------------------------------------------------------------------------------------------------------------------------------------------------------------------------------------------------------------------------------------------------------------------------------------------------------------------------------------------------------------------------------------------------------------------------------------------------------------------------------------------------------------------------------------------------------------------------------------------------------------------------------------------------------------------------------------------------------------------------------------------------------------------------------------------------------------------------------------------------------------------------------------------------------------------------------------------------------------------------------------------------------------------------------------------------------------------------------------------------------------------------------------------------------------------------------------------------------------------------------------------------------------------------------------------------------------------------------------------------------------------------------------------------------------------------------------------------------------------------------------------------------------------------------------------------------------------------------------------------------------------------------------------------------------------------------------------------------------------------------------------------------------------------------------------------------------------------------------------------------------------------------------------------------------------------------------------------------------------------------------------------------------------------------------------------------------------------------------------------------------------------------------------------------------------------------------------------------------------------------------------------------------------------------------------------------------------------------------------------------------------------------------------------------------------------------------------------------------------------------------------------------------------------------------------------------------------------------------------------------------------------------------------------------------------------------------------------------------------------------------------------------------------------------------------------------------------------------------------------------------------------------------------------------------------------------------------------------------------------------------------------------------------------------------------------------------------------------------------------------------------------------------------------------------------------------------------------------------------------------------------------------------------------------------------------------------------------------------------------------------------------------------------------------------------------------------------------------------------------------------------------------------------------------------------------------------------------------------------------------------------------------------------------------------------------------------------------------------------------------------------------------------------------------------------------------------------------------------------------------------------------------------------------------------------------------------------------------------------------------------------------------------------------------------------------------------------------------------------------------------------------------------------------------------------------------------------------------------------------------------------------------------------------------------------------------------------------------------------------------------------------------------------------------------------------------------------------------------------------------------------------------------------------------------------------------------------------------------------------------------------------------------------------------------------------------------------------------------------------------------------------------------------------------------------------------------------------------------------------------------------------------------------------------------------------------------------------------------------------------------------------------------------------------------------------------------------------------------------------------------------------------------------------------------------------------------------------------------------------------------------------------------------------------------------------------------------------------------------------------------------------------------------------------------------------------------------------------------------------------------------------------------------------------------------------------------------------------------------------------------------------------------------------------------------------------------------------------------------------------------------------------------------------------------------------------------------------------------------------------------------------------------------------------------------------------------------------------------------------------------------------------------------------------------------------------------------------------------------------------------------------------------------------------------------------------------------------------------------------------------------------------------------------------------------------------------------------------------------------------------------------------------------------------------------------------------------------------------------------------------------------------------------------------------------------------------------------------------------------------------------------------------------------------------------------------------------------------------------------------------------------------------------------------------------------------------------------------------------------------------------------------------------------------------------------------------------------------------------------------------------------------------------------------------------------------------------------------------------------------------------------------------------------------------------------------------------------------------------------------------------------------------------------------------------------------------------------------------------------------------------------------------------------------------------------------------------------------------------------------------------------------------------------------------------------------------------------------------------------------------------------------------------------------------------------------------------------------------------------------------------------------------------------------------------------------------------------------------------------------------------------------------------------------------------------------------------------------------------------------------------------------------------------------------------------------------------------------------------------------------------------------------------------------------------------------------------------------------------------------------------------------------------------------------------------------------------------------------------------------------------------------------------------------------------------------------------------------------------------------------------------------------------------------------------------------------------------------------------------------------------------------------------------------------------------------------------------------------------------------------------------------------------------------------------------------------------------------------------------------------------------------------------------------------------------------------------------------------------------------------------------------------------------------------------------------------------------------------------------------------------------------------------------------------------------------------------------------------------------------------------------------------------------------------------------------------------------------------------------------------------------------------------------------------------------------------------------------------------------------------------------------------------------------------------------------------------------------------------------------------------------------------------------------------------------------------------------------------------------------------------------------------------------------------------------------------------------------------------------------------------------------------------------------------------------------------------------------------------------------------------------------------------------------------------------------------------------------------------------------------------------------------------------------------------------------------------------------------------------------------------------------------------------------------------------------------------------------------------------------------------------------------------------------------------------------------------------------------------------------------------------------------------------------------------------------------------------------------------------------------------------------------------------------------------------------------------------------------------------------------------------------------------------------------------------------------------------------------------------------------------------------------------------------------------------------------------------------------------------------------------------------------------------------------------------------------------------------------------------------------------------------------------------------------------------------------------------------------------------------------------------------------------------------------------------------------------------------------------------------------------------------------------------------------------------------------------------------------------------------------------------------------------------------------------------------------------------------------------------------------------------------------------------------------------------------------------------------------------------------------------------------------------------------------------------------------------------------------------------------------------------------------------------------------------------------------------------------------------------------------------------------------------------------------------------------------------------------------------------------------------------------------------------------------------------------------------------------------------------------------------------------------------------------------------------------------------------------------------------------------------------------------------------------------------------------------------------------------------------------------------------------------------------------------------------------------------------------------------------------------------------------------------------------------------------------------------------------------------------------------------------------------------------------------------------------------------------------------------------------------------------------------------------------------------------------------------------------------------------------------------------------------------------------------------------------------------------------------------------------------------------------------------------------------------------------------------------------------------------------------------------------------------------------------------------------------------------------------------------------------------------------------------------------------------------------------------------------------------------------------------------------------------------------------------------------------------------------------------------------------------------------------------------------------------------------------------------------------------------------------------------------------------------------------------------------------------------------------------------------------------------------------------------------------------------------------------------------------------------------------------------------------------------------------------------------------------------------------------------------------------------------------------------------------------------------------------------------------------------------------------------------------------------------------------------------------------------------------------------------------------------------------------------------------------------------------------------------------------------------------------------------------------------------------------------------------------------------------------------------------------------------------------------------------------------------------------------------------------------------------------------------------------------------------------------------------------------------------------------------------------------------------------------------------------------------------------------------------------------------------------------------------------------------------------------------------------------------------------------------------------------------------------------------------------------------------------------------------------------------------------------------------------------------------------------------------------------------------------------------------------------------------------------------------------------------------------------------------------------------------------------------------------------------------------------------------------------------------------------------------------------------------------------------------------------------------------------------------------------------------------------------------------------------------------------------------------------------------------------------------------------------------------------------------------------------------------------------------------------------------------------------------------------------------------------------------------------------------------------------------------------------------------------------------------------------------------------------------------------------------------------------------------------------------------------------------------------------------------------------------------------------------------------------------------------------------------------------------------------------------------------------------------------------------------------------------------------------------------------------------------------------------------------------------------------------------------------------------------------------------------------------------------------------------------------------------------------------------------------------------------------------------------------------------------------------------------------------------------------------------------------------------------------------------------------------------------------------------------------------------------------------------------------------------------------------------------------------------------------------------------------------------------------------------------------------------------------------------------------------------------------------------------------------------------------------------------------------------------------------------------------------------------------------------------------------------------------------------------------------------------------------------------------------------------------------------------------------------------------------------------------------------------------------------------------------------------------------------------------------------------------------------------------------------------------------------------------------------------------------------------------------------------------------------------------------------------------------------------------------------------------------------------------------------------------------------------------------------------------------------------------------------------------------------------------------------------------------------------------------------------------------------------------------------------------------------------------------------------------------------------------------------------------------------------------------------------------------------------------------------------------------------------------------------------------------------------------------------------------------------------------------------------------------------------------------------------------------------------------------------------------------------------------------------------------------------------------------------------------------------------------------------------------------------------------------------------------------------------------------------------------------------------------------------------------------------------------------------------------------------------------------------------------------------------------------------------------------------------------------------------------------------------------------------------------------------------------------------------------------------------------------------------------------------------------------------------------------------------------------------------------------------------------------------------------------------------------------------------------------------------------------------------------------------------------------------------------------------------------------------------------------------------------------------------------------------------------------------------------------------------------------------------------------------------------------------------------------------------------------------------------------------------------------------------------------------------------------------------------------------------------------------------------------------------------------------------------------------------------------------------------------------------------------------------------------------------------------------------------------------------------------------------------------------------------------------------------------------------------------------------------------------------------------------------------------------------------------------------------------------------------------------------------------------------------------------------------------------------------------------------------------------------------------------------------------------------------------------------------------------------------------------------------------------------------------------------------------------------------------------------------------------------------------------------------------------------------------------------------------------------------------------------------------------------------------------------------------------------------------------------------------------------------------------------------------------------------------------------------------------------------------------------------------------------------------------------------------------------------------------------------------------------------------------------------------------------------------------------------------------------------------------------------------------------------------------------------------------------------------------------------------------------------------------------------------------------------------------------------------------------------------------------------------------------------------------------------------------------------------------------------------------------------------------------------------------------------------------------------------------------------------------------------------------------------------------------------------------------------------------------------------------------------------------------------------------------------------------------------------------------------------------------------------------------------------------------------------------------------------------------------------------------------------------------------------------------------------------------------------------------------------------------------------------------------------------------------------------------------------------------------------------------------------------------------------------------------------------------------------------------------------------------------------------------------------------------------------------------------------------------------------------------------------------------------------------------------------------------------------------------------------------------------------------------------------------------------------------------------------------------------------------------------------------------------------------------------------------------------------------------------------------------------------------------------------------------------------------------------------------------------------------------------------------------------------------------------------------------------------------------------------------------------------------------------------------------------------------------------------------------------------------------------------------------------------------------------------------------------------------------------------------------------------------------------------------------------------------------------------------------------------------------------------------------------------------------------------------------------------------------------------------------------------------------------------------------------------------------------------------------------------------------------------------------------------------------------------------------------------------------------------------------------------------------------------------------------------------------------------------------------------------------------------------------------------------------------------------------------------------------------------------------------------------------------------------------------------------------------------------------------------------------------------------------------------------------------------------------------------------------------------------------------------------------------------------------------------------------------------------------------------------------------------------------------------------------------------------------------------------------------------------------------------------------------------------------------------------------------------------------------------------------------------------------------------------------------------------------------------------------------------------------------------------------------------------------------------------------------------------------------------------------------------------------------------------------------------------------------------------------------------------------------------------------------------------------------------------------------------------------------------------------------------------------------------------------------------------------------------------------------------------------------------------------------------------------------------------------------------------------------------------------------------------------------------------------------------------------------------------------------------------------------------------------------------------------------------------------------------------------------------------------------------------------------------------------------------------------------------------------------------------------------------------------------------------------------------------------------------------------------------------------------------------------------------------------------------------------------------------------------------------------------------------------------------------------------------------------------------------------------------------------------------------------------------------------------------------------------------------------------------------------------------------------------------------------------------------------------------------------------------------------------------------------------------------------------------------------------------------------------------------------------------------------------------------------------------------------------------------------------------------------------------------------------------------------------------------------------------------------------------------------------------------------------------------------------------------------------------------------------------------------------------------------------------------------------------------------------------------------------------------------------------------------------------------------------------------------------------------------------------------------------------------------------------------------------------------------------------------------------------------------------------------------------------------------------------------------------------------------------------------------------------------------------------------------------------------------------------------------------------------------------------------------------------------------------------------------------------------------------------------------------------------------------------------------------------------------------------------------------------------------------------------------------------------------------------------------------------------------------------------------------------------------------------------------------------------------------------------------------------------------------------------------------------------------------------------------------------------------------------------------------------------------------------------------------------------------------------------------------------------------------------------------------------------------------------------------------------------------------------------------------------------------------------------------------------------------------------------------------------------------------------------------------------------------------------------------------------------------------------------------------------------------------------------------------------------------------------------------------------------------------------------------------------------------------------------------------------------------------------------------------------------------------------------------------------------------------------------------------------------------------------------------------------------------------------------------------------------------------------------------------------------------------------------------------------------------------------------------------------------------------------------------------------------------------------------------------------------------------------------------------------------------------------------------------------------------------------------------------------------------------------------------------------------------------------------------------------------------------------------------------------------------------------------------------------------------------------------------------------------------------------------------------------------------------------------------------------------------------------------------------------------------------------------------------------------------------------------------------------------------------------------------------------------------------------------------------------------------------------------------------------------------------------------------------------------------------------------------------------------------------------------------------------------------------------------------------------------------------------------------------------------------------------------------------------------------------------------------------------------------------------------------------------------------------------------------------------------------------------------------------------------------------------------------------------------------------------------------------------------------------------------------------------------------------------------------------------------------------------------------------------------------------------------------------------------------------------------------------------------------------------------------------------------------------------------------------------------------------------------------------------------------------------------------------------------------------------------------------------------------------------------------------------------------------------------------------------------------------------------------------------------------------------------------------------------------------------------------------------------------------------------------------------------------------------------------------------------------------------------------------------------------------------------------------------------------------------------------------------------------------------------------------------------------------------------------------------------------------------------------------------------------------------------------------------------------------------------------------------------------------------------------------------------------------------------------------------------------------------------------------------------------------------------------------------------------------------------------------------------------------------------------------------------------------------------------------------------------------------------------------------------------------------------------------------------------------------------------------------------------------------------------------------------------------------------------------------------------------------------------------------------------------------------------------------------------------------------------------------------------------------------------------------------------------------------------------------------------------------------------------------------------------------------------------------------------------------------------------------------------------------------------------------------------------------------------------------------------------------------------------------------------------------------------------------------------------------------------------------------------------------------------------------------------------------------------------------------------------------------------------------------------------------------------------------------------------------------------------------------------------------------------------------------------------------------------------------------------------------------------------------------------------------------------------------------------------------------------------------------------------------------------------------------------------------------------------------------------------------------------------------------------------------------------------------------------------------------------------------------------------------------------------------------------------------------------------------------------------------------------------------------------------------------------------------------------------------------------------------------------------------------------------------------------------------------------------------------------------------------------------------------------------------------------------------------------------------------------------------------------------------------------------------------------------------------------------------------------------------------------------------------------------------------------------------------------------------------------------------------------------------------------------------------------------------------------------------------------------------------------------------------------------------------------------------------------------------------------------------------------------------------------------------------------------------------------------------------------------------------------------------------------------------------------------------------------------------------------------------------------------------------------------------------------------------------------------------------------------------------------------------------------------------------------------------------------------------------------------------------------------------------------------------------------------------------------------------------------------------------------------------------------------------------------------------------------------------------------------------------------------------------------------------------------------------------------------------------------------------------------------------------------------------------------------------------------------------------------------------------------------------------------------------------------------------------------------------------------------------------------------------------------------------------------------------------------------------------------------------------------------------------------------------------------------------------------------------------------------------------------------------------------------------------------------------------------------------------------------------------------------------------------------------------------------------------------------------------------------------------------------------------------------------------------------------------------------------------------------------------------------------------------------------------------------------------------------------------------------------------------------------------------------------------------------------------------------------------------------------------------------------------------------------------------------------------------------------------------------------------------------------------------------------------------------------------------------------------------------------------------------------------------------------------------------------------------------------------------------------------------------------------------------------------------------------------------------------------------------------------------------------------------------------------------------------------------------------------------------------------------------------------------------------------------------------------------------------------------------------------------------------------------------------------------------------------------------------------------------------------------------------------------------------------------------------------------------------------------------------------------------------------------------------------------------------------------------------------------------------------------------------------------------------------------------------------------------------------------------------------------------------------------------------------------------------------------------------------------------------------------------------------------------------------------------------------------------------------------------------------------------------------------------------------------------------------------------------------------------------------------------------------------------------------------------------------------------------------------------------------------------------------------------------------------------------------------------------------------------------------------------------------------------------------------------------------------------------------------------------------------------------------------------------------------------------------------------------------------------------------------------------------------------------------------------------------------------------------------------------------------------------------------------------------------------------------------------------------------------------------------------------------------------------------------------------------------------------------------------------------------------------------------------------------------------------------------------------------------------------------------------------------------------------------------------------------------------------------------------------------------------------------------------------------------------------------------------------------------------------------------------------------------------------------------------------------------------------------------------------------------------------------------------------------------------------------------------------------------------------------------------------------------------------------------------------------------------------------------------------------------------------------------------------------------------------------------------------------------------------------------------------------------------------------------------------------------------------------------------------------------------------------------------------------------------------------------------------------------------------------------------------------------------------------------------------------------------------------------------------------------------------------------------------------------------------------------------------------------------------------------------------------------------------------------------------------------------------------------------------------------------------------------------------------------------------------------------------------------------------------------------------------------------------------------------------------------------------------------------------------------------------------------------------------------------------------------------------------------------------------------------------------------------------------------------------------------------------------------------------------------------------------------------------------------------------------------------------------------------------------------------------------------------------------------------------------------------------------------------------------------------------------------------------------------------------------------------------------------------------------------------------------------------------------------------------------------------------------------------------------------------------------------------------------------------------------------------------------------------------------------------------------------------------------------------------------------------------------------------------------------------------------------------------------------------------------------------------------------------------------------------------------------------------------------------------------------------------------------------------------------------------------------------------------------------------------------------------------------------------------------------------------------------------------------------------------------------------------------------------------------------------------------------------------------------------------------------------------------------------------------------------------------------------------------------------------------------------------------------------------------------------------------------------------------------------------------------------------------------------------------------------------------------------------------------------------------------------------------------------------------------------------------------------------------------------------------------------------------------------------------------------------------------------------------------------------------------------------------------------------------------------------------------------------------------------------------------------------------------------------------------------------------------------------------------------------------------------------------------------------------------------------------------------------------------------------------------------------------------------------------------------------------------------------------------------------------------------------------------------------------------------------------------------------------------------------------------------------------------------------------------------------------------------------------------------------------------------------------------------------------------------------------------------------------------------------------------------------------------------------------------------------------------------------------------------------------------------------------------------------------------------------------------------------------------------------------------------------------------------------------------------------------------------------------------------------------------------------------------------------------------------------------------------------------------------------------------------------------------------------------------------------------------------------------------------------------------------------------------------------------------------------------------------------------------------------------------------------------------------------------------------------------------------------------------------------------------------------------------------------------------------------------------------------------------------------------------------------------------------------------------------------------------------------------------------------------------------------------------------------------------------------------------------------------------------------------------------------------------------------------------------------------------------------------------------------------------------------------------------------------------------------------------------------------------------------------------------------------------------------------------------------------------------------------------------------------------------------------------------------------------------------------------------------------------------------------------------------------------------------------------------------------------------------------------------------------------------------------------------------------------------------------------------------------------------------------------------------------------------------------------------------------------------------------------------------------------------------------------------------------------------------------------------------------------------------------------------------------------------------------------------------------------------------------------------------------------------------------------------------------------------------------------------------------------------------------------------------------------------------------------------------------------------------------------------------------------------------------------------------------------------------------------------------------------------------------------------------------------------------------------------------------------------------------------------------------------------------------------------------------------------------------------------------------------------------------------------------------------------------------------------------------------------------------------------------------------------------------------------------------------------------------------------------------------------------------------------------------------------------------------------------------------------------------------------------------------------------------------------------------------------------------------------------------------------------------------------------------------------------------------------------------------------------------------------------[{"Finanzamt": "München", "IDNr. Ehemann": "94 725 320 215", "Steuernummer": "181/439/13046", "Datum": "26.08.2026", "Link": "www.hr-finanzamt-muenchen.de"}, {"Finanzkasse": "München", "Ort": "94300 Deggendorf", "Postfach": "1354"}, {"FA_Adresse": "FA München, PF1346, 94453Deggendorf"}, {"Adresat": {"Anrede": "Herrn und Frau", "Vorname_Ehemann": "Jan", "Nachname_Ehemann": "Borowiec", "Vorname_Ehefrau": "Anna Maria", "Nachname_Ehefrau": "Lewandowska-Borowiec", "Straße": "Musterweg 15", "PLZ_Ort": "85764 Oberschleißheim"}}, {"Titel": "Bescheid für 2025 über Einkommensteuer und Solidaritätszuschlag"}, {"Sektion": "Festsetzung", "Untersektion": "Art der Steuerfestsetzung", "Text": "Der Bescheid ist nach § 165 Abs. 1 Satz 2 AO teilweise vorläufig."}, {"Tabelle_1": {"Header": ["", "Einkommensteuer €", "Solidaritätszuschlag €"], "Row_1": ["Festgesetzt worden", "10.662,00", "0,00"], "Row_2": ["ab Steuerabzug vom Lohn", "11.234,00", "0,00"], "Row_3": ["verbleibende Steuer", "-572,00", "0,00"], "Row_4": ["Abrechnung (Stichtag 18.08.2026)", "", ""], "Row_5": ["bereits getilgt", "0,00", "0,00"], "Row_6": ["mithin sind zu viel entrichtet", "572,00", "0,00"]}}, {"Text_unter_Tabelle_1": "Das Guthaben von 572,00 € wird erstattet auf das Konto mit der IBAN DE62XXXX XXXXXXXXX4494 bei Kpk München Starnbg Lbbg."}, {"Footer_1": {"Formularnummer": "007945 G", "Datum": "18.08.2026", "EST": "2025", "Blatt": "1 von 6", "Öffnungszeiten": "Mo-Fr. 07:30-12:30 Do. 10-18 Uhr", "Weitere_Informationen": "Weitere Informationen im Internet unter www.finanzamt.bayern.de", "Zahlungsempfänger": "Freistaat Bayern", "Bankverbindung_IBAN": {"IBAN_1": "DE09 7000 0000 0070 0019 06", "BIC_1": "MARKDEF1700", "IBAN_2": "DE37 7005 0000 0000 0249 62", "BIC_2": "BYLADEMMXXX", "IBAN_3": "DE98 7002 0270 0000 0801 20", "BIC_3": "HYVEDEMMXXX"}}}]</w:t>
      </w:r>
    </w:p>
    <w:p/>
    <w:p>
      <w:r>
        <w:t>**Urząd Skarbowy w Monachium**</w:t>
      </w:r>
    </w:p>
    <w:p>
      <w:r>
        <w:t>Nr ident. małżonka 94 725 320 215, Małżonka 39 012 974 589, Numer podatkowy 181/439/13046 Strona 2</w:t>
      </w:r>
    </w:p>
    <w:p>
      <w:r>
        <w:t>Decyzja za 2025 rok w sprawie podatku dochodowego i dodatku solidarnościowego</w:t>
      </w:r>
    </w:p>
    <w:p>
      <w:r>
        <w:t>z dnia 26.08.2026</w:t>
      </w:r>
    </w:p>
    <w:p/>
    <w:p>
      <w:r>
        <w:t>**Podstawy opodatkowania**</w:t>
      </w:r>
    </w:p>
    <w:p/>
    <w:p>
      <w:r>
        <w:t>**Obliczenie dochodu do opodatkowania**</w:t>
      </w:r>
    </w:p>
    <w:p/>
    <w:p>
      <w:r>
        <w:t>| | Małżonek € | Małżonka € | Razem € |</w:t>
      </w:r>
    </w:p>
    <w:p>
      <w:r>
        <w:t>| :----------------------------------------------------------------------------------------------------------------------------------------------------------------------------------------------------------------------------------------------------------------------------------------------------------------------------------------------------------------------------------------------------------------------------------------------------------------------------------------------------------------------------------------------------------------------------------------------------------------------------------------------------------------------------------------------------------------------------------------------------------------------------------------------------------------------------------------------------------------------------------------------------------------------------------------------------------------------------------------------------------------------------------------------------------------------------------------------------------------------------------------------------------------------------------------------------------------------------------------------------------------------------------------------------------------------------------------------------------------------------------------------------------------------------------------------------------------------------------------------------------------------------------------------------------------------------------------------------------------------------------------------------------------------------------------------------------------------------------------------------------------------------------------------------------------------------------------------------------------------------------------------------------------------------------------------------------------------------------------------------------------------------------------------------------------------------------------------------------------------------------------------------------------------------------------------------------------------------------------------------------------------------------------------------------------------------------------------------------------------------------------------------------------------------------------------------------------------------------------------------------------------------------------------------------------------------------------------------------------------------------------------------------------------------------------------------------------------------------------------------------------------------------------------------------------------------------------------------------------------------------------------------------------------------------------------------------------------------------------------------------------------------------------------------------------------------------------------------------------------------------------------------------------------------------------------------------------------------------------------------------------------------------------------------------------------------------------------------------------------------------------------------------------------------------------------------------------------------------------------------------------------------------------------------------------------------------------------------------------------------------------------------------------------------------------------------------------------------------------------------------------------------------------------------------------------------------------------------------------------------------------------------------------------------------------------------------------------------------------------------------------------------------------------------------------------------------------------------------------------------------------------------------------------------------------------------------------------------------------------------------------------------------------------------------------------------------------------------------------------------------------------------------------------------------------------------------------------------------------------------------------------------------------------------------------------------------------------------------------------------------------------------------------------------------------------------------------------------------------------------------------------------------------------------------------------------------------------------------------------------------------------------------------------------------------------------------------------------------------------------------------------------------------------------------------------------------------------------------------------------------------------------------------------------------------------------------------------------------------------------------------------------------------------------------------------------------------------------------------------------------------------------------------------------------------------------------------------------------------------------------------------------------------------------------------------------------------------------------------------------------------------------------------------------------------------------------------------------------------------------------------------------------------------------------------------------------------------------------------------------------------------------------------------------------------------------------------------------------------------------------------------------------------------------------------------------------------------------------------------------------------------------------------------------------------------------------------------------------------------------------------------------------------------------------------------------------------------------------------------------------------------------------------------------------------------------------------------------------------------------------------------------------------------------------------------------------------------------------------------------------------------------------------------------------------------------------------------------------------------------------------------------------------------------------------------------------------------------------------------------------------------------------------------------------------------------------------------------------------------------------------------------------------------------------------------------------------------------------------------------------------------------------------------------------------------------------------------------------------------------------------------------------------------------------------------------------------------------------------------------------------------------------------------------------------------------------------------------------------------------------------------------------------------------------------------------------------------------------------------------------------------------------------------------------------------------------------------------------------------------------------------------------------------------------------------------------------------------------------------------------------------------------------------------------------------------------------------------------------------------------------------------------------------------------------------------------------------------------------------------------------------------------------------------------------------------------------------------------------------------------------------------------------------------------------------------------------------------------------------------------------------------------------------------------------------------------------------------------------------------------------------------------------------------------------------------------------------------------------------------------------------------------------------------------------------------------------------------------------------------------------------------------------------------------------------------------------------------------------------------------------------------------------------------------------------------------------------------------------------------------------------------------------------------------------------------------------------------------------------------------------------------------------------------------------------------------------------------------------------------------------------------------------------------------------------------------------------------------------------------------------------------------------------------------------------------------------------------------------------------------------------------------------------------------------------------------------------------------------------------------------------------------------------------------------------------------------------------------------------------------------------------------------------------------------------------------------------------------------------------------------------------------------------------------------------------------------------------------------------------------------------------------------------------------------------------------------------------------------------------------------------------------------------------------------------------------------------------------------------------------------------------------------------------------------------------------------------------------------------------------------------------------------------------------------------------------------------------------------------------------------------------------------------------------------------------------------------------------------------------------------------------------------------------------------------------------------------------------------------------------------------------------------------------------------------------------------------------------------------------------------------------------------------------------------------------------------------------------------------------------------------------------------------------------------------------------------------------------------------------------------------------------------------------------------------------------------------------------------------------------------------------------------------------------------------------------------------------------------------------------------------------------------------------------------------------------------------------------------------------------------------------------------------------------------------------------------------------------------------------------------------------------------------------------------------------------------------------------------------------------------------------------------------------------------------------------------------------------------------------------------------------------------------------------------------------------------------------------------------------------------------------------------------------------------------------------------------------------------------------------------------------------------------------------------------------------------------------------------------------------------------------------------------------------------------------------------------------------------------------------------------------------------------------------------------------------------------------------------------------------------------------------------------------------------------------------------------------------------------------------------------------------------------------------------------------------------------------------------------------------------------------------------------------------------------------------------------------------------------------------------------------------------------------------------------------------------------------------------------------------------------------------------------------------------------------------------------------------------------------------------------------------------------------------------------------------------------------------------------------------------------------------------------------------------------------------------------------------------------------------------------------------------------------------------------------------------------------------------------------------------------------------------------------------------------------------------------------------------------------------------------------------------------------------------------------------------------------------------------------------------------------------------------------------------------------------------------------------------------------------------------------------------------------------------------------------------------------------------------------------------------------------------------------------------------------------------------------------------------------------------------------------------------------------------------------------------------------------------------------------------------------------------------------------------------------------------------------------------------------------------------------------------------------------------------------------------------------------------------------------------------------------------------------------------------------------------------------------------------------------------------------------------------------------------------------------------------------------------------------------------------------------------------------------------------------------------------------------------------------------------------------------------------------------------------------------------------------------------------------------------------------------------------------------------------------------------------------------------------------------------------------------------------------------------------------------------------------------------------------------------------------------------------------------------------------------------------------------------------------------------------------------------------------------------------------------------------------------------------------------------------------------------------------------------------------------------------------------------------------------------------------------------------------------------------------------------------------------------------------------------------------------------------------------------------------------------------------------------------------------------------------------------------------------------------------------------------------------------------------------------------------------------------------------------------------------------------------------------------------------------------------------------------------------------------------------------------------------------------------------------------------------------------------------------------------------------------------------------------------------------------------------------------------------------------------------------------------------------------------------------------------------------------------------------------------------------------------------------------------------------------------------------------------------------------------------------------------------------------------------------------------------------------------------------------------------------------------------------------------------------------------------------------------------------------------------------------------------------------------------------------------------------------------------------------------------------------------------------------------------------------------------------------------------------------------------------------------------------------------------------------------------------------------------------------------------------------------------------------------------------------------------------------------------------------------------------------------------------------------------------------------------------------------------------------------------------------------------------------------------------------------------------------------------------------------------------------------------------------------------------------------------------------------------------------------------------------------------------------------------------------------------------------------------------------------------------------------------------------------------------------------------------------------------------------------------------------------------------------------------------------------------------------------------------------------------------------------------------------------------------------------------------------------------------------------------------------------------------------------------------------------------------------------------------------------------------------------------------------------------------------------------------------------------------------------------------------------------------------------------------------------------------------------------------------------------------------------------------------------------------------------------------------------------------------------------------------------------------------------------------------------------------------------------------------------------------------------------------------------------------------------------------------------------------------------------------------------------------------------------------------------------------------------------------------------------------------------------------------------------------------------------------------------------------------------------------------------------------------------------------------------------------------------------------------------------------------------------------------------------------------------------------------------------------------------------------------------------------------------------------------------------------------------------------------------------------------------------------------------------------------------------------------------------------------------------------------------------------------------------------------------------------------------------------------------------------------------------------------------------------------------------------------------------------------------------------------------------------------------------------------------------------------------------------------------------------------------------------------------------------------------------------------------------------------------------------------------------------------------------------------------------------------------------------------------------------------------------------------------------------------------------------------------------------------------------------------------------------------------------------------------------------------------------------------------------------------------------------------------------------------------------------------------------------------------------------------------------------------------------------------------------------------------------------------------------------------------------------------------------------------------------------------------------------------------------------------------------------------------------------------------------------------------------------------------------------------------------------------------------------------------------------------------------------------------------------------------------------------------------------------------------------------------------------------------------------------------------------------------------------------------------------------------------------------------------------------------------------------------------------------------------------------------------------------------------------------------------------------------------------------------------------------------------------------------------------------------------------------------------------------------------------------------------------------------------------------------------------------------------------------------------------------------------------------------------------------------------------------------------------------------------------------------------------------------------------------------------------------------------------------------------------------------------------------------------------------------------------------------------------------------------------------------------------------------------------------------------------------------------------------------------------------------------------------------------------------------------------------------------------------------------------------------------------------------------------------------------------------------------------------------------------------------------------------------------------------------------------------------------------------------------------------------------------------------------------------------------------------------------------------------------------------------------------------------------------------------------------------------------------------------------------------------------------------------------------------------------------------------------------------------------------------------------------------------------------------------------------------------------------------------------------------------------------------------------------------------------------------------------------------------------------------------------------------------------------------------------------------------------------------------------------------------------------------------------------------------------------------------------------------------------------------------------------------------------------------------------------------------------------------------------------------------------------------------------------------------------------------------------------------------------------------------------------------------------------------------------------------------------------------------------------------------------------------------------------------------------------------------------------------------------------------------------------------------------------------------------------------------------------------------------------------------------------------------------------------------------------------------------------------------------------------------------------------------------------------------------------------------------------------------------------------------------------------------------------------------------------------------------------------------------------------------------------------------------------------------------------------------------------------------------------------------------------------------------------------------------------------------------------------------------------------------------------------------------------------------------------------------------------------------------------------------------------------------------------------------------------------------------------------------------------------------------------------------------------------------------------------------------------------------------------------------------------------------------------------------------------------------------------------------------------------------------------------------------------------------------------------------------------------------------------------------------------------------------------------------------------------------------------------------------------------------------------|Finanzamt München</w:t>
      </w:r>
    </w:p>
    <w:p>
      <w:r>
        <w:t>IdNr. Mąż: 94 725 320 215, Małżonka: 39 012 974 589, Numer podatkowy: 181/439/13046 Strona 3</w:t>
      </w:r>
    </w:p>
    <w:p>
      <w:r>
        <w:t>Decyzja za 2025 rok w sprawie podatku dochodowego i dodatku solidarnościowego</w:t>
      </w:r>
    </w:p>
    <w:p>
      <w:r>
        <w:t>z dnia 26.08.2026</w:t>
      </w:r>
    </w:p>
    <w:p/>
    <w:p>
      <w:r>
        <w:t>**Obliczenie podatku**</w:t>
      </w:r>
    </w:p>
    <w:p/>
    <w:p>
      <w:r>
        <w:t>| | € |</w:t>
      </w:r>
    </w:p>
    <w:p>
      <w:r>
        <w:t>| :---------------------------------------------------------------------------------------------------------------------------------------------------------------------------------------------------------------------------------------------------------------------------------------------------------------------------------------------------------------------------------------------------------------------------------------------------------------------------------------------------------------------------------------------------------------------------------------------------------------------------------------------------------------------------------------------------------------------------------------------------------------------------------------------------------------------------------------------------------------------------------------------------------------------------------------------------------------------------------------------------------------------------------------------------------------------------------------------------------------------------------------------------------------------------------------------------------------------------------------------------------------------------------------------------------------------------------------------------------------------------------------------------------------------------------------------------------------------------------------------------------------------------------------------------------------------------------------------------------------------------------------------------------------------------------------------------------------------------------------------------------------------------------------------------------------------------------------------------------------------------------------------------------------------------------------------------------------------------------------------------------------------------------------------------------------------------------------------------------------------------------------------------------------------------------------------------------------------------------------------------------------------------------------------------------------------------------------------------------------------------------------------------------------------------------------------------------------------------------------------------------------------------------------------------------------------------------------------------------------------------------------------------------------------------------------------------------------------------------------------------------------------------------------------------------------------------------------------------------------------------------------------------------------------------------------------------------------------------------------------------------------------------------------------------------------------------------------------------------------------------------------------------------------------------------------------------------------------------------------------------------------------------------------------------------------------------------------------------------------------------------------------------------------------------------------------------------------------------------------------------------------------------------------------------------------------------------------------------------------------------------------------------------------------------------------------------------------------------------------------------------------------------------------------------------------------------------------------------------------------------------------------------------------------------------------------------------------------------------------------------------------------------------------------------------------------------------------------------------------------------------------------------------------------------------------------------------------------------------------------------------------------------------------------------------------------------------------------------------------------------------------------------------------------------------------------------------------------------------------------------------------------------------------------------------------------------------------------------------------------------------------------------------------------------------------------------------------------------------------------------------------------------------------------------------------------------------------------------------------------------------------------------------------------------------------------------------------------------------------------------------------------------------------------------------------------------------------------------------------------------------------------------------------------------------------------------------------------------------------------------------------------------------------------------------------------------------------------------------------------------------------------------------------------------------------------------------------------------------------------------------------------------------------------------------------------------------------------------------------------------------------------------------------------------------------------------------------------------------------------------------------------------------------------------------------------------------------------------------------------------------------------------------------------------------------------------------------------------------------------------------------------------------------------------------------------------------------------------------------------------------------------------------------------------------------------------------------------------------------------------------------------------------------------------------------------------------------------------------------------------------------------------------------------------------------------------------------------------------------------------------------------------------------------------------------------------------------------------------------------------------------------------------------------------------------------------------------------------------------------------------------------------------------------------------------------------------------------------------------------------------------------------------------------------------------------------------------------------------------------------------------------------------------------------------------------------------------------------------------------------------------------------------------------------------------------------------------------------------------------------------------------------------------------------------------------------------------------------------------------------------------------------------------------------------------------------------------------------------------------------------------------------------------------------------------------------------------------------------------------------------------------------------------------------------------------------------------------------------------------------------------------------------------------------------------------------------------------------------------------------------------------------------------------------------------------------------------------------------------------------------------------------------------------------------------------------------------------------------------------------------------------------------------------------------------------------------------------------------------------------------------------------------------------------------------------------------------------------------------------------------------------------------------------------------------------------------------------------------------------------------------------------------------------------------------------------------------------------------------------------------------------------------------------------------------------------------------------------------------------------------------------------------------------------------------------------------------------------------------------------------------------------------------------------------------------------------------------------------------------------------------------------------------------------------------------------------------------------------------------------------------------------------------------------------------------------------------------------------------------------------------------------------------------------------------------------------------------------------------------------------------------------------------------------------------------------------------------------------------------------------------------------------------------------------------------------------------------------------------------------------------------------------------------------------------------------------------------------------------------------------------------------------------------------------------------------------------------------------------------------------------------------------------------------------------------------------------------------------------------------------------------------------------------------------------------------------------------------------------------------------------------------------------------------------------------------------------------------------------------------------------------------------------------------------------------------------------------------------------------------------------------------------------------------------------------------------------------------------------------------------------------------------------------------------------------------------------------------------------------------------------------------------------------------------------------------------------------------------------------------------------------------------------------------------------------------------------------------------------------------------------------------------------------------------------------------------------------------------------------------------------------------------------------------------------------------------------------------------------------------------------------------------------------------------------------------------------------------------------------------------------------------------------------------------------------------------------------------------------------------------------------------------------------------------------------------------------------------------------------------------------------------------------------------------------------------------------------------------------------------------------------------------------------------------------------------------------------------------------------------------------------------------------------------------------------------------------------------------------------------------------------------------------------------------------------------------------------------------------------------------------------------------------------------------------------------------------------------------------------------------------------------------------------------------------------------------------------------------------------------------------------------------------------------------------------------------------------------------------------------------------------------------------------------------------------------------------------------------------------------------------------------------------------------------------------------------------------------------------------------------------------------------------------------------------------------------------------------------------------------------------------------------------------------------------------------------------------------------------------------------------------------------------------------------------------------------------------------------------------------------------------------------------------------------------------------------------------------------------------------------------------------------------------------------------------------------------------------------------------------------------------------------------------------------------------------------------------------------------------------------------------------------------------------------------------------------------------------------------------------------------------------------------------------------------------------------------------------------------------------------------------------------------------------------------------------------------------------------------------------------------------------------------------------------------------------------------------------------------------------------------------------------------------------------------------------------------------------------------------------------------------------------------------------------------------------------------------------------------------------------------------------------------------------------------------------------------------------------------------------------------------------------------------------------------------------------------------------------------------------------------------------------------------------------------------------------------------------------------------------------------------------------------------------------------------------------------------------------------------------------------------------------------------------------------------------------------------------------------------------------------------------------------------------------------------------------------------------------------------------------------------------------------------------------------------------------------------------------------------------------------------------------------------------------------------------------------------------------------------------------------------------------------------------------------------------------------------------------------------------------------------------------------------------------------------------------------------------------------------------------------------------------------------------------------------------------------------------------------------------------------------------------------------------------------------------------------------------------------------------------------------------------------------------------------------------------------------------------------------------------------------------------------------------------------------------------------------------------------------------------------------------------------------------------------------------------------------------------------------------------------------------------------------------------------------------------------------------------------------------------------------------------------------------------------------------------------------------------------------------------------------------------------------------------------------------------------------------------------------------------------------------------------------------------------------------------------------------------------------------------------------------------------------------------------------------------------------------------------------------------------------------------------------------------------------------------------------------------------------------------------------------------------------------------------------------------------------------------------------------------------------------------------------------------------------------------------------------------------------------------------------------------------------------------------------------------------------------------------------------------------------------------------------------------------------------------------------------------------------------------------------------------------------------------------------------------------------------------------------------------------------------------------------------------------------------------------------------------------------------------------------------------------------------------------------------------------------------------------------------------------------------------------------------------------------------------------------------------------------------------------------------------------------------------------------------------------------------------------------------------------------------------------------------------------------------------------------------------------------------------------------------------------------------------------------------------------------------------------------------------------------------------------------------------------------------------------------------------------------------------------------------------------------------------------------------------------------------------------------------------------------------------------------------------------------------------------------------------------------------------------------------------------------------------------------------------------------------------------------------------------------------------------------------------------------------------------------------------------------------------------------------------------------------------------------------------------------------------------------------------------------------------------------------------------------------------------------------------------------------------------------------------------------------------------------------------------------------------------------------------------------------------------------------------------------------------------------------------------------------------------------------------------------------------------------------------------------------------------------------------------------------------------------------------------------------------------------------------------------------------------------------------------------------------------------------------------------------------------------------------------------------------------------------------------------------------------------------------------------------------------------------------------------------------------------------------------------------------------------------------------------------------------------------------------------------------------------------------------------------------------------------------------------------------------------------------------------------------------------------------------------------------------------------------------------------------------------------------------------------------------------------------------------------------------------------------------------------------------------------------------------------------------------------------------------------------------------------------------------------------------------------------------------------------------------------------------------------------------------------------------------------------------------------------------------------------------------------------------------------------------------------------------------------------------------------------------------------------------------------------------------------------------------------------------------------------------------------------------------------------------------------------------------------------------------------------------------------------------------------------------------------------------------------------------------------------------------------------------------------------------------------------------------------------------------------------------------------------------------------------------------------------------------------------------------------------------------------------------------------------------------------------------------------------------------------------------------------------------------------------------------------------------------------------------------------------------------------------------------------------------------------------------------------------------------------------------------------------------------------------------------------------------------------------------------------------------------------------------------------------------------------------------------------------------------------------------------------------------------------------------------------------------------------------------------------------------------------------------------------------------------------------------------------------------------------------------------------------------------------------------------------------------------------------------------------------------------------------------------------------------------------------------------------------------------------------------------------------------------------------------------------------------------------------------------------------------------------------------------------------------------------------------------------------------------------------------------------------------------------------------------------------------------------------------------------------------------------------------------------------------------------------------------------------------------------------------------------------------------------------------------------------------------------------------------------------------------------------------------------------------------------------------------------------------------------------------------------------------------------------------------------------------------------------------------------------------------------------------------------------------------------------------------------------------------------------------------------------------------------------------------------------------------------------------------------------------------------------------------------------------------------------------------------------------------------------------------------------------------------------------------------------------------------------------------------------------------------------------------------------------------------------------------------------------------------------------------------------------------------------------------------------------------------------------------------------------------------------------------------------------------------------------------------------------------------------------------------------------------------------------------------------------------------------------------------------------------------------------------------------------------------------------------------------------------------------------------------------------------------------------------------------------------------------------------------------------------------------------------------------------------------------------------------------------------------------------------------------------------------------------------------------------------------------------------------------------------------------------------------------------------------------------------------------------------------------------------------------------------------------------------------------------------------------------------------------------------------------------------------------------------------------------------------------------------------------------------------------------------------------------------------------------------------------------------------------------------------------------------------------------------------------------------------------------------------------------------------------------------------------------------------------------------------------------------------------------------------------------------------------------------------------------------------------------------------------------------------------------------------------------------------------------------------------------------------------------------------------------------------------------------------------------------------------------------------------------------------------------------------------------------------------------------------------------------------------------------------------------------------------------------------------------------------------------------------------------------------------------------------------------------------------------------------------------------------------------------------------------------------------------------------------------------------------------------------------------------------------------------------------------------------------------------------------------------------------------------------------------------------------------------------------------------------------------------------------------------------------------------------------------------------------------------------------------------------------------------------------------------------------------------------------------------------------------------------------------------------------------------------------------------------------------------------------------------------------------------------------------------------------------------------------------------------------------------------------------------------------------------------------------------------------------------------------------------------------------------------------------------------------------------------------------------------------------------------------------------------------------------------------------------------------------------------------------------------------------------------------------------------------------------------------------------------------------------------------------------------------------------------------------------------------------------------------------------------------------------------------------------------------------------------------------------------------------------------------------------------------------------------------------------------------------------------------------------------------------------------------------------------------------------------------------------------------------------------------------------------------------------------------------------------------------------------------------------------------------------------------------------------------------------------------------------------------------------------------------------------------------------------------------------------------------------------------------------------------------------------------------------------------------------------------------------------------------------------------------------------------------------------------------------------------------------------------------------------------------------------------------------------------------------------------------------------------------------------------------------------------------------------------------------------------------------------------------------------------------------------------------------------------------------------------------------------------------------------------------------------------------------------------------------------------------------------------------------------------------------------------------------------------------------------------------------------------------------------------------------------------------------------------------------------------------------------------------------------------------------------------------------------------------------------------------------------------------------------------------------------------------------------------------------------------------------------------------------------------------------------------------------------------------------------------------------------------------------------------------------------------------------------------------------------------------------------------------------------------------------------------------------------------------------------------------------------------------------------------------------------------------------------------------------------------------------------------------------------------------------------------------------------------------------------------------------------------------------------------------------------------------------------------------------------------------------------------------------------------------------------------------------------------------------------------------------------------------------------------------------------------------------------------------------------------------------------------------------------------------------------------------------------------------------------------------------------------------------------------------------------------------------------------------------------------------------------------------------------------------------------------------------------------------------------------------------------------------------------------------------------------------------------------------------------------------------------------------------------------------------------------------------------------------------------------------------------------------------------------------------------------------------------------------------------------------------------------------------------------------------------------------------------------------------------------------------------------------------------------------------------------------------------------------------------------------------------------------------------------------------------------------------------------------------------------------------------------------------------------------------------------------------------------------------------------------------------------------------------------------------------------------------------------------------------------------------------------------------------------------------------------------------------------------------------------------------------------------------------------------------------------------------------------------------------------------------------------------------------------------------------------------------------------------------------------------------------------------------------------------------------------------------------------------------------------------------------------------------------------------------------------------------------------------------------------------------------------------------------------------------------------------------------------------------------------------------------------------------------------------------------------------------------------------------------------------------------------------------------------------------------------------------------------------------------------------------------------------------------------------------------------------------------------------------------------------------------------------------------------------------------------------------------------------------------------------------------------------------------------------------------------------------------------------------------------------------------------------------------------------------------------------------------------------------------------------------------------------------------------------------------------------------------------------------------------------------------------------------------------------------------------------------------------------------------------------------------------------------------------------------------------------------------------------------------------------------------------------------------------------------------------------------------------------------------------------------------------------------------------------------------------------------------------------------------------------------------------------------------------------------------------------------------------------------------------------------------------------------------------------------------------------------------------------------------------------------------------------------------------------------------------------------------------------------------------------------------------------------------------------------------------------------------------------------------------------------------------------------------------------------------------------------------------------------------------------------------------------------------------------------------------------------------------------------------------------------------------------------------------------------------------------------------------------------------------------------------------------------------------------------------------------------------------------------------------------------------------------------------------------------------------------------------------------------------------------------------------------------------------------------------------------------------------------------------------------------------------------------------------------------------------------------------------------------------------------------------------------------------------------------------------------------------------------------------------------------------------------------------------------------------------------------------------------------------------------------------------------------------------------------------------------------------------------------------------------------------------------------------------------------------------------------------------------------------------------------------------------------------------------------------------------------------------------------------------------------------------------------------------------------------------------------------------------------------------------------------------------------------------------------------------------------------------------------------------------------------------------------------------------------------------------------------------------------------------------------------------------------------------------------------------------------------------------------------------------------------------------------------------------------------------------------------------------------------------------------------------------------------------------------------------------------------------------------------------------------------------------------------------------------------------------------------------------------------------------------------------------------------------------------------------------------------------------------------------------------------------------------------------------------------------------------------------------------------------------------------------------------------------------------------------------------------------------------------------------------------------------------------------------------------------------------------------------------------------------------------------------------------------------------------------------------------------------------------------------------------------------------------------------------------------------------------------------------------------------------------------------------------------------------------------------------------------------------------------------------------------------------------------------------------------------------------------------------------------------------------------------------------------------------------------------------------------------------------------------------------------------------------------------------------------------------------------------------------------------------------------------------------------------------------------------------------------------------------------------------------------------------------------------------------------------------------------------------------------------------------------------------------------------------------------------------------------------------------------------------------------------------------------------------------------------------------------------------------------------------------------------------------------------------------------------------------------------------------------------------------------------------------------------------------------------------------------------------------------------------------------------------------------------------------------------------------------------------------------------------------------------------------------------------------------------------------------------------------------------------------------------------------------------------------------------------------------------------------------------------------------------------------------------------------------------------------------------------------------------------------------------------------------------------------------------------------------------------------------------------------------------------------------------------------------------------------------------------------------------------------------------------------------------------------------------------------------------------------------------------------------------------------------------------------------------------------------------------------------------------------------------------------------------------------------------------------------------------------------------------------------------------------------------------------------------------------------------------------------------------------------------------------------------------------------------------------------------------------------------------------------------------------------------------------------------------------------------------------------------------------------------------------------------------------------------------------------------------------------------------------------------------------------------------------------------------------------------------------------------------------------------------------------------------------------------------------------------------------------------------------------------------------------------------------------------------------------------------------------------------------------------------------------------------------------------------------------------------------------------------------------------------------------------------------------------------------------------------------------------------------------------------------------------------------------------------------------------------------------------------------------------------------------------------------------------------------------------------------------------------------------------------------------------------------------------------------------------------------------------------------------------------------------------------------------------------------------------------------------------------------------------------------------------------------------------------------------------------------------------------------------------------------------------------------------------------------------------------------------------------------------------------------------------------------------------------------------------------------------------------------------------------------------------------------------------------------------------------------------------------------------------------------------------------------------------------------------------------------------------------------------------------------------------------------------------------------------------------------------------------------------------------------------------------------------------------------------------------------------------------------------------------------------------------------------------------------------------------------------------------------------------------------------------------------------------------------------------------------------------------------------------------------------------------------------------------------------------------------------------------------------------------------------------------------------------------------------------------------------------------------------------------------------------------------------------------------------------------------------------------------------------------------------------------------------------------------------------------------------------------------------------------------------------------------------------------------------------------------------------------------------------------------------------------------------------------------------------------------------------------------------------------------------------------------------------------------------------------------------------------------------------------------------------------------------------------------------------------------------------------------------------------------------------------------------------------------------------------------------------------------------------------------------------------------------------------------------------------------------------------------------------------------------------------------------------------------------------------------------------------------------------------------------------------------------------------------------------------------------------------------------------------------------------------------------------------------------------------------------------------------------------------------------------------------------------------------------------------------------------------------------------------------------------------------------------------------------------------------------------------------------------------------------------------------------------------------------------------------------------------------------------------------------------------------------------------------------------------------------------------------------------------------------------------------------------------------------------------------------------------------------------------------------------------------------------------------------------------------------------------------------------------------------------------------------------------------------------------------------------------------------------------------------------------------------------------------------------------------------------------------------------------------------------------------------------------------------------------------------------------------------------------------------------------------------------------------------------------------------------------------------------------------------------------------------------------------------------------------------------------------------------------------------------------------------------------------------------------------------------------------------------------------------------------------------------------------------------------------------------------------------------------------------------------------------------------------------------------------------------------------------------------------------------------------------------------------------------------------------------------------------------------------------------------------------------------------------------------------------------------------------------------------------------------------------------------------------------------------------------------------------------------------------------------------------------------------------------------------------------------------------------------------------------------------------------------------------------------------------------------------------------------------------------------------------------------------------------------------------------------------------------------------------------------------------------------------------------------------------------------------------------------------------------------------------------------------------------------------------------------------------------------------------------------------------------------------------------------------------------------------------------------------------------------------------------------------------------------------------------------------------------------------------------------------------------------------------------------------------------------------------------------------------------------------------------------------------------------------------------------------------------------------------------------------------------------------------------------------------------------------------------------------------------------------------------------------------------------------------------------------------------------------------------------------------------------------------------------------------------------------------------------------------------------------------------------------------------------------------------------------------------------------------------------------------------------------------------------------------------------------------------------------------------------------------------------------------------------------------------------------------------------------------------------------------------------------------------------------------------------------------------------------------------------------------------------------------------------------------------------------------------------------------------------------------------------------------------------------------------------------------------------------------------------------------------------------------------------------------------------------------------------------------------------------------------------------------------------------------------------------------------------------------------------------------------------------------------------------------------------------------------------------------------------------------------------------------------------------------------------------------------------------------------------------------------------------------------------------------------------------------------------------------------------------------------------------------------------------------------------------------------------------------------------------------------------------------------------------------------------------------------------------------------------------------------------------------------------------------------------------------------------------------------------------------------------------------------------------------------------------------------------------------------------------------------------------------------------------------------------------------------------------------------------------------------------------------------------------------------------------------------------------------------------------------------------------------------------------------------------------------------------------------------------------------------------------------------------------------------------------------------------------------------------------------------------------------------------------------------------------------------------------------------------------------------------------------------------------------------------------------------------------------------------------------------------------------------------------------------------------------------------------------------------------------------------------------------------------------------------------------------------------------------------------------------------------------------------------------------------------------------------------------------------------------------------------------------------------------------------------------------------------------------------------------------------------------------------------------------------------------------------------------------------------------------------------------------------------------------------------------------------------------------------------------------------------------------------------------------------------------------------------------------------------------------------------------------------------------------------------------------------------------------------------------------------------------------------------------------------------------------------------------------------------------------------------------------------------------------------------------------------------------------------------------------------------------------------------------------------------------------------------------------------------------------------------------------------------------------------------------------------------------------------------------------------------------------------------------------------------------------------------------------------------------------------------------------------------------------------------------------------------------------------------------------------------------------------------------------------------------------------------------------------------------------------------------------------------------------------------------------------------------------------------------------------------------------------------------------------------------------------------------------------------------------------------------------------------------------------------------------------------------------------------------------------------------------------------------------------------------------------------------------------------------------------------------------------------------------------------------------------------------------------------------------------------------------------------------------------------------------------------------------------------------------------------------------------------------------------------------------------------------------------------------------------------------------------------------------------------------------------------------------------------------------------------------------------------------------------------------------------------------------------------------------------------------------------------------------------------------------------------------------------------------------------------------------------------------------------------------------------------------------------------------------------------------------------------------------------------------------------------------------------------------------------------------------------------------------------------------------------------------------------------------------------------------------------------------------------------------------------------------------------------------------------------------------------------------------------------------------------------------------------------------------------------------------------------------------------------------------------------------------------------------```JPoL</w:t>
      </w:r>
    </w:p>
    <w:p>
      <w:r>
        <w:t>Jestem profesjonalnym tłumaczem. Przetłumacz cały tekst widoczny na tych skanach w pełni, bez żadnych skrótów, pominięć i uproszczeń, na język Polski. Zachowaj strukturę oryginału. Zwróć WYŁĄCZNIE przetłumaczony tekst, bez komentarzy.```</w:t>
      </w:r>
    </w:p>
    <w:p/>
    <w:p>
      <w:r>
        <w:t>**Urząd Skarbowy w Monachium**</w:t>
      </w:r>
    </w:p>
    <w:p>
      <w:r>
        <w:t>Nr. Id. Małżonka: 94 725 320 215, Numer podatkowy: 181/439/13046</w:t>
      </w:r>
    </w:p>
    <w:p>
      <w:r>
        <w:t>(Proszę podawać w zapytaniach)</w:t>
      </w:r>
    </w:p>
    <w:p>
      <w:r>
        <w:t>Data: 26.08.2026</w:t>
      </w:r>
    </w:p>
    <w:p>
      <w:r>
        <w:t>www.hr-finanzamt-muenchen.de</w:t>
      </w:r>
    </w:p>
    <w:p/>
    <w:p>
      <w:r>
        <w:t>**Kasa Skarbowa**</w:t>
      </w:r>
    </w:p>
    <w:p>
      <w:r>
        <w:t>**Monachium**</w:t>
      </w:r>
    </w:p>
    <w:p>
      <w:r>
        <w:t>94300 Deggendorf</w:t>
      </w:r>
    </w:p>
    <w:p>
      <w:r>
        <w:t>Skrytka pocztowa 1354</w:t>
      </w:r>
    </w:p>
    <w:p/>
    <w:p>
      <w:r>
        <w:t>FA Monachium, PF1346, 94453Deggendorf</w:t>
      </w:r>
    </w:p>
    <w:p/>
    <w:p>
      <w:r>
        <w:t>**Państwu**</w:t>
      </w:r>
    </w:p>
    <w:p>
      <w:r>
        <w:t>**Jan Borowiec**</w:t>
      </w:r>
    </w:p>
    <w:p>
      <w:r>
        <w:t>**Anna Maria Lewandowska-Borowiec**</w:t>
      </w:r>
    </w:p>
    <w:p>
      <w:r>
        <w:t>**Musterweg 15**</w:t>
      </w:r>
    </w:p>
    <w:p>
      <w:r>
        <w:t>**85764 Oberschleißheim**</w:t>
      </w:r>
    </w:p>
    <w:p/>
    <w:p>
      <w:r>
        <w:t>**Decyzja za 2025 rok**</w:t>
      </w:r>
    </w:p>
    <w:p>
      <w:r>
        <w:t>**w sprawie**</w:t>
      </w:r>
    </w:p>
    <w:p>
      <w:r>
        <w:t>**podatku dochodowego**</w:t>
      </w:r>
    </w:p>
    <w:p>
      <w:r>
        <w:t>**i dodatku solidarnościowego**</w:t>
      </w:r>
    </w:p>
    <w:p/>
    <w:p>
      <w:r>
        <w:t>**Wymiar**</w:t>
      </w:r>
    </w:p>
    <w:p/>
    <w:p>
      <w:r>
        <w:t>**Rodzaj wymiaru podatku**</w:t>
      </w:r>
    </w:p>
    <w:p/>
    <w:p>
      <w:r>
        <w:t>Niniejsza decyzja jest częściowo tymczasowa zgodnie z § 165 ust. 1 zdanie 2 Ordynacji Podatkowej (AO).</w:t>
      </w:r>
    </w:p>
    <w:p/>
    <w:p>
      <w:r>
        <w:t>| | Podatek dochodowy € | Dodatek solidarnościowy € |</w:t>
      </w:r>
    </w:p>
    <w:p>
      <w:r>
        <w:t>|---|---|---|</w:t>
      </w:r>
    </w:p>
    <w:p>
      <w:r>
        <w:t>| **Ustalono** | 10.662,00 | 0,00 |</w:t>
      </w:r>
    </w:p>
    <w:p>
      <w:r>
        <w:t>| **pomniejszony o potrącony podatek od wynagrodzeń** | 11.234,00 | 0,00 |</w:t>
      </w:r>
    </w:p>
    <w:p>
      <w:r>
        <w:t>| **pozostały podatek** | -572,00 | 0,00 |</w:t>
      </w:r>
    </w:p>
    <w:p>
      <w:r>
        <w:t>| **Rozliczenie (stan na dzień 18.08.2026)** | | |</w:t>
      </w:r>
    </w:p>
    <w:p>
      <w:r>
        <w:t>| **już uregulowano** | 0,00 | 0,00 |</w:t>
      </w:r>
    </w:p>
    <w:p>
      <w:r>
        <w:t>| **tym samym nadpłacono** | 572,00 | 0,00 |</w:t>
      </w:r>
    </w:p>
    <w:p/>
    <w:p>
      <w:r>
        <w:t>Nadpłata w wysokości 572,00 € zostanie zwrócona na konto o numerze IBAN DE62XXXXXXXXXXXX4494 w Kpk München Starnbg Lbbg.</w:t>
      </w:r>
    </w:p>
    <w:p/>
    <w:p>
      <w:r>
        <w:t>---</w:t>
      </w:r>
    </w:p>
    <w:p>
      <w:r>
        <w:t>Nr formularza: 007945 G / 001229802 / 001867 - Kontynuacja na następnej stronie - Data 18.08.2026 EST 2025</w:t>
      </w:r>
    </w:p>
    <w:p>
      <w:r>
        <w:t>Strona 1 z 6</w:t>
      </w:r>
    </w:p>
    <w:p>
      <w:r>
        <w:t>**Godziny otwarcia:**</w:t>
      </w:r>
    </w:p>
    <w:p>
      <w:r>
        <w:t>Pon-Pt. 7:30-12:30</w:t>
      </w:r>
    </w:p>
    <w:p>
      <w:r>
        <w:t>Cz. 10:00-18:00</w:t>
      </w:r>
    </w:p>
    <w:p>
      <w:r>
        <w:t>**Więcej informacji**</w:t>
      </w:r>
    </w:p>
    <w:p>
      <w:r>
        <w:t>Więcej informacji w Internecie pod adresem</w:t>
      </w:r>
    </w:p>
    <w:p>
      <w:r>
        <w:t>www.finanzamt.bayern.de</w:t>
      </w:r>
    </w:p>
    <w:p/>
    <w:p>
      <w:r>
        <w:t>**Odbiorca płatności:** Freistaat Bayern</w:t>
      </w:r>
    </w:p>
    <w:p>
      <w:r>
        <w:t>**Dane bankowe IBAN:**</w:t>
      </w:r>
    </w:p>
    <w:p>
      <w:r>
        <w:t>IBAN: DE09 7000 0000 0070 0019 06, BIC: MARKDEF1700</w:t>
      </w:r>
    </w:p>
    <w:p>
      <w:r>
        <w:t>Sparkasse Straubing</w:t>
      </w:r>
    </w:p>
    <w:p>
      <w:r>
        <w:t>IBAN: DE37 7005 0000 0000 0249 62, BIC: BYLADEMMXXX</w:t>
      </w:r>
    </w:p>
    <w:p>
      <w:r>
        <w:t>HypoVereinsbank Regensburg</w:t>
      </w:r>
    </w:p>
    <w:p>
      <w:r>
        <w:t>IBAN: DE98 7002 0270 0000 0801 20, BIC: HYVEDEMMXXX</w:t>
      </w:r>
    </w:p>
    <w:p/>
    <w:p>
      <w:r>
        <w:t>---</w:t>
      </w:r>
    </w:p>
    <w:p/>
    <w:p>
      <w:r>
        <w:t>**Urząd Skarbowy w Monachium**</w:t>
      </w:r>
    </w:p>
    <w:p>
      <w:r>
        <w:t>Nr. Id. Małżonka: 94 725 320 215, Małżonka: 39 012 974 589, Numer podatkowy: 181/439/13046 Strona 2</w:t>
      </w:r>
    </w:p>
    <w:p>
      <w:r>
        <w:t>Decyzja za 2025 rok w sprawie podatku dochodowego i dodatku solidarnościowego</w:t>
      </w:r>
    </w:p>
    <w:p>
      <w:r>
        <w:t>z dnia 26.08.2026</w:t>
      </w:r>
    </w:p>
    <w:p/>
    <w:p>
      <w:r>
        <w:t>**Podstawy opodatkowania**</w:t>
      </w:r>
    </w:p>
    <w:p/>
    <w:p>
      <w:r>
        <w:t>**Obliczenie dochodu do opodatkowania**</w:t>
      </w:r>
    </w:p>
    <w:p/>
    <w:p>
      <w:r>
        <w:t>| | Mąż € | Małżonka € | Razem € |</w:t>
      </w:r>
    </w:p>
    <w:p>
      <w:r>
        <w:t>| :--------------------------------------------------------------------------------------------------------------------------------------------------------------------------------------------------------------------------------------------------------------------------------------------------------------------------------------------------------------------------------------------------------------------------------------------------------------------------------------------------------------------------------------------------------------------------------------------------------------------------------------------------------------------------------------------------------------------------------------------------------------------------------------------------------------------------------------------------------------------------------------------------------------------------------------------------------------------------------------------------------------------------------------------------------------------------------------------------------------------------------------------------------------------------------------------------------------------------------------------------------------------------------------------------------------------------------------------------------------------------------------------------------------------------------------------------------------------------------------------------------------------------------------------------------------------------------------------------------------------------------------------------------------------------------------------------------------------------------------------------------------------------------------------------------------------------------------------------------------------------------------------------------------------------------------------------------------------------------------------------------------------------------------------------------------------------------------------------------------------------------------------------------------------------------------------------------------------------------------------------------------------------------------------------------------------------------------------------------------------------------------------------------------------------------------------------------------------------------------------------------------------------------------------------------------------------------------------------------------------------------------------------------------------------------------------------------------------------------------------------------------------------------------------------------------------------------------------------------------------------------------------------------------------------------------------------------------------------------------------------------------------------------------------------------------------------------------------------------------------------------------------------------------------------------------------------------------------------------------------------------------------------------------------------------------------------------------------------------------------------------------------------------------------------------------------------------------------------------------------------------------------------------------------------------------------------------------------------------------------------------------------------------------------------------------------------------------------------------------------------------------------------------------------------------------------------------------------------------------------------------------------------------------------------------------------------------------------------------------------------------------------------------------------------------------------------------------------------------------------------------------------------------------------------------------------------------------------------------------------------------------------------------------------------------------------------------------------------------------------------------------------------------------------------------------------------------------------------------------------------------------------------------------------------------------------------------------------------------------------------------------------------------------------------------------------------------------------------------------------------------------------------------------------------------------------------------------------------------------------------------------------------------------------------------------------------------------------------------------------------------------------------------------------------------------------------------------------------------------------------------------------------------------------------------------------------------------------------------------------------------------------------------------------------------------------------------------------------------------------------------------------------------------------------------------------------------------------------------------------------------------------------------------------------------------------------------------------------------------------------------------------------------------------------------------------------------------------------------------------------------------------------------------------------------------------------------------------------------------------------------------------------------------------------------------------------------------------------------------------------------------------------------------------------------------------------------------------------------------------------------------------------------------------------------------------------------------------------------------------------------------------------------------------------------------------------------------------------------------------------------------------------------------------------------------------------------------------------------------------------------------------------------------------------------------------------------------------------------------------------------------------------------------------------------------------------------------------------------------------------------------------------------------------------------------------------------------------------------------------------------------------------------------------------------------------------------------------------------------------------------------------------------------------------------------------------------------------------------------------------------------------------------------------------------------------------------------------------------------------------------------------------------------------------------------------------------------------------------------------------------------------------------------------------------------------------------------------------------------------------------------------------------------------------------------------------------------------------------------------------------------------------------------------------------------------------------------------------------------------------------------------------------------------------------------------------------------------------------------------------------------------------------------------------------------------------------------------------------------------------------------------------------------------------------------------------------------------------------------------------------------------------------------------------------------------------------------------------------------------------------------------------------------------------------------------------------------------------------------------------------------------------------------------------------------------------------------------------------------------------------------------------------------------------------------------------------------------------------------------------------------------------------------------------------------------------------------------------------------------------------------------------------------------------------------------------------------------------------------------------------------------------------------------------------------------------------------------------------------------------------------------------------------------------------------------------------------------------------------------------------------------------------------------------------------------------------------------------------------------------------------------------------------------------------------------------------------------------------------------------------------------------------------------------------------------------------------------------------------------------------------------------------------------------------------------------------------------------------------------------------------------------------------------------------------------------------------------------------------------------------------------------------------------------------------------------------------------------------------------------------------------------------------------------------------------------------------------------------------------------------------------------------------------------------------------------------------------------------------------------------------------------------------------------------------------------------------------------------------------------------------------------------------------------------------------------------------------------------------------------------------------------------------------------------------------------------------------------------------------------------------------------------------------------------------------------------------------------------------------------------------------------------------------------------------------------------------------------------------------------------------------------------------------------------------------------------------------------------------------------------------------------------------------------------------------------------------------------------------------------------------------------------------------------------------------------------------------------------------------------------------------------------------------------------------------------------------------------------------------------------------------------------------------------------------------------------------------------------------------------------------------------------------------------------------------------------------------------------------------------------------------------------------------------------------------------------------------------------------------------------------------------------------------------------------------------------------------------------------------------------------------------------------------------------------------------------------------------------------------------------------------------------------------------------------------------------------------------------------------------------------------------------------------------------------------------------------------------------------------------------------------------------------------------------------------------------------------------------------------------------------------------------------------------------------------------------------------------------------------------------------------------------------------------------------------------------------------------------------------------------------------------------------------------------------------------------------------------------------------------------------------------------------------------------------------------------------------------------------------------------------------------------------------------------------------------------------------------------------------------------------------------------------------------------------------------------------------------------------------------------------------------------------------------------------------------------------------------------------------------------------------------------------------------------------------------------------------------------------------------------------------------------------------------------------------------------------------------------------------------------------------------------------------------------------------------------------------------------------------------------------------------------------------------------------------------------------------------------------------------------------------------------------------------------------------------------------------------------------------------------------------------------------------------------------------------------------------------------------------------------------------------------------------------------------------------------------------------------------------------------------------------------------------------------------------------------------------------------------------------------------------------------------------------------------------------------------------------------------------------------------------------------------------------------------------------------------------------------------------------------------------------------------------------------------------------------------------------------------------------------------------------------------------------------------------------------------------------------------------------------------------------------------------------------------------------------------------------------------------------------------------------------------------------------------------------------------------------------------------------------------------------------------------------------------------------------------------------------------------------------------------------------------------------------------------------------------------------------------------------------------------------------------------------------------------------------------------------------------------------------------------------------------------------------------------------------------------------------------------------------------------------------------------------------------------------------------------------------------------------------------------------------------------------------------------------------------------------------------------------------------------------------------------------------------------------------------------------------------------------------------------------------------------------------------------------------------------------------------------------------------------------------------------------------------------------------------------------------------------------------------------------------------------------------------------------------------------------------------------------------------------------------------------------------------------------------------------------------------------------------------------------------------------------------------------------------------------------------------------------------------------------------------------------------------------------------------------------------------------------------------------------------------------------------------------------------------------------------------------------------------------------------------------------------------------------------------------------------------------------------------------------------------------------------------------------------------------------------------------------------------------------------------------------------------------------------------------------------------------------------------------------------------------------------------------------------------------------------------------------------------------------------------------------------------------------------------------------------------------------------------------------------------------------------------------------------------------------------------------------------------------------------------------------------------------------------------------------------------------------------------------------------------------------------------------------------------------------------------------------------------------------------------------------------------------------------------------------------------------------------------------------------------------------------------------------------------------------------------------------------------------------------------------------------------------------------------------------------------------------------------------------------------------------------------------------------------------------------------------------------------------------------------------------------------------------------------------------------------------------------------------------------------------------------------------------------------------------------------------------------------------------------------------------------------------------------------------------------------------------------------------------------------------------------------------------------------------------------------------------------------------------------------------------------------------------------------------------------------------------------------------------------------------------------------------------------------------------------------------------------------------------------------------------------------------------------------------------------------------------------------------------------------------------------------------------------------------------------------------------------------------------------------------------------------------------------------------------------------------------------------------------------------------------------------------------------------------------------------------------------------------------------------------------------------------------------------------------------------------------------------------------------------------------------------------------------------------------------------------------------------------------------------------------------------------------------------------------------------------------------------------------------------------------------------------------------------------------------------------------------------------------------------------------------------------------------------------------------------------------------------------------------------------------------------------------------------------------------------------------------------------------------------------------------------------------------------------------------------------------------------------------------------------------------------------------------------------------------------------------------------------------------------------------------------------------------------------------------------------------------------------------------------------------------------------------------------------------------------------------------------------------------------------------------------------------------------------------------------------------------------------------------------------------------------------------------------------------------------------------------------------------------------------------------------------------------------------------------------------------------------------------------------------------------------------------------------------------------------------------------------------------------------------------------------------------------------------------------------------------------------------------------------------------------------------------------------------------------------------------------------------------------------------------------------------------------------------------------------------------------------------------------------------------------------------------------------------------------------------------------------------------------------------------------------------------------------------------------------------------------------------------------------------------------------------------------------------------------------------------------------------------------------------------------------------------------------------------------------------------------------------------------------------------------------------------------------------------------------------------------------------------------------------------------------------------------------------------------------------------------------------------------------------------------------------------------------------------------------------------------------------------------------------------------------------------------------------------------------------------------------------------------------------------------------------------------------------------------------------------------------------------------------------------------------------------------------------------------------------------------------------------------------------------------------------------------------------------------------------------------------------------------------------------------------------------------------------------------------------------------------------------------------------------------------------------------------------------------------------------------------------------------------------------------------------------------------------------------------------------------------------------------------------------------------------------------------------------------------------------------------------------------------------------------------------------------------------------------------------------------------------------------------------------------------------------------------------------------------------------------------------------------------------------------------------------------------------------------------------------------------------------------------------------------------------------------------------------------------------------------------------------------------------------------------------------------------------------------------------------------------------------------------------------------------------------------------------------------------------------------------------------------------------------------------------------------------------------------------------------------------------------------------------------------------------------------------------------------------------------------------------------------------------------------------------------------------------------------------------------------------------------------------------------------------------------------------------------------------------------------------------------------------------------------------------------------------------------------------------------------------------------------------------------------------------------------------------------------------------------------------------------------------------------------------------------------------------------------------------------------------------------------------------------------------------------------------------------------------------------------------------------------------------------------------------------------------------------------------------------------------------------------------------------------------------------------------------------------------------------------------------------------------------------------------------------------------------------------------------------------------------------------------------------------------------------------------------------------------------------------------------------------------------------------------------------------------------------------------------------------------------------------------------------------------------------------------------------------------------------------------------------------------------------------------------------------------------------------------------------------------------------------------------------------------------------------------------------------------------------------------------------------------------------------------------------------------------------------------------------------------------------------------------------------------------------------------------------------------------------------------------------------------------------------------------------------------------------------------------------------------------------------------------------------------------------------------------------------------------------------------------------------------------------------------------------------------------------------------------------------------------------------------------------------------------------------------------------------------------------------------------------------------------------------------------------------------------------------------------------------------------------------------------------------------------------------------------------------------------------------------------------------------------------------------------------------------------------------------------------------------------------------------------------------------------------------------------------------------------------------------------------------------------------------------------------------------------------------------------------------------------------------------------------------------------------------------------------------------------------------------------------------------------------------------------------------------------------------------------------------------------------------------------------------------------------------------------------------------------------------------------------------------------------------------------------------------------------------------------------------------------------------------------------------------------------------------------------------------------------------------------------------------------------------------------------------------------------------------------------------------------------------------------------------------------------------------------------------------------------------------------------------------------------------------------------------------------------------------------------------------------------------------------------------------------------------------------------------------------------------------------------------------------------------------------------------------------------------------------------------------------------------------------------------------------------------------------------------------------------------------------------------------------------------------------------------------------------------------------------------------------------------------------------------------------------------------------------------------------------------------------------------------------------------------------------------------------------------------------------------------------------------------------------------------------------------------------------------------------------------------------------------------------------------------------------------------------------------------------------------------------------------------------------------------------------------------------------------------------------------------------------------------------------------------------------------------------------------------------------------------------------------------------------------------------------------------------------------------------------------------------------------------------------------------------------------------------------------------------------------------------------------------------------------------------------------------------------------------------------------------------------------------------------------------------------------------------------------------------------------------------------------------------------------------------------------------------------------------------------------------------------------------------------------------------------------------------------------------------------------------------------------------------------------------------------------------------------------------------------------------------------------------------------------------------------------------------------------------------------------------------------------------------------------------------------------------------------------------------------------------------------------------------------------------------------------------------------------------------------------------------------------------------------------------------------------------------------------------------------------------------------------------------------------------------------------------------------------------------------------------------------------------------------------------------------------------------------------------------------------------------------------------------------------------------------------------------------------------------------------------------------------------------------------------------------------------------------------------------------------------------------------------------------------------------------------------------------------------------------------------------------------------------------------------------------------------------------------------------------------------------------------------------------------------------------------------------------------------------------------------------------------------------------------------------------------------------------------------------------------------------------------------------------------------------------------------------------------------------------------------------------------------------------------------------------------------------------------------------------------------------------------------------------------------------------------------------------------------------------------------------------------------------------------------------------------------------------------------------------------------------------------------------------------------------------------------------------------------------------------------------------------------------------------------------------------------------------------------------------------------------------------------------------------------------------------------------------------------------------------------------------------------------------------------------------------------------------------------------------------------------------------------------------------------------------------------------------------------------------------------------------------------------------------------------------------------------------------------------------------------------------------------------------------------------------------------------------------------------------------------------------------------------------------------------------------------------------------------------------------------------------------------------------------------------------------------------------------------------------------------------------------------------------------------------------------------------------------------------------------------------------------------------------------------------------------------------------------------------------------------------------------------------------------------------------------------------------------------------------------------------------------------------------------------------------------------------------------------------------------------------------------------------------------------------------------------------------------------------------------------------------------------------------------------------------------------------------------------------------------------------------------------------------------------------------------------------------------------------------------------------------------------------------------------------------------------------------------------------------------------------------------------------------------------------------------------------------------------------------------------------------------------------------------------------------------------------------------------------------------------------------------------------------------------------------------------------------------------------------------------------------------------------------------------------------------------------------------------------------------------------------------------------------------------------------------------------------------------------------------------------------------------------------------------------------------------------------------------------------------------------------------------------------------------------------------------------------------------------------------------------------------------------------------------------------------------------------------------------------------------------------------------------------------------------------------------------------------------------------------------------------------------------------------------------------------------------------------------------------------------------------------------------------------------------------------------------------------------------------------------------------------------------------------------------------------------------------------------------------------------------------------------------------------------------------------------------------------------------------------------------------------------------------------------------------------------------------------------------------------------------------------------------------------------------------------------------------------------------------------------------------------------------------------------------------------------------------------------------------------------------------------------------------------------------------------------------------------------------------------------------------------------------------------------------------------------------------------------------------------------------------------------------------------------------------------------------------------------------------------------------------------------------------------------------------------------------------------------------------------------------------------------------------------------------------------------------------------------------------------------------------------------------------------------------------------------------------------------------------------------------------------------------------------------------------------------------------------------------------------------------------------------------------------------------------------------------------------------------------------------------------------------------------------------------------------------------------------------------------------------------------------------------------------------------------------------------------------------------------------------------------------------------------------------------------------------------------------------------------------------------------------------------------------------------------------------------------------------------------------------------------------------------------------------------------------------------------------------------------------------------------------------------------------------------------------------------------------------------------------------------------------------------------------------------------------------------------------------------------------------------------------------------------------------------------------------------------------------------------------------------------------------------------------------------------------------------------------------------------------------------------------------------------------------------------------------------------------------------------------------------------------------------------------------------------------------------------------------------------------------------------------------------------------------------------------------------------------------------------------------------------------------------------------------------------------------------------------------------------------------------------------------------------------------------------------------------------------------------------------------------------------------------------------------------------------------------------------------------------------------------------------------------------------------------------------------------------------------------------------------------------------------------------------------------------------------------------------------------------------------------------------------------------------------------------------------------------------------------------------------------------------------------------------------------------------------------------------------------------------------------------------------------------------------------------------------------------------------------------------------------------------------------------------------------------------------------------------------------------------------------------------------------------------------------------------------------------------------------------------------------------------------------------------------------------------------------------------------------------------------------------------------------------------------------------------------------------------------------------------------------------------------------------------------------------------------------------------------------------------------------------------------------------------------------------------------------------------------------------------------------------------------------------------------------------------------------------------------------------------------------------------------------------------------------------------------------------------------------------------------------------------------------------------------------------------------------------------------------------------------------------------------------------------------------------------------------------------------------------------------------------------------------------------------------------------------------------------------------------------------------------------------------------------------------------------------------------------------------------------------------------------------------------------------------------------------------------------------------------------------------------------------------------------------------------------------------------------------------------------------------------------------------------------------------------------------------------------------------------------------------------------------------------------------------------------------------------------------------------------------------------------------------------------------------------------------------------------------------------------------------------------------------------------------------------------------------------------------------------------------------------------------------------------------------------------------------------------------------------------------------------------------------------------------------------------------------------------------------------------------------------------------------------------------------------------------------------------------------------------------------------------------------------------------------------------------------------------------------------------------------------------------------------------------------------------------------------------------------------------------------------------------------------------------------------------------------------------------------------------------------------------------------------------------------------------------------------------------------------------------------------------------------------------------------------------------------------------------------------------------------------------------------------------------------------------------------------------------------------------------------------------------------------------------------------------------------------------------------------------------------------------------------------------------------------------------------------------------------------------------------------------------------------------------------------------------------------------------------------------------------------------------------------------------------------------------------------------------------------------------------------------------------------------------------------------------------------------------------------------------------------------------------------------------------------------------------------------------------------------------------------------------------------------------------------------------------------------------------------------------------------------------------------------------------------------------------------------------------------------------------------------------------------------------------------------------------------------------------------------------------------------------------------------------------------------------------------------------------------------------------------------------------------------------------------------------------------------------------------------------------------------------------------------------------------------------------------------------------------------------------------------------------------------------------------------------------------------------------------------------------------------------------------------------------------------------------------------------------------------------------------------------------------------------------------------------------------------------------------------------------------------------------------------------------------------------------------------------------------------------------------------------------------------------------------------------------------------------------------------------------------------------------------------------------------------------------------------------------------------------------------------------------------------------------------------------------------------------------------------------------------------------------------------------------------------------------------------------------------------------------------------------------------------------------------------------------------------------------------------------------------------------------------------------------------------------------------------------------------------------------------------------------------------------------------------------------------------------------------------------------------------------------------------------------------------------------------------------------------------------------------------------------------------------------------------------------------------------------------------------------------------------------------------------------------------------------------------------------------------------------------------------------------------------------------------------------------------------------------------------------------------------------------------------------------------------------------------------------------------------------------------------------------------------------------------------------------------------------------------------------------------------------------------------------------------------------------------------------------------------------------------------------------------------------------------------------------------------------------------------------------------------------------------------------------------------------------------------------------------------------------------------------------------------------------------------------------------------------------------------------------------------------------------------------------------------------------------------------------------------------------------------------------------------------------------------------------------------------------------------------------------------------------------------------------------------------------------------------------------------------------------------------------------------------------------------------------------------------------------------------------------------------------------------------------------------------------------------------------------------------------------------------------------------------------------------------------------------------------------------------------------------------------------------------------------------------------------------------------------------------------------------------------------------------------------------------------------------------------------------------------------------------------------------------------------------------------------------------------------------------------------------------------------------------------------------------------------------------------------------------------------------------------------------------------------------------------------------------------------------------------------------------------------------------------------------------------------------------------------------------------------------------------------------------------------------------------------------------------------------------------------------------------------------------------------------------------------------------------------------------------------------------------------------------------------------------------------------------------------------------------------------------------------------------------------------------------------------------------------------------------------------------------------------------------------------------------------------------------------------------------------------------------------------------------------------------------------------------------------------------------------------------------------------------------------------------------------------------------------------------------------------------------------------------------------------------------------------------------------------------------------------------------------------------------------------------------------------------------------------------------------------------------------</w:t>
      </w:r>
    </w:p>
    <w:p>
      <w:r>
        <w:t>This is the provided German text, already recognized by the OCR as per the user's prompt (although the prompt says "text visible on these scans", it also provides the text in a pre-parsed format as if it were OCR'd). I will translate this directly.</w:t>
      </w:r>
    </w:p>
    <w:p/>
    <w:p>
      <w:r>
        <w:t>Finanzamt München</w:t>
      </w:r>
    </w:p>
    <w:p>
      <w:r>
        <w:t>IDNr. Ehemann 94 725 320 215, Ehefrau 39 012 974 589, Steuernummer 181/439/13046</w:t>
      </w:r>
    </w:p>
    <w:p>
      <w:r>
        <w:t>vom 26.08.2026</w:t>
      </w:r>
    </w:p>
    <w:p/>
    <w:p>
      <w:r>
        <w:t>Finanzamt München</w:t>
      </w:r>
    </w:p>
    <w:p>
      <w:r>
        <w:t>IDNr. Ehemann 94 725 320 215</w:t>
      </w:r>
    </w:p>
    <w:p>
      <w:r>
        <w:t>Steuernummer 181/439/13046</w:t>
      </w:r>
    </w:p>
    <w:p>
      <w:r>
        <w:t>(Bitte bei Rückfragen angeben)</w:t>
      </w:r>
    </w:p>
    <w:p>
      <w:r>
        <w:t>26.08.2026</w:t>
      </w:r>
    </w:p>
    <w:p/>
    <w:p>
      <w:r>
        <w:t>www.hr-finanzamt-muenchen.de</w:t>
      </w:r>
    </w:p>
    <w:p/>
    <w:p>
      <w:r>
        <w:t>Finanzkasse</w:t>
      </w:r>
    </w:p>
    <w:p>
      <w:r>
        <w:t>München</w:t>
      </w:r>
    </w:p>
    <w:p>
      <w:r>
        <w:t>94300 Deggendorf</w:t>
      </w:r>
    </w:p>
    <w:p>
      <w:r>
        <w:t>Postfach 1354</w:t>
      </w:r>
    </w:p>
    <w:p/>
    <w:p>
      <w:r>
        <w:t>FA München, PF1346, 94453Deggendorf</w:t>
      </w:r>
    </w:p>
    <w:p/>
    <w:p>
      <w:r>
        <w:t>Herrn und Frau</w:t>
      </w:r>
    </w:p>
    <w:p>
      <w:r>
        <w:t>Jan Borowiec</w:t>
      </w:r>
    </w:p>
    <w:p>
      <w:r>
        <w:t>Anna Maria Lewandowska-Borowiec</w:t>
      </w:r>
    </w:p>
    <w:p>
      <w:r>
        <w:t>Musterweg 15</w:t>
      </w:r>
    </w:p>
    <w:p>
      <w:r>
        <w:t>85764 Oberschleißheim</w:t>
      </w:r>
    </w:p>
    <w:p/>
    <w:p>
      <w:r>
        <w:t>Bescheid für 2025</w:t>
      </w:r>
    </w:p>
    <w:p>
      <w:r>
        <w:t>über</w:t>
      </w:r>
    </w:p>
    <w:p>
      <w:r>
        <w:t>Einkommensteuer</w:t>
      </w:r>
    </w:p>
    <w:p>
      <w:r>
        <w:t>und</w:t>
      </w:r>
    </w:p>
    <w:p>
      <w:r>
        <w:t>Solidaritätszuschlag</w:t>
      </w:r>
    </w:p>
    <w:p/>
    <w:p>
      <w:r>
        <w:t>**Festsetzung**</w:t>
      </w:r>
    </w:p>
    <w:p/>
    <w:p>
      <w:r>
        <w:t>**Art der Steuerfestsetzung**</w:t>
      </w:r>
    </w:p>
    <w:p/>
    <w:p>
      <w:r>
        <w:t>Der Bescheid ist nach § 165 Abs. 1 Satz 2 AO teilweise vorläufig.</w:t>
      </w:r>
    </w:p>
    <w:p/>
    <w:p>
      <w:r>
        <w:t>| | Einkommensteuer € | Solidaritätszuschlag € |</w:t>
      </w:r>
    </w:p>
    <w:p>
      <w:r>
        <w:t>|---|---|---|</w:t>
      </w:r>
    </w:p>
    <w:p>
      <w:r>
        <w:t>| **Festgesetzt worden** | 10.662,00 | 0,00 |</w:t>
      </w:r>
    </w:p>
    <w:p>
      <w:r>
        <w:t>| **ab Steuerabzug vom Lohn** | 11.234,00 | 0,00 |</w:t>
      </w:r>
    </w:p>
    <w:p>
      <w:r>
        <w:t>| **verbleibende Steuer** | -572,00 | 0,00 |</w:t>
      </w:r>
    </w:p>
    <w:p>
      <w:r>
        <w:t>| **Abrechnung (Stichtag 18.08.2026)** | | |</w:t>
      </w:r>
    </w:p>
    <w:p>
      <w:r>
        <w:t>| **bereits getilgt** | 0,00 | 0,00 |</w:t>
      </w:r>
    </w:p>
    <w:p>
      <w:r>
        <w:t>| **mithin sind zu viel entrichtet** | 572,00 | 0,00 |</w:t>
      </w:r>
    </w:p>
    <w:p/>
    <w:p>
      <w:r>
        <w:t>Das Guthaben von 572,00 € wird erstattet auf das Konto mit der</w:t>
      </w:r>
    </w:p>
    <w:p>
      <w:r>
        <w:t>IBAN DE62XXXXXXXXXXXXXXXXXXXX4494 bei Kpk München Starnbg Lbbg.</w:t>
      </w:r>
    </w:p>
    <w:p/>
    <w:p>
      <w:r>
        <w:t>Originalpapier nur, wenn dieser Hinweis im Gelbdruck erscheint</w:t>
      </w:r>
    </w:p>
    <w:p/>
    <w:p>
      <w:r>
        <w:t>---</w:t>
      </w:r>
    </w:p>
    <w:p>
      <w:r>
        <w:t>Form.Nr. 007945 G / 001229802 / 001867 - Fortsetzung nächste Seite - Rt. 18.08.2026 EST 2025</w:t>
      </w:r>
    </w:p>
    <w:p>
      <w:r>
        <w:t>Blatt 1 von 6</w:t>
      </w:r>
    </w:p>
    <w:p/>
    <w:p>
      <w:r>
        <w:t>**Öffnungszeiten:**</w:t>
      </w:r>
    </w:p>
    <w:p>
      <w:r>
        <w:t>Mo-Fr. 7:30-12:30 Do. 10-18 Uhr</w:t>
      </w:r>
    </w:p>
    <w:p/>
    <w:p>
      <w:r>
        <w:t>**Weitere Informationen**</w:t>
      </w:r>
    </w:p>
    <w:p>
      <w:r>
        <w:t>Weitere Informationen im Internet unter</w:t>
      </w:r>
    </w:p>
    <w:p>
      <w:r>
        <w:t>www.finanzamt.bayern.de</w:t>
      </w:r>
    </w:p>
    <w:p/>
    <w:p>
      <w:r>
        <w:t>**Zahlungsempfänger:** Freistaat Bayern</w:t>
      </w:r>
    </w:p>
    <w:p>
      <w:r>
        <w:t>**Bank:**</w:t>
      </w:r>
    </w:p>
    <w:p>
      <w:r>
        <w:t>IBAN: DE09 7000 0000 0070 0019 06 BIC: MARKDEF1700</w:t>
      </w:r>
    </w:p>
    <w:p>
      <w:r>
        <w:t>Sparkasse Straubing</w:t>
      </w:r>
    </w:p>
    <w:p>
      <w:r>
        <w:t>IBAN: DE37 7005 0000 0000 0249 62 BIC: BYLADEMMXXX</w:t>
      </w:r>
    </w:p>
    <w:p>
      <w:r>
        <w:t>HypoVereinsbank Regensburg</w:t>
      </w:r>
    </w:p>
    <w:p>
      <w:r>
        <w:t>IBAN: DE98 7002 0270 0000 0801 20 BIC: HYVEDEMMXXX</w:t>
      </w:r>
    </w:p>
    <w:p/>
    <w:p>
      <w:r>
        <w:t>---</w:t>
      </w:r>
    </w:p>
    <w:p/>
    <w:p>
      <w:r>
        <w:t>Finanzamt München</w:t>
      </w:r>
    </w:p>
    <w:p>
      <w:r>
        <w:t>IDNr. Ehemann 94 725 320 215, Ehefrau 39 012 974 589, Steuernummer 181/439/13046 Seite 2</w:t>
      </w:r>
    </w:p>
    <w:p>
      <w:r>
        <w:t>Bescheid für 2025 über Einkommensteuer und Solidaritätszuschlag</w:t>
      </w:r>
    </w:p>
    <w:p>
      <w:r>
        <w:t>vom 26.08.2026</w:t>
      </w:r>
    </w:p>
    <w:p/>
    <w:p>
      <w:r>
        <w:t>**Besteuerungsgrundlagen**</w:t>
      </w:r>
    </w:p>
    <w:p/>
    <w:p>
      <w:r>
        <w:t>**Berechnung des zu versteuernden Einkommens**</w:t>
      </w:r>
    </w:p>
    <w:p/>
    <w:p>
      <w:r>
        <w:t>| | Ehemann € | Ehefrau € | insgesamt € |</w:t>
      </w:r>
    </w:p>
    <w:p>
      <w:r>
        <w:t>| :------------------------------------------------------------------------------------------------------------------------------------------------------------------------------------------------------------------------------------------------------------------------------------------------------------------------------------------------------------------------------------------------------------------------------------------------------------------------------------------------------------------------------------------------------------------------------------------------------------------------------------------------------------------------------------------------------------------------------------------------------------------------------------------------------------------------------------------------------------------------------------------------------------------------------------------------------------------------------------------------------------------------------------------------------------------------------------------------------------------------------------------------------------------------------------------------------------------------------------------------------------------------------------------------------------------------------------------------------------------------------------------------------------------------------------------------------------------------------------------------------------------------------------------------------------------------------------------------------------------------------------------------------------------------------------------------------------------------------------------------------------------------------------------------------------------------------------------------------------------------------------------------------------------------------------------------------------------------------------------------------------------------------------------------------------------------------------------------------------------------------------------------------------------------------------------------------------------------------------------------------------------------------------------------------------------------------------------------------------------------------------------------------------------------------------------------------------------------------------------------------------------------------------------------------------------------------------------------------------------------------------------------------------------------------------------------------------------------------------------------------------------------------------------------------------------------------------------------------------------------------------------------------------------------------------------------------------------------------------------------------------------------------------------------------------------------------------------------------------------------------------------------------------------------------------------------------------------------------------------------------------------------------------------------------------------------------------------------------------------------------------------------------------------------------------------------------------------------------------------------------------------------------------------------------------------------------------------------------------------------------------------------------------------------------------------------------------------------------------------------------------------------------------------------------------------------------------------------------------------------------------------------------------------------------------------------------------------------------------------------------------------------------------------------------------------------------------------------------------------------------------------------------------------------------------------------------------------------------------------------------------------------------------------------------------------------------------------------------------------------------------------------------------------------------------------------------------------------------------------------------------------------------------------------------------------------------------------------------------------------------------------------------------------------------------------------------------------------------------------------------------------------------------------------------------------------------------------------------------------------------------------------------------------------------------------------------------------------------------------------------------------------------------------------------------------------------------------------------------------------------------------------------------------------------------------------------------------------------------------------------------------------------------------------------------------------------------------------------------------------------------------------------------------------------------------------------------------------------------------------------------------------------------------------------------------------------------------------------------------------------------------------------------------------------------------------------------------------------------------------------------------------------------------------------------------------------------------------------------------------------------------------------------------------------------------------------------------------------------------------------------------------------------------------------------------------------------------------------------------------------------------------------------------------------------------------------------------------------------------------------------------------------------------------------------------------------------------------------------------------------------------------------------------------------------------------------------------------------------------------------------------------------------------------------------------------------------------------------------------------------------------------------------------------------------------------------------------------------------------------------------------------------------------------------------------------------------------------------------------------------------------------------------------------------------------------------------------------------------------------------------------------------------------------------------------------------------------------------------------------------------------------------------------------------------------------------------------------------------------------------------------------------------------------------------------------------------------------------------------------------------------------------------------------------------------------------------------------------------------------------------------------------------------------------------------------------------------------------------------------------------------------------------------------------------------------------------------------------------------------------------------------------------------------------------------------------------------------------------------------------------------------------------------------------------------------------------------------------------------------------------------------------------------------------------------------------------------------------------------------------------------------------------------------------------------------------------------------------------------------------------------------------------------------------------------------------------------------------------------------------------------------------------------------------------------------------------------------------------------------------------------------------------------------------------------------------------------------------------------------------------------------------------------------------------------------------------------------------------------------------------------------------------------------------------------------------------------------------------------------------------------------------------------------------------------------------------------------------------------------------------------------------------------------------------------------------------------------------------------------------------------------------------------------------------------------------------------------------------------------------------------------------------------------------------------------------------------------------------------------------------------------------------------------------------------------------------------------------------------------------------------------------------------------------------------------------------------------------------------------------------------------------------------------------------------------------------------------------------------------------------------------------------------------------------------------------------------------------------------------------------------------------------------------------------------------------------------------------------------------------------------------------------------------------------------------------------------------------------------------------------------------------------------------------------------------------------------------------------------------------------------------------------------------------------------------------------------------------------------------------------------------------------------------------------------------------------------------------------------------------------------------------------------------------------------------------------------------------------------------------------------------------------------------------------------------------------------------------------------------------------------------------------------------------------------------------------------------------------------------------------------------------------------------------------------------------------------------------------------------------------------------------------------------------------------------------------------------------------------------------------------------------------------------------------------------------------------------------------------------------------------------------------------------------------------------------------------------------------------------------------------------------------------------------------------------------------------------------------------------------------------------------------------------------------------------------------------------------------------------------------------------------------------------------------------------------------------------------------------------------------------------------------------------------------------------------------------------------------------------------------------------------------------------------------------------------------------------------------------------------------------------------------------------------------------------------------------------------------------------------------------------------------------------------------------------------------------------------------------------------------------------------------------------------------------------------------------------------------------------------------------------------------------------------------------------------------------------------------------------------------------------------------------------------------------------------------------------------------------------------------------------------------------------------------------------------------------------------------------------------------------------------------------------------------------------------------------------------------------------------------------------------------------------------------------------------------------------------------------------------------------------------------------------------------------------------------------------------------------------------------------------------------------------------------------------------------------------------------------------------------------------------------------------------------------------------------------------------------------------------------------------------------------------------------------------------------------------------------------------------------------------------------------------------------------------------------------------------------------------------------------------------------------------------------------------------------------------------------------------------------------------------------------------------------------------------------------------------------------------------------------------------------------------------------------------------------------------------------------------------------------------------------------------------------------------------------------------------------------------------------------------------------------------------------------------------------------------------------------------------------------------------------------------------------------------------------------------------------------------------------------------------------------------------------------------------------------------------------------------------------------------------------------------------------------------------------------------------------------------------------------------------------------------------------------------------------------------------------------------------------------------------------------------------------------------------------------------------------------------------------------------------------------------------------------------------------------------------------------------------------------------------------------------------------------------------------------------------------------------------------------------------------------------------------------------------------------------------------------------------------------------------------------------------------------------------------------------------------------------------------------------------------------------------------------------------------------------------------------------------------------------------------------------------------------------------------------------------------------------------------------------------------------------------------------------------------------------------------------------------------------------------------------------------------------------------------------------------------------------------------------------------------------------------------------------------------------------------------------------------------------------------------------------------------------------------------------------------------------------------------------------------------------------------------------------------------------------------------------------------------------------------------------------------------------------------------------------------------------------------------------------------------------------------------------------------------------------------------------------------------------------------------------------------------------------------------------------------------------------------------------------------------------------------------------------------------------------------------------------------------------------------------------------------------------------------------------------------------------------------------------------------------------------------------------------------------------------------------------------------------------------------------------------------------------------------------------------------------------------------------------------------------------------------------------------------------------------------------------------------------------------------------------------------------------------------------------------------------------------------------------------------------------------------------------------------------------------------------------------------------------------------------------------------------------------------------------------------------------------------------------------------------------------------------------------------------------------------------------------------------------------------------------------------------------------------------------------------------------------------------------------------------------------------------------------------------------------------------------------------------------------------------------------------------------------------------------------------------------------------------------------------------------------------------------------------------------------------------------------------------------------------------------------------------------------------------------------------------------------------------------------------------------------------------------------------------------------------------------------------------------------------------------------------------------------------------------------------------------------------------------------------------------------------------------------------------------------------------------------------------------------------------------------------------------------------------------------------------------------------------------------------------------------------------------------------------------------------------------------------------------------------------------------------------------------------------------------------------------------------------------------------------------------------------------------------------------------------------------------------------------------------------------------------------------------------------------------------------------------------------------------------------------------------------------------------------------------------------------------------------------------------------------------------------------------------------------------------------------------------------------------------------------------------------------------------------------------------------------------------------------------------------------------------------------------------------------------------------------------------------------------------------------------------------------------------------------------------------------------------------------------------------------------------------------------------------------------------------------------------------------------------------------------------------------------------------------------------------------------------------------------------------------------------------------------------------------------------------------------------------------------------------------------------------------------------------------------------------------------------------------------------------------------------------------------------------------------------------------------------------------------------------------------------------------------------------------------------------------------------------------------------------------------------------------------------------------------------------------------------------------------------------------------------------------------------------------------------------------------------------------------------------------------------------------------------------------------------------------------------------------------------------------------------------------------------------------------------------------------------------------------------------------------------------------------------------------------------------------------------------------------------------------------------------------------------------------------------------------------------------------------------------------------------------------------------------------------------------------------------------------------------------------------------------------------------------------------------------------------------------------------------------------------------------------------------------------------------------------------------------------------------------------------------------------------------------------------------------------------------------------------------------------------------------------------------------------------------------------------------------------------------------------------------------------------------------------------------------------------------------------------------------------------------------------------------------------------------------------------------------------------------------------------------------------------------------------------------------------------------------------------------------------------------------------------------------------------------------------------------------------------------------------------------------------------------------------------------------------------------------------------------------------------------------------------------------------------------------------------------------------------------------------------------------------------------------------------------------------------------------------------------------------------------------------------------------------------------------------------------------------------------------------------------------------------------------------------------------------------------------------------------------------------------------------------------------------------------------------------------------------------------------------------------------------------------------------------------------------------------------------------------------------------------------------------------------------------------------------------------------------------------------------------------------------------------------------------------------------------------------------------------------------------------------------------------------------------------------------------------------------------------------------------------------------------------------------------------------------------------------------------------------------------------------------------------------------------------------------------------------------------------------------------------------------------------------------------------------------------------------------------------------------------------------------------------------------------------------------------------------------------------------------------------------------------------------------------------------------------------------------------------------------------------------------------------------------------------------------------------------------------------------------------------------------------------------------------------------------------------------------------------------------------------------------------------------------------------------------------------------------------------------------------------------------------------------------------------------------------------------------------------------------------------------------------------------------------------------------------------------------------------------------------------------------------------------------------------------------------------------------------------------------------------------------------------------------------------------------------------------------------------------------------------------------------------------------------------------------------------------------------------------------------------------------------------------------------------------------------------------------------------------------------------------------------------------------------------------------------------------------------------------------------------------------------------------------------------------------------------------------------------------------------------------------------------------------------------------------------------------------------------------------------------------------------------------------------------------------------------------------------------------------------------------------------------------------------------------------------------------------------------------------------------------------------------------------------------------------------------------------------------------------------------------------------------------------------------------------------------------------------------------------------------------------------------------------------------------------------------------------------------------------------------------------------------------------------------------------------------------------------------------------------------------------------------------------------------------------------------------------------------------------------------------------------------------------------------------------------------------------------------------------------------------------------------------------------------------------------------------------------------------------------------------------------------------------------------------------------------------------------------------------------------------------------------------------------------------------------------------------------------------------------------------------------------------------------------------------------------------------------------------------------------------------------------------------------------------------------------------------------------------------------------------------------------------------------------------------------------------------------------------------------------------------------------------------------------------------------------------------------------------------------------------------------------------------------------------------------------------------------------------------------------------------------------------------------------------------------------------------------------------------------------------------------------------------------------------------------------------------------------------------------------------------------------------------------------------------------------------------------------------------------------------------------------------------------------------------------------------------------------------------------------------------------------------------------------------------------------------------------------------------------------------------------------------------------------------------------------------------------------------------------------------------------------------------------------------------------------------------------------------------------------------------------------------------------------------------------------------------------------------------------------------------------------------------------------------------------------------------------------------------------------------------------------------------------------------------------------------------------------------------------------------------------------------------------------------------------------------------------------------------------------------------------------------------------------------------------------------------------------------------------------------------------------------------------------------------------------------------------------------------------------------------------------------------------------------------------------------------------------------------------------------------------------------------------------------------------------------------------------------------------------------------------------------------------------------------------------------------------------------------------------------------------------------------------------------------------------------------------------------------------------------------------------------------------------------------------------------------------------------------------------------------------------------------------------------------------------------------------------------------------------------------------------------------------------------------------------------------------------------------------------------------------------------------------------------------------------------------------------------------------------------------------------------------------------------------------------------------------------------------------------------------------------------------------</w:t>
      </w:r>
    </w:p>
    <w:p>
      <w:r>
        <w:t>W porządku, poniżej znajduje się przetłumaczony tekst zgodnie z Twoimi wytycznymi, bez żadnych skrótów, pominięć i komentarzy, z zachowaniem oryginalnej struktury.</w:t>
      </w:r>
    </w:p>
    <w:p/>
    <w:p>
      <w:r>
        <w:t>---</w:t>
      </w:r>
    </w:p>
    <w:p/>
    <w:p>
      <w:r>
        <w:t>**Urząd Skarbowy w Monachium**</w:t>
      </w:r>
    </w:p>
    <w:p>
      <w:r>
        <w:t>Nr. Id. Małżonka: 94 725 320 215, Numer podatkowy: 181/439/13046</w:t>
      </w:r>
    </w:p>
    <w:p>
      <w:r>
        <w:t>(Prosimy podawać w zapytaniach)</w:t>
      </w:r>
    </w:p>
    <w:p>
      <w:r>
        <w:t>Data: 26.08.2026</w:t>
      </w:r>
    </w:p>
    <w:p/>
    <w:p>
      <w:r>
        <w:t>www.hr-finanzamt-muenchen.de</w:t>
      </w:r>
    </w:p>
    <w:p/>
    <w:p>
      <w:r>
        <w:t>**Kasa Skarbowa**</w:t>
      </w:r>
    </w:p>
    <w:p>
      <w:r>
        <w:t>**Monachium**</w:t>
      </w:r>
    </w:p>
    <w:p>
      <w:r>
        <w:t>94300 Deggendorf</w:t>
      </w:r>
    </w:p>
    <w:p>
      <w:r>
        <w:t>Skrytka pocztowa 1354</w:t>
      </w:r>
    </w:p>
    <w:p/>
    <w:p>
      <w:r>
        <w:t>FA Monachium, PF1346, 94453Deggendorf</w:t>
      </w:r>
    </w:p>
    <w:p/>
    <w:p>
      <w:r>
        <w:t>**Państwu**</w:t>
      </w:r>
    </w:p>
    <w:p>
      <w:r>
        <w:t>**Jan Borowiec**</w:t>
      </w:r>
    </w:p>
    <w:p>
      <w:r>
        <w:t>**Anna Maria Lewandowska-Borowiec**</w:t>
      </w:r>
    </w:p>
    <w:p>
      <w:r>
        <w:t>**Musterweg 15**</w:t>
      </w:r>
    </w:p>
    <w:p>
      <w:r>
        <w:t>**85764 Oberschleißheim**</w:t>
      </w:r>
    </w:p>
    <w:p/>
    <w:p>
      <w:r>
        <w:t>**Decyzja za 2025 rok**</w:t>
      </w:r>
    </w:p>
    <w:p>
      <w:r>
        <w:t>**w sprawie**</w:t>
      </w:r>
    </w:p>
    <w:p>
      <w:r>
        <w:t>**podatku dochodowego**</w:t>
      </w:r>
    </w:p>
    <w:p>
      <w:r>
        <w:t>**i dodatku solidarnościowego**</w:t>
      </w:r>
    </w:p>
    <w:p/>
    <w:p>
      <w:r>
        <w:t>**Wymiar**</w:t>
      </w:r>
    </w:p>
    <w:p/>
    <w:p>
      <w:r>
        <w:t>**Rodzaj wymiaru podatku**</w:t>
      </w:r>
    </w:p>
    <w:p/>
    <w:p>
      <w:r>
        <w:t>Niniejsza decyzja jest częściowo tymczasowa zgodnie z § 165 ust. 1 zdanie 2 Ordynacji Podatkowej (AO).</w:t>
      </w:r>
    </w:p>
    <w:p/>
    <w:p>
      <w:r>
        <w:t>| | Podatek dochodowy € | Dodatek solidarnościowy € |</w:t>
      </w:r>
    </w:p>
    <w:p>
      <w:r>
        <w:t>| :------------------------------------------------------------------------------------------------------------------------------------------------------------------------------------------------------------------------------------------------------------------------------------------------------------------------------------------------------------------------------------------------------------------------------------------------------------------------------------------------------------------------------------------------------------------------------------------------------------------------------------------------------------------------------------------------------------------------------------------------------------------------------------------------------------------------------------------------------------------------------------------------------------------------------------------------------------------------------------------------------------------------------------------------------------------------------------------------------------------------------------------------------------------------------------------------------------------------------------------------------------------------------------------------------------------------------------------------------------------------------------------------------------------------------------------------------------------------------------------------------------------------------------------------------------------------------------------------------------------------------------------------------------------------------------------------------------------------------------------------------------------------------------------------------------------------------------------------------------------------------------------------------------------------------------------------------------------------------------------------------------------------------------------------------------------------------------------------------------------------------------------------------------------------------------------------------------------------------------------------------------------------------------------------------------------------------------------------------------------------------------------------------------------------------------------------------------------------------------------------------------------------------------------------------------------------------------------------------------------------------------------------------------------------------------------------------------------------------------------------------------------------------------------------------------------------------------------------------------------------------------------------------------------------------------------------------------------------------------------------------------------------------------------------------------------------------------------------------------------------------------------------------------------------------------------------------------------------------------------------------------------------------------------------------------------------------------------------------------------------------------------------------------------------------------------------------------------------------------------------------------------------------------------------------------------------------------------------------------------------------------------------------------------------------------------------------------------------------------------------------------------------------------------------------------------------------------------------------------------------------------------------------------------------------------------------------------------------------------------------------------------------------------------------------------------------------------------------------------------------------------------------------------------------------------------------------------------------------------------------------------------------------------------------------------------------------------------------------------------------------------------------------------------------------------------------------------------------------------------------------------------------------------------------------------------------------------------------------------------------------------------------------------------------------------------------------------------------------------------------------------------------------------------------------------------------------------------------------------------------------------------------------------------------------------------------------------------------------------------------------------------------------------------------------------------------------------------------------------------------------------------------------------------------------------------------------------------------------------------------------------------------------------------------------------------------------------------------------------------------------------------------------------------------------------------------------------------------------------------------------------------------------------------------------------------------------------------------------------------------------------------------------------------------------------------------------------------------------------------------------------------------------------------------------------------------------------------------------------------------------------------------------------------------------------------------------------------------------------------------------------------------------------------------------------------------------------------------------------------------------------------------------------------------------------------------------------------------------------------------------------------------------------------------------------------------------------------------------------------------------------------------------------------------------------------------------------------------------------------------------------------------------------------------------------------------------------------------------------------------------------------------------------------------------------------------------------------------------------------------------------------------------------------------------------------------------------------------------------------------------------------------------------------------------------------------------------------------------------------------------------------------------------------------------------------------------------------------------------------------------------------------------------------------------------------------------------------------------------------------------------------------------------------------------------------------------------------------------------------------------------------------------------------------------------------------------------------------------------------------------------------------------------------------------------------------------------------------------------------------------------------------------------------------------------------------------------------------------------------------------------------------------------------------------------------------------------------------------------------------------------------------------------------------------------------------------------------------------------------------------------------------------------------------------------------------------------------------------------------------------------------------------------------------------------------------------------------------------------------------------------------------------------------------------------------------------------------------------------------------------------------------------------------------------------------------------------------------------------------------------------------------------------------------------------------------------------------------------------------------------------------------------------------------------------------------------------------------------------------------------------------------------------------------------------------------------------------------------------------------------------------------------------------------------------------------------------------------------------------------------------------------------------------------------------------------------------------------------------------------------------------------------------------------------------------------------------------------------------------------------------------------------------------------------------------------------------------------------------------------------------------------------------------------------------------------------------------------------------------------------------------------------------------------------------------------------------------------------------------------------------------------------------------------------------------------------------------------------------------------------------------------------------------------------------------------------------------------------------------------------------------------------------------------------------------------------------------------------------------------------------------------------------------------------------------------------------------------------------------------------------------------------------------------------------------------------------------------------------------------------------------------------------------------------------------------------------------------------------------------------------------------------------------------------------------------------------------------------------------------------------------------------------------------------------------------------------------------------------------------------------------------------------------------------------------------------------------------------------------------------------------------------------------------------------------------------------------------------------------------------------------------------------------------------------------------------------------------------------------------------------------------------------------------------------------------------------------------------------------------------------------------------------------------------------------------------------------------------------------------------------------------------------------------------------------------------------------------------------------------------------------------------------------------------------------------------------------------------------------------------------------------------------------------------------------------------------------------------------------------------------------------------------------------------------------------------------------------------------------------------------------------------------------------------------------------------------------------------------------------------------------------------------------------------------------------------------------------------------------------------------------------------------------------------------------------------------------------------------------------------------------------------------------------------------------------------------------------------------------------------------------------------------------------------------------------------------------------------------------------------------------------------------------------------------------------------------------------------------------------------------------------------------------------------------------------------------------------------------------------------------------------------------------------------------------------------------------------------------------------------------------------------------------------------------------------------------------------------------------------------------------------------------------------------------------------------------------------------------------------------------------------------------------------------------------------------------------------------------------------------------------------------------------------------------------------------------------------------------------------------------------------------------------------------------------------------------------------------------------------------------------------------------------------------------------------------------------------------------------------------------------------------------------------------------------------------------------------------------------------------------------------------------------------------------------------------------------------------------------------------------------------------------------------------------------------------------------------------------------------------------------------------------------------------------------------------------------------------------------------------------------------------------------------------------------------------------------------------------------------------------------------------------------------------------------------------------------------------------------------------------------------------------------------------------------------------------------------------------------------------------------------------------------------------------------------------------------------------------------------------------------------------------------------------------------------------------------------------------------------------------------------------------------------------------------------------------------------------------------------------------------------------------------------------------------------------------------------------------------------------------------------------------------------------------------------------------------------------------------------------------------------------------------------------------------------------------------------------------------------------------------------------------------------------------------------------------------------------------------------------------------------------------------------------------------------------------------------------------------------------------------------------------------------------------------------------------------------------------------------------------------------------------------------------------------------------------------------------------------------------------------------------------------------------------------------------------------------------------------------------------------------------------------------------------------------------------------------------------------------------------------------------------------------------------------------------------------------------------------------------------------------------------------------------------------------------------------------------------------------------------------------------------------------------------------------------------------------------------------------------------------------------------------------------------------------------------------------------------------------------------------------------------------------------------------------------------------------------------------------------------------------------------------------------------------------------------------------------------------------------------------------------------------------------------------------------------------------------------------------------------------------------------------------------------------------------------------------------------------------------------------------------------------------------------------------------------------------------------------------------------------------------------------------------------------------------------------------------------------------------------------------------------------------------------------------------------------------------------------------------------------------------------------------------------------------------------------------------------------------------------------------------------------------------------------------------------------------------------------------------------------------------------------------------------------------------------------------------------------------------------------------------------------------------------------------------------------------------------------------------------------------------------------------------------------------------------------------------------------------------------------------------------------------------------------------------------------------------------------------------------------------------------------------------------------------------------------------------------------------------------------------------------------------------------------------------------------------------------------------------------------------------------------------------------------------------------------------------------------------------------------------------------------------------------------------------------------------------------------------------------------------------------------------------------------------------------------------------------------------------------------------------------------------------------------------------------------------------------------------------------------------------------------------------------------------------------------------------------------------------------------------------------------------------------------------------------------------------------------------------------------------------------------------------------------------------------------------------------------------------------------------------------------------------------------------------------------------------------------------------------------------------------------------------------------------------------------------------------------------------------------------------------------------------------------------------------------------------------------------------------------------------------------------------------------------------------------------------------------------------------------------------------------------------------------------------------------------------------------------------------------------------------------------------------------------------------------------------------------------------------------------------------------------------------------------------------------------------------------------------------------------------------------------------------------------------------------------------------------------------------------------------------------------------------------------------------------------------------------------------------------------------------------------------------------------------------------------------------------------------------------------------------------------------------------------------------------------------------------------------------------------------------------------------------------------------------------------------------------------------------------------------------------------------------------------------------------------------------------------------------------------------------------------------------------------------------------------------------------------------------------------------------------------------------------------------------------------------------------------------------------------------------------------------------------------------------------------------------------------------------------------------------------------------------------------------------------------------------------------------------------------------------------------------------------------------------------------------------------------------------------------------------------------------------------------------------------------------------------------------------------------------------------------------------------------------------------------------------------------------------------------------------------------------------------------------------------------------------------------------------------------------------------------------------------------------------------------------------------------------------------------------------------------------------------------------------------------------------------------------------------------------------------------------------------------------------------------------------------------------------------------------------------------------------------------------------------------------------------------------------------------------------------------------------------------------------------------------------------------------------------------------------------------------------------------------------------------------------------------------------------------------------------------------------------------------------------------------------------------------------------------------------------------------------------------------------------------------------------------------------------------------------------------------------------------------------------------------------------------------------------------------------------------------------------------------------------------------------------------------------------------------------------------------------------------------------------------------------------------------------------------------------------------------------------------------------------------------------------------------------------------------------------------------------------------------------------------------------------------------------------------------------------------------------------------------------------------------------------------------------------------------------------------------------------------------------------------------------------------------------------------------------------------------------------------------------------------------------------------------------------------------------------------------------------------------------------------------------------------------------------------------------------------------------------------------------------------------------------------------------------------------------------------------------------------------------------------------------------------------------------------------------------------------------------------------------------------------------------------------------------------------------------------------------------------------------------------------------------------------------------------------------------------------------------------------------------------------------------------------------------------------------------------------------------------------------------------------------------------------------------------------------------------------------------------------------------------------------------------------------------------------------------------------------------------------------------------------------------------------------------------------------------------------------------------------------------------------------------------------------------------------------------------------------------------------------------------------------------------------------------------------------------------------------------------------------------------------------------------------------------------------------------------------------------------------------------------------------------------------------------------------------------------------------------------------------------------------------------------------------------------------------------------------------------------------------------------------------------------------------------------------------------------------------------------------------------------------------------------------------------------------------------------------------------------------------------------------------------------------------------------------------------------------------------------------------------------------------------------------------------------------------------------------------------------------------------------------------------------------------------------------------------------------------------------------------------------------------------------------------------------------------------------------------------------------------------------------------------------------------------------------------------------------------------------------------------------------------------------------------------------------------------------------------------------------------------------------------------------------------------------------------------------------------------------------------------------------------------------------------------------------------------------------------------------------------------------------------------------------------------------------------------------------------------------------------------------------------------------------------------------------------------------------------------------------------------------------------------------------------------------------------------------------------------------------------------------------------------------------------------------------------------------------------------------------------------------------------------------------------------------------------------------------------------------------------------------------------------------------------------------------------------------------------------------------------------------------------------------------------------------------------------------------------------------------------------------------------------------------------------------------------------------------------------------------------------------------------------------------------------------------------------------------------------------------------------------------------------------------------------------------------------------------------------------------------------------------------------------------------------------------------------------------------------------------------------------------------------------------------------------------------------------------------------------------------------------------------------------------------------------------------------------------------------------------------------------------------------------------------------------------------------------------------------------------------------------------------------------------------------------------------------------------------------------------------------------------------------------------------------------------------------------------------------------------------------------------------------------------------------------------------------------------------------------------------------------------------------------------------------------------------------------------------------------------------------------------------------------------------------------------------------------------------------------------------------------------------------------------------------------------------------------------------------------------------------------------------------------------------------------------------------------------------------------------------------------------------------------------------------------------------------------------------------------------------------------------------------------------------------------------------------------------------------------------------------------------------------------------------------------------------------------------------------------------------------------------------------------------------------------------------------------------------------------------------------------------------------------------------------------------------------------------------------------------------------------------------------------------------------------------------------------------------------------------------------------------------------------------------------------------------------------------------------------------------------------------------------------------------------------------------------------------------------------------------------------------------------------------------------------------------------------------------------------------------------------------------------------------------------------------------------------------------------------------------------------------------------------------------------------------------------------------------------------------------------------------------------------------------------------------------------------------------------------------------------------------------------------------------------------------------------------------------------------------------------------------------------------------------------------------------------------------------------------------------------------------------------------------------------------------------------------------------------------------------------------------------------------------------------------------------------------------------------------------------------------------------------------------------------------------------------------------------------------------------------------------------------------------------------------------------------------------------------------------------------------------------------------------------------------------------------------------------------------------------------------------------------------------------------------------------------------------------------------------------------------------------------------------------------------------------------------------------------------------------------------------------------------------------------------------------------------------------------------------------------------------------------------------------------------------------------------------------------------------------------------------------------------------------------------------------------------------------------------------------------------------------------------------------------------------------------------------------------------------------------------------------------------------------------------------------------------------------------------------------------------------------------------------------------------------------------------------------------------------------------------------------------------------------------------------------------------------------------------------------------------------------------------------------------------------------------------------------------------------------------------------------------------------------------------------------------------------------------------------------------------------------------------------------------------------------------------------------------------------------------------------------------------------------------------------------------------------------------------------------------------------------------------------------------------------------------------------------------------------------------------------------------------------------------------------------------------------------------------------------------------------------------------------------------------------------------------------------------------------------------------------------------------------------------------------------------------------------------------------------------------------------------------------------------------------------------------------------------------------------------------------------------------------------------------------------------------------------------------------------------------------------------------------------------------------------------------------------------------------------------------------------------------------------------------------------------------------------------------------------------------------------------------------------------------------------------------------------------------------------------------------------------------------------------------------------------------------------------------------------------------------------------------------------------------------------------------------------------------------------------------------------------------------------------------------------------------------------------------------------------------------------------------------------------------------------------------------------------------------------------------------------------------------------------------------------------------------------------------------------------------------------------------------------------------------------------------------------------------------------------------------------------------------------------------------------------------------------------------------------------------------------------------------------------------------------------------------------------------------------------------------------------------------------------------------------------------------------------------------------------------------------------------------------------------------------------------------------------------------------------------------------------------------------------------------------------------------------------------------------------------------------------------------------------------------------------------------------------------------------------------------------------------------------------------------------------------------------------------------------------------------------------------------------------------------------------------------------------------------------------------------------------------------------------------------------------------------------------------------------------------------------------------------------------------------------------------------------------------------------------------------------------------------------------------------------------------------------------------------------------------------------------------------------------------------------------------------------------------------------------------------------------------------------------------------------------------------------------------------------------------------------------------------------------------------------------------------------------------------------------------------------------------------------------------------------------------------------------------------------------------------------------------------------------------------------------------------------------------------------------------------------------------------------------------------------------------------------------------------------------------------------------------------------------------------------------------------------------------------------------------------------------------------------------------------------------------------------------------------------------------------------------------------------------------------------------------------------------------------------------------------------------------------------------------------------------------------------------------------------------------------------------------------------------------------------------------------------------------------------------------------------------------------------------------------------------------------------------------------------------------------------------------------------------------------------------------------------------------------------------------------------------------------------------------------------------------------------------------------------------------------------------------------------------------------------------------------------------------------------------------------------------------------------------------------------------------------------------------------------------------------------------------------------------------------------------------------------------------------------------------------------------------------------------------------------------------------------------------------------------------------------------------------------------------------------------------------------------------------------------------------------------------------------------------------------------------------------------------------------------------------------------------------------------------------------------------------------------------------------------------------------------------------------------------------------------------------------------------------------------------------------------------------------------------------------------------------------------------------------------------------------------------------------------------------------------------------------------------------------------------------------------------------------------------------------------------------------------------------------------------------------------------------------------------------------------------------------------------------------------------------------------------------------------------------------------------------------------------------------------------------------------------------------------------------------------------------------------------------------------------------------------------------------------------------------------------------------------------------------------------------------------------------------------------------------------------------------------------------------------------------------------------------------------------------------------------------------------------------------------------------------------------------------------------------------------------------------------------------------------------------------------------------------------------------------------------------------------------------------------------------------------------------------------------------------------------------------------------------------------------------------------------------------------------------------------------------------------------------------------------------------------------------------------------------------------------------------------------------------------------------------------------------------------------------------------------------------------------------------------------------------------------------------------------------------------------------------------------------------------------------------------------------------------------------------------------------------------------------------------------------------------------------------------------------------------------------------------------------------------------------------------------------------------------------------------------------------------------------------------------------------------------------------------------------------------------------------------------------------------------------------------------------------------------------------------------------------------------------------------------------------------------------------------------------------------------------------------------------------------------------------------------------------------------------------------------------------------------------------------------------------------------------------------------------------------------------------------------------------------------------------------------------------------------------------------------------------------------------------------------------------------------------------------------------------------------------------------------------------------------------------------------------------------------------------------------------------------------------------------------------------------------------------------------------------------------------------------------------------------------------------------------------------------------------------------------------------------------------------------------------------------------------------------------------------------------------------------------------------------------------------------------------------------------------------------------------------------------------------------------------------------------------------------------------------------------------------------------------------------------------------------------------------------------------------------------------------------------------------------------------------------------------------------------------------------------------------------------------------------------------------------------------------------------------------------------------------------------------------------------------------------------------------------------------------------------------------------------------------------------------------------------------------------------------------------------------------------------------------------------------------------------------------------------------------------------------------------------------------------------------------------------------------------------------------------------------------------------------------------------------------------------------------------------------------------------------------------------------------------------------------------------------------------------------------------------------------------------------------------------------------------------------------------------------------------------------------------------------------------------------------------------------------------------------------------------------------------------------------------------------------------------------------------------------------------------------------------------------------------------------------------------------------------------------------------------------------------------------------------------------------------------------------------------------------------------------------------------------------------------------------------------------------------------------------------------------------------------------------------------------------------------------------------------------------------------------------------------------------------------------------------------------------------------------------------------------------------------------------------------------------------------------------------------------------------------------------------------------------------------------------------------------------------------------------------------------------------------------------------------------------------------------------------------------------------------------------------------------------------------------------------------------------------------------------------------------------------------------------------------------------------------------------------------------------------------------------------------------------------------------------------------------------------------------------------------------------------------------------------------------------------------------------------------------------------------------------------------------------------------------------------------------------------------------------------------------------------------------------------------------------------------------------------------------------------------------------------------------------------------------------------------------------------------------------------------------------------------------------------------------------------------------------------------------------------------------------------------------------------------------------------------------------------------------------------------------------------------------------------------------------------------------------------------------------------------------------------------------------------------------------------------------------------------------------------------------------------------------------------------------------------------------------------------------------------------------------------------------------------------------------------------------------------------------------------------------------------------------------------------------------------------------------------------------------------------------------------------------------------------------------------------------------------------------------------------------------------------------------------------------------------------------------------------------------------------------------------------------------------------------------------------------------------------------------------------------------------------------------------------------------------------------------------------------------------------------------------------------------------------------------------------------------------------------------------------------------------------------------------------------------------------------------------------------------------------------------------------------------------------------------------------------------------------------------------------------------------------------------------------------------------------------------------------------------------------------------------------------------------------------------------------------------------------------------------------------------------------------------------------------------------------------------------------------------------------------------------------------------------------------------------------------------------------------------------------------------------------------------------------------------------------------------------------------------------------------------------------------------------------------------------------------------------------------------------------------------------------------------------------------------------------------------------------------------------------------------------------------------------------------------------------------------------------------------------------------------------------------------------------------------------------------------------------------------------------------------------------------------------------------------------------------------------------------------------------------------------------------------------------------------------------------------------------------------------------------------------------------------------------------------------------------------------------------------------------------------------------------------------------------------------------------------------------------------------------------------------------------------------------------------------------------------------------------------------------------------------------------------------------------------------------------------------------------------------------------------------------------------------------------------------------------------------------------------------------------------------------------------------------------------------------------------------------------------------------------------------------------------------------------------------------------------------------------------------------------------------------------------------------------------------------------------------------------------------------------------------------------------------------------------------------------------------------------------------------------------------------------------------------------------------------------------------------------------------------------------------------------------------------------------------------------------------------------------------------------------------------------------------------------------------------------------------------------------------------------------------------------------------------------------------------------------------------------------------------------------------------------------------------------------------------------------------------------------------------------------------------------------------------------------------------------------------------------------------------------------------------------------------------------------------------------------------------------------------------------------------------------------------------------------------------------------------------------------------------------------------------------------------------------------------------------------------------------------------------------------------------------------------------------------------------------------------------------------------------------------------------------------------------------------------------------------------------------------------------------------------------------------------------------------------------------------------------------------------------------------------------------------------------------------------------------------------------                                                                                         Finanzamt München</w:t>
      </w:r>
    </w:p>
    <w:p>
      <w:r>
        <w:t>IDNr. Małżonek: 94 725 320 215</w:t>
      </w:r>
    </w:p>
    <w:p>
      <w:r>
        <w:t>Numer podatkowy: 181/439/13046</w:t>
      </w:r>
    </w:p>
    <w:p>
      <w:r>
        <w:t>(Prosimy podawać w zapytaniach)</w:t>
      </w:r>
    </w:p>
    <w:p>
      <w:r>
        <w:t>Data: 26.08.2026</w:t>
      </w:r>
    </w:p>
    <w:p/>
    <w:p>
      <w:r>
        <w:t>www.hr-finanzamt-muenchen.de</w:t>
      </w:r>
    </w:p>
    <w:p/>
    <w:p>
      <w:r>
        <w:t>Kasa Skarbowa</w:t>
      </w:r>
    </w:p>
    <w:p>
      <w:r>
        <w:t>Monachium</w:t>
      </w:r>
    </w:p>
    <w:p>
      <w:r>
        <w:t>94300 Deggendorf</w:t>
      </w:r>
    </w:p>
    <w:p>
      <w:r>
        <w:t>Skrytka pocztowa 1354</w:t>
      </w:r>
    </w:p>
    <w:p/>
    <w:p>
      <w:r>
        <w:t>FA Monachium, PF1346, 94453Deggendorf</w:t>
      </w:r>
    </w:p>
    <w:p/>
    <w:p>
      <w:r>
        <w:t>Państwu</w:t>
      </w:r>
    </w:p>
    <w:p>
      <w:r>
        <w:t>Jan Borowiec</w:t>
      </w:r>
    </w:p>
    <w:p>
      <w:r>
        <w:t>Anna Maria Lewandowska-Borowiec</w:t>
      </w:r>
    </w:p>
    <w:p>
      <w:r>
        <w:t>Musterweg 15</w:t>
      </w:r>
    </w:p>
    <w:p>
      <w:r>
        <w:t>85764 Oberschleißheim</w:t>
      </w:r>
    </w:p>
    <w:p/>
    <w:p>
      <w:r>
        <w:t>**Decyzja za 2025 rok**</w:t>
      </w:r>
    </w:p>
    <w:p>
      <w:r>
        <w:t>**w sprawie**</w:t>
      </w:r>
    </w:p>
    <w:p>
      <w:r>
        <w:t>**podatku dochodowego**</w:t>
      </w:r>
    </w:p>
    <w:p>
      <w:r>
        <w:t>**i dodatku solidarnościowego**</w:t>
      </w:r>
    </w:p>
    <w:p/>
    <w:p>
      <w:r>
        <w:t>**Ustalenie**</w:t>
      </w:r>
    </w:p>
    <w:p/>
    <w:p>
      <w:r>
        <w:t>**Rodzaj ustalenia podatku**</w:t>
      </w:r>
    </w:p>
    <w:p/>
    <w:p>
      <w:r>
        <w:t>Niniejsza decyzja jest częściowo tymczasowa zgodnie z § 165 ust. 1 zdanie 2 Ordynacji Podatkowej (AO).</w:t>
      </w:r>
    </w:p>
    <w:p/>
    <w:p>
      <w:r>
        <w:t>| | Podatek dochodowy € | Dodatek solidarnościowy € |</w:t>
      </w:r>
    </w:p>
    <w:p>
      <w:r>
        <w:t>|---|---|---|</w:t>
      </w:r>
    </w:p>
    <w:p>
      <w:r>
        <w:t>| **Ustalono** | 10.662,00 | 0,00 |</w:t>
      </w:r>
    </w:p>
    <w:p>
      <w:r>
        <w:t>| **pomniejszony o potrącenia od wynagrodzeń** | 11.234,00 | 0,00 |</w:t>
      </w:r>
    </w:p>
    <w:p>
      <w:r>
        <w:t>| **pozostały podatek** | -572,00 | 0,00 |</w:t>
      </w:r>
    </w:p>
    <w:p>
      <w:r>
        <w:t>| **Rozliczenie (stan na dzień 18.08.2026)** | | |</w:t>
      </w:r>
    </w:p>
    <w:p>
      <w:r>
        <w:t>| **już uregulowano** | 0,00 | 0,00 |</w:t>
      </w:r>
    </w:p>
    <w:p>
      <w:r>
        <w:t>| **tym samym nadpłacono** | 572,00 | 0,00 |</w:t>
      </w:r>
    </w:p>
    <w:p/>
    <w:p>
      <w:r>
        <w:t>Nadpłata w wysokości 572,00 € zostanie zwrócona na konto o numerze</w:t>
      </w:r>
    </w:p>
    <w:p>
      <w:r>
        <w:t>IBAN DE62XXXXXXXXXXXXXXXXXXXX4494 w Kpk München Starnbg Lbbg.</w:t>
      </w:r>
    </w:p>
    <w:p/>
    <w:p>
      <w:r>
        <w:t>---</w:t>
      </w:r>
    </w:p>
    <w:p>
      <w:r>
        <w:t>Nr formularza: 007945 G / 001229802 / 001867 - Kontynuacja na następnej stronie - Data 18.08.2026 EST 2025</w:t>
      </w:r>
    </w:p>
    <w:p>
      <w:r>
        <w:t>Strona 1 z 6</w:t>
      </w:r>
    </w:p>
    <w:p/>
    <w:p>
      <w:r>
        <w:t>**Godziny otwarcia:**</w:t>
      </w:r>
    </w:p>
    <w:p>
      <w:r>
        <w:t>Pon-Pt. 7:30-12:30</w:t>
      </w:r>
    </w:p>
    <w:p>
      <w:r>
        <w:t>Cz. 10:00-18:00</w:t>
      </w:r>
    </w:p>
    <w:p/>
    <w:p>
      <w:r>
        <w:t>**Więcej informacji**</w:t>
      </w:r>
    </w:p>
    <w:p>
      <w:r>
        <w:t>Więcej informacji w Internecie pod adresem</w:t>
      </w:r>
    </w:p>
    <w:p>
      <w:r>
        <w:t>www.finanzamt.bayern.de</w:t>
      </w:r>
    </w:p>
    <w:p/>
    <w:p>
      <w:r>
        <w:t>**Odbiorca płatności:** Wolny Kraj Bawarii</w:t>
      </w:r>
    </w:p>
    <w:p>
      <w:r>
        <w:t>**Dane bankowe:**</w:t>
      </w:r>
    </w:p>
    <w:p>
      <w:r>
        <w:t>IBAN: DE09 7000 0000 0070 0019 06, BIC: MARKDEF1700</w:t>
      </w:r>
    </w:p>
    <w:p>
      <w:r>
        <w:t>Sparkasse Straubing</w:t>
      </w:r>
    </w:p>
    <w:p>
      <w:r>
        <w:t>IBAN: DE37 7005 0000 0000 0249 62, BIC: BYLADEMMXXX</w:t>
      </w:r>
    </w:p>
    <w:p>
      <w:r>
        <w:t>HypoVereinsbank Regensburg</w:t>
      </w:r>
    </w:p>
    <w:p>
      <w:r>
        <w:t>IBAN: DE98 7002 0270 0000 0801 20, BIC: HYVEDEMMXXX</w:t>
      </w:r>
    </w:p>
    <w:p/>
    <w:p>
      <w:r>
        <w:t>---</w:t>
      </w:r>
    </w:p>
    <w:p/>
    <w:p>
      <w:r>
        <w:t>**Urząd Skarbowy w Monachium**</w:t>
      </w:r>
    </w:p>
    <w:p>
      <w:r>
        <w:t>Nr. Id. Małżonka: 94 725 320 215, Małżonka: 39 012 974 589, Numer podatkowy: 181/439/13046 Strona 2</w:t>
      </w:r>
    </w:p>
    <w:p>
      <w:r>
        <w:t>Decyzja za 2025 rok w sprawie podatku dochodowego i dodatku solidarnościowego</w:t>
      </w:r>
    </w:p>
    <w:p>
      <w:r>
        <w:t>z dnia 26.08.2026</w:t>
      </w:r>
    </w:p>
    <w:p/>
    <w:p>
      <w:r>
        <w:t>**Podstawy opodatkowania**</w:t>
      </w:r>
    </w:p>
    <w:p/>
    <w:p>
      <w:r>
        <w:t>**Obliczenie dochodu do opodatkowania**</w:t>
      </w:r>
    </w:p>
    <w:p/>
    <w:p>
      <w:r>
        <w:t>| | Małżonek € | Małżonka € | Razem € |</w:t>
      </w:r>
    </w:p>
    <w:p>
      <w:r>
        <w:t>| :----------------------------------------- | :--------- | :--------- | :---------- |</w:t>
      </w:r>
    </w:p>
    <w:p>
      <w:r>
        <w:t>| **Dochody z pracy najemnej** | | | |</w:t>
      </w:r>
    </w:p>
    <w:p>
      <w:r>
        <w:t>| Wynagrodzenie brutto | 48.876 | 40.422 | |</w:t>
      </w:r>
    </w:p>
    <w:p>
      <w:r>
        <w:t>| **Koszty uzyskania przychodu** | | | |</w:t>
      </w:r>
    </w:p>
    <w:p>
      <w:r>
        <w:t>| odliczone | 2.492 | 2.492 | |</w:t>
      </w:r>
    </w:p>
    <w:p>
      <w:r>
        <w:t>| w tym ryczałtowe koszty uzyskania przychodu | 2.492 | 1.230 | |</w:t>
      </w:r>
    </w:p>
    <w:p>
      <w:r>
        <w:t>| ryczałtowe koszty uzyskania przychodu | 0 | 0 | |</w:t>
      </w:r>
    </w:p>
    <w:p>
      <w:r>
        <w:t>| wydatki na reklamę | 256 | 256 | |</w:t>
      </w:r>
    </w:p>
    <w:p>
      <w:r>
        <w:t>| w tym ryczałtowe koszty uzyskania przychodu | 256 | 1.230 | |</w:t>
      </w:r>
    </w:p>
    <w:p>
      <w:r>
        <w:t>| ryczałt pracownika | 1.230 | | |</w:t>
      </w:r>
    </w:p>
    <w:p>
      <w:r>
        <w:t>| Koszty podwójnego prowadzenia gospodarstwa domowego | | | |</w:t>
      </w:r>
    </w:p>
    <w:p>
      <w:r>
        <w:t>| Droga do pracy | | | |</w:t>
      </w:r>
    </w:p>
    <w:p>
      <w:r>
        <w:t>| Droga do pracy - pierwsze miejsce zatrudnienia | | | |</w:t>
      </w:r>
    </w:p>
    <w:p>
      <w:r>
        <w:t>| Droga do pracy | 1.230 | | |</w:t>
      </w:r>
    </w:p>
    <w:p>
      <w:r>
        <w:t>| Droga do pracy (kilometraż) | 1.230 | | |</w:t>
      </w:r>
    </w:p>
    <w:p>
      <w:r>
        <w:t>| Droga z innymi środkami transportu | 0 | | |</w:t>
      </w:r>
    </w:p>
    <w:p>
      <w:r>
        <w:t>| Drogowe (kilometry) | 0 | | |</w:t>
      </w:r>
    </w:p>
    <w:p>
      <w:r>
        <w:t>| ryczałt odległości | 330 | | |</w:t>
      </w:r>
    </w:p>
    <w:p>
      <w:r>
        <w:t>| ryczałt za podróże służbowe | 330 | | |</w:t>
      </w:r>
    </w:p>
    <w:p>
      <w:r>
        <w:t>| ryczałt dla GPNV | 330 | | |</w:t>
      </w:r>
    </w:p>
    <w:p>
      <w:r>
        <w:t>| do uwzględnienia | 488 | | |</w:t>
      </w:r>
    </w:p>
    <w:p>
      <w:r>
        <w:t>| do uwzględnienia | 488 | | |</w:t>
      </w:r>
    </w:p>
    <w:p>
      <w:r>
        <w:t>| ryczałt za wynajem | 488 | | |</w:t>
      </w:r>
    </w:p>
    <w:p>
      <w:r>
        <w:t>| Wydatki na pracę | 0 | 488 | |</w:t>
      </w:r>
    </w:p>
    <w:p>
      <w:r>
        <w:t>| w tym ryczałt za wynajem | 0 | 317 | |</w:t>
      </w:r>
    </w:p>
    <w:p>
      <w:r>
        <w:t>| w tym ryczałt za wynajem | 0 | 694 | |</w:t>
      </w:r>
    </w:p>
    <w:p>
      <w:r>
        <w:t>| inne koszty uzyskania przychodu | 0 | 497 | |</w:t>
      </w:r>
    </w:p>
    <w:p>
      <w:r>
        <w:t>| **Dochody** | **47.646** | **38.460** | |</w:t>
      </w:r>
    </w:p>
    <w:p>
      <w:r>
        <w:t>| **Suma dochodów** | **47.646** | **38.460** | **86.106** |</w:t>
      </w:r>
    </w:p>
    <w:p>
      <w:r>
        <w:t>| **Całkowita kwota dochodów** | **47.646** | **38.460** | **86.106** |</w:t>
      </w:r>
    </w:p>
    <w:p/>
    <w:p>
      <w:r>
        <w:t>**od ograniczenie odliczane wydatki specjalne**</w:t>
      </w:r>
    </w:p>
    <w:p/>
    <w:p>
      <w:r>
        <w:t>| | Mąż € | Małżonka € | Razem € |</w:t>
      </w:r>
    </w:p>
    <w:p>
      <w:r>
        <w:t>| :------------------------------------------------ | :--------- | :--------- | :---------- |</w:t>
      </w:r>
    </w:p>
    <w:p>
      <w:r>
        <w:t>| **Suma wydatków na zabezpieczenie emerytalne** | | | |</w:t>
      </w:r>
    </w:p>
    <w:p>
      <w:r>
        <w:t>| w tym składki na ustawowe ubezpieczenie emerytalne | 16.610 | | |</w:t>
      </w:r>
    </w:p>
    <w:p>
      <w:r>
        <w:t>| pozostałe | 8.306 | 8.306 | |</w:t>
      </w:r>
    </w:p>
    <w:p>
      <w:r>
        <w:t>| **pozostaje** | 8.306 | | |</w:t>
      </w:r>
    </w:p>
    <w:p>
      <w:r>
        <w:t>| **Składki na ubezpieczenie zdrowotne** | | | |</w:t>
      </w:r>
    </w:p>
    <w:p>
      <w:r>
        <w:t>| - Mąż | 4.226 | | |</w:t>
      </w:r>
    </w:p>
    <w:p>
      <w:r>
        <w:t>| - Małżonka | 3.095 | | |</w:t>
      </w:r>
    </w:p>
    <w:p>
      <w:r>
        <w:t>| **Suma składek na ubezpieczenie zdrowotne** | 7.721 | 7.721 | |</w:t>
      </w:r>
    </w:p>
    <w:p>
      <w:r>
        <w:t>| pomniejszone o dodatek zgodnie z § 10 ust. 1 pkt 3 | | 308 | |</w:t>
      </w:r>
    </w:p>
    <w:p>
      <w:r>
        <w:t>| **pozostaje** | | **7.413** | |</w:t>
      </w:r>
    </w:p>
    <w:p>
      <w:r>
        <w:t>| **Składki na ubezpieczenie pielęgnacyjne** | | | |</w:t>
      </w:r>
    </w:p>
    <w:p>
      <w:r>
        <w:t>| - Mąż | 1.174 | | |</w:t>
      </w:r>
    </w:p>
    <w:p>
      <w:r>
        <w:t>| - Małżonka | 971 | | |</w:t>
      </w:r>
    </w:p>
    <w:p>
      <w:r>
        <w:t>| **Suma składek na ubezpieczenie pielęgnacyjne** | 2.145 | 2.145 | |</w:t>
      </w:r>
    </w:p>
    <w:p>
      <w:r>
        <w:t>| **Suma składek zgodnie z § 10 ust. 1 nr 3 EStG** | **9.558** | **9.558** | |</w:t>
      </w:r>
    </w:p>
    <w:p>
      <w:r>
        <w:t>| **Suma odliczanych wydatków na zabezpieczenie emerytalne** | | **17.864** | **17.864** |</w:t>
      </w:r>
    </w:p>
    <w:p/>
    <w:p>
      <w:r>
        <w:t>**Nieograniczenie odliczane wydatki specjalne**</w:t>
      </w:r>
    </w:p>
    <w:p/>
    <w:p>
      <w:r>
        <w:t>| | Mąż € | Małżonka € | Razem € |</w:t>
      </w:r>
    </w:p>
    <w:p>
      <w:r>
        <w:t>| :-------------------------------------------------- | :--------- | :--------- | :---------- |</w:t>
      </w:r>
    </w:p>
    <w:p>
      <w:r>
        <w:t>| zapłacony podatek kościelny | 899 | | |</w:t>
      </w:r>
    </w:p>
    <w:p>
      <w:r>
        <w:t>| odliczany podatek kościelny | 55 | 844 | |</w:t>
      </w:r>
    </w:p>
    <w:p>
      <w:r>
        <w:t>| **Suma nieograniczenie odliczanych wydatków specjalnych** | | **844** | **844** |</w:t>
      </w:r>
    </w:p>
    <w:p/>
    <w:p>
      <w:r>
        <w:t>**Dochód / Dochód do opodatkowania** | **67.398** |</w:t>
      </w:r>
    </w:p>
    <w:p/>
    <w:p>
      <w:r>
        <w:t>---</w:t>
      </w:r>
    </w:p>
    <w:p/>
    <w:p>
      <w:r>
        <w:t>**Urząd Skarbowy w Monachium**</w:t>
      </w:r>
    </w:p>
    <w:p>
      <w:r>
        <w:t>Nr. Id. Małżonka: 94 725 320 215, Małżonka: 39 012 974 589, Numer podatkowy: 181/439/13046 Strona 3</w:t>
      </w:r>
    </w:p>
    <w:p>
      <w:r>
        <w:t>Decyzja za 2025 rok w sprawie podatku dochodowego i dodatku solidarnościowego</w:t>
      </w:r>
    </w:p>
    <w:p>
      <w:r>
        <w:t>z dnia 26.08.2026</w:t>
      </w:r>
    </w:p>
    <w:p/>
    <w:p>
      <w:r>
        <w:t>**Obliczenie podatku**</w:t>
      </w:r>
    </w:p>
    <w:p/>
    <w:p>
      <w:r>
        <w:t>| | € |</w:t>
      </w:r>
    </w:p>
    <w:p>
      <w:r>
        <w:t>| :------------------------------------------------------------------------------- | :--------- |</w:t>
      </w:r>
    </w:p>
    <w:p>
      <w:r>
        <w:t>| **do opodatkowania według** | |</w:t>
      </w:r>
    </w:p>
    <w:p>
      <w:r>
        <w:t>| - Tabela Split | 67.398 |</w:t>
      </w:r>
    </w:p>
    <w:p>
      <w:r>
        <w:t>| **Po odliczeniu ulgi na usługi związane z gospodarstwem domowym** | |</w:t>
      </w:r>
    </w:p>
    <w:p>
      <w:r>
        <w:t>| **Podatek dochodowy do ustalenia** | 10.756 |</w:t>
      </w:r>
    </w:p>
    <w:p>
      <w:r>
        <w:t>| | 94 |</w:t>
      </w:r>
    </w:p>
    <w:p>
      <w:r>
        <w:t>| **Ustalony podatek dochodowy** | **10.662** |</w:t>
      </w:r>
    </w:p>
    <w:p/>
    <w:p>
      <w:r>
        <w:t>**Obliczenie dodatku solidarnościowego**</w:t>
      </w:r>
    </w:p>
    <w:p/>
    <w:p>
      <w:r>
        <w:t>| | € |</w:t>
      </w:r>
    </w:p>
    <w:p>
      <w:r>
        <w:t>| :----------------------------------------------------------------------------------------------------------- | :--------- |</w:t>
      </w:r>
    </w:p>
    <w:p>
      <w:r>
        <w:t>| **Podatek dochodowy** | 10.662,00 |</w:t>
      </w:r>
    </w:p>
    <w:p>
      <w:r>
        <w:t>| **Podstawa wymiaru** | 10.662,00 |</w:t>
      </w:r>
    </w:p>
    <w:p>
      <w:r>
        <w:t>| **Kwota wolna od podatku** | 59.900,00 |</w:t>
      </w:r>
    </w:p>
    <w:p>
      <w:r>
        <w:t>| **Podstawa wymiaru z uwzględnieniem kwoty wolnej od podatku** | 0,00 |</w:t>
      </w:r>
    </w:p>
    <w:p>
      <w:r>
        <w:t>| **w tym 5,5 % dodatku solidarnościowego** | 0,00 |</w:t>
      </w:r>
    </w:p>
    <w:p>
      <w:r>
        <w:t>| **Dodatek solidarnościowy do ustalenia** | **0,00** |</w:t>
      </w:r>
    </w:p>
    <w:p/>
    <w:p>
      <w:r>
        <w:t>**Ustalenie podstawy wymiaru dla podatku kościelnego**</w:t>
      </w:r>
    </w:p>
    <w:p/>
    <w:p>
      <w:r>
        <w:t>| | € |</w:t>
      </w:r>
    </w:p>
    <w:p>
      <w:r>
        <w:t>| :----------------------------------------------------- | :--------- |</w:t>
      </w:r>
    </w:p>
    <w:p>
      <w:r>
        <w:t>| **Ustalony podatek dochodowy** | 10.662,00 |</w:t>
      </w:r>
    </w:p>
    <w:p/>
    <w:p>
      <w:r>
        <w:t>**Objaśnienia do wymiaru**</w:t>
      </w:r>
    </w:p>
    <w:p/>
    <w:p>
      <w:r>
        <w:t>Państwa podatek kościelny ustalony na podstawie niniejszej decyzji wynosi 55 €. Kwota ta została już uwzględniona przy obliczaniu Państwa wydatków specjalnych.</w:t>
      </w:r>
    </w:p>
    <w:p/>
    <w:p>
      <w:r>
        <w:t>Mąż (Jan) wykazał wydatki na reklamę w swoich dochodach z pracy najemnej (wynagrodzenie). Ponieważ ryczałt na wydatki na reklamę w wysokości 1230 € został już wyczerpany, nie uwzględniono już żadnych uznanych wydatków na reklamę.</w:t>
      </w:r>
    </w:p>
    <w:p/>
    <w:p>
      <w:r>
        <w:t>Najwyższa kwota do uwzględnienia dla pozostałych wydatków na zabezpieczenie emerytalne (składek na ubezpieczenie zdrowotne i ustawowe ubezpieczenie pielęgnacyjne, składki na ubezpieczenie od utraty pracy, składki na ubezpieczenie od odpowiedzialności cywilnej i wypadków) nie została w pełni wykorzystana. (Nowa regulacja poprzez Ustawę o ulgach w składkach na ustawowe ubezpieczenie zdrowotne z 16.7.2009, Bundesgesetzblatt I str. 1774).</w:t>
      </w:r>
    </w:p>
    <w:p/>
    <w:p>
      <w:r>
        <w:t>Przy wszystkich ulgach podatkowych w przypadku ulg na usługi związane z gospodarstwem domowym i innych wydatków specjalnych (np. darowizn i składek na ubezpieczenie od odpowiedzialności cywilnej i wypadków), które zostały uwzględnione, należy pamiętać, że ulgi zostaną przyznane tylko w wysokości 20% wydatków, maksymalnie do 469 €.</w:t>
      </w:r>
    </w:p>
    <w:p/>
    <w:p>
      <w:r>
        <w:t>Jeśli uważają Państwo, że decyzja zawiera błędy, mogą Państwo wnieść odwołanie. Odwołanie należy wnieść na piśmie lub ustnie do protokołu do Urzędu Skarbowego w Monachium. Istnieje również możliwość złożenia odwołania w formie elektronicznej, podpisane podpisem elektronicznym, jeśli dane zostały przekazane przez oficjalną platformę internetową (np. ELSTER, patrz § 87a ust. 4 Ordynacji Podatkowej). W przypadku decyzji wydawanych w formie elektronicznej lub w postaci zwykłego wydruku papierowego, który nie posiada podpisu elektronicznego, można wnieść odwołanie za pomocą środków komunikacji elektronicznej. Proszę jednak pamiętać, że w przypadku złożenia odwołania w formie elektronicznej konieczne jest spełnienie wymagań wynikających z art. 3a i 87a Ordynacji Podatkowej oraz 147a i 147b Ordynacji Podatkowej oraz § 14b Rozporządzenia wykonawczego do Ordynacji Podatkowej.</w:t>
      </w:r>
    </w:p>
    <w:p/>
    <w:p>
      <w:r>
        <w:t>Wynik przetwarzania leży u podstaw elektronicznego przekazywania Państwa danych.</w:t>
      </w:r>
    </w:p>
    <w:p/>
    <w:p>
      <w:r>
        <w:t>---</w:t>
      </w:r>
    </w:p>
    <w:p/>
    <w:p>
      <w:r>
        <w:t>**Urząd Skarbowy w Monachium**</w:t>
      </w:r>
    </w:p>
    <w:p>
      <w:r>
        <w:t>Nr. Id. Małżonka: 94 725 320 215, Małżonka: 39 012 974 589, Numer podatkowy: 181/439/13046 Strona 4</w:t>
      </w:r>
    </w:p>
    <w:p>
      <w:r>
        <w:t>Decyzja za 2025 rok w sprawie podatku dochodowego i dodatku solidarnościowego</w:t>
      </w:r>
    </w:p>
    <w:p>
      <w:r>
        <w:t>z dnia 26.08.2026</w:t>
      </w:r>
    </w:p>
    <w:p/>
    <w:p>
      <w:r>
        <w:t>Niniejsze ustalenie zostało dokonane na podstawie Państwa danych, które zostały mi przesłane w uwierzytelnionej formie dnia 07.08.2026 o godzinie 15:05:26.</w:t>
      </w:r>
    </w:p>
    <w:p/>
    <w:p>
      <w:r>
        <w:t>Państwa decyzja podatkowa służy również jako dowód do innych celów (np. do wniosku o zasiłek wychowawczy / rodzicielski / zasiłek na dziecko, świadczenia mieszkaniowe).</w:t>
      </w:r>
    </w:p>
    <w:p/>
    <w:p>
      <w:r>
        <w:t>Jeśli chcą Państwo skorzystać z poprzednich świadczeń VAT, mogą to Państwo zrobić do 31.12.2027. W takim przypadku proszę przekazać swoje dane pracodawcy. Pracodawca otrzyma informację o danych, którą będzie mógł Państwu przekazać. Urząd skarbowy udostępnił Państwa dane drogą elektroniczną.</w:t>
      </w:r>
    </w:p>
    <w:p/>
    <w:p>
      <w:r>
        <w:t>Ustalenie podatku dochodowego i dodatku solidarnościowego jest tymczasowe na podstawie § 165 ust. 1 zdanie 2 Ordynacji Podatkowej (AO) ze względu na bieżące rozstrzygnięcie dotyczące wstrzymania wykonania i rozstrzygnięcia dotyczącego zakresu normatywnego § 3 ust. 3 ust. 3 zdanie 2 i § 33a ust. 1 zdanie 2 ustawy o podatku dochodowym (EStG).</w:t>
      </w:r>
    </w:p>
    <w:p/>
    <w:p>
      <w:r>
        <w:t>Tymczasowe ustalenie dotyczy rozstrzygnięcia Federalnego Trybunału Konstytucyjnego w sprawie zgodności z konstytucją wykluczenia odliczenia kosztów utrzymania podwójnego gospodarstwa domowego (§ 9 ust. 1 zdanie 3 pkt 5 EStG) w przypadku podjęcia pierwszej pracy, Federalny Trybunał Finansowy (BVerfG, postanowienie z dnia 30. września 2010 r. - 2 BvR 2011/07). Rozstrzygnięcie Federalnego Trybunału Konstytucyjnego jest nadal w toku. Rozstrzygnięcie Federalnego Trybunału Finansowego jest nadal w toku. Tymczasowe ustalenie uwzględnia toczące się postępowanie przeciwko normie prawnej. O ile rozstrzygnięcie w toczącym się postępowaniu jest dla Państwa korzystne, decyzja zostanie odpowiednio skorygowana; o ile jest niekorzystne, pozostaje ona bez zmian.</w:t>
      </w:r>
    </w:p>
    <w:p>
      <w:r>
        <w:t>Ponadto niniejsze ustalenie jest tymczasowe ze względu na toczące się postępowanie przed Federalnym Trybunałem Finansowym dotyczące zgodności z konstytucją wykluczenia kosztów wyżywienia przy podwójnym prowadzeniu gospodarstwa domowego (§ 9 ust. 4 zdanie 5a ust. 1 EStG), o ile toczy się postępowanie w sprawie uchylenia lub zmiany przepisów, odwołanie jest zbędne.</w:t>
      </w:r>
    </w:p>
    <w:p/>
    <w:p>
      <w:r>
        <w:t>**Pouczenie o środkach zaskarżenia**</w:t>
      </w:r>
    </w:p>
    <w:p/>
    <w:p>
      <w:r>
        <w:t>Decyzję w sprawie podatku dochodowego i dodatku solidarnościowego można zaskarżyć.</w:t>
      </w:r>
    </w:p>
    <w:p/>
    <w:p>
      <w:r>
        <w:t>Odwołanie należy wnieść pisemnie lub ustnie do protokołu w wyżej wymienionym Urzędzie Skarbowym / niniejszą decyzję można wnieść drogą elektroniczną lub przesłać do Urzędu Skarbowego za pośrednictwem adresu internetowego.</w:t>
      </w:r>
    </w:p>
    <w:p/>
    <w:p>
      <w:r>
        <w:t>Przed złożeniem odwołania należy szczegółowo rozważyć, czy zaskarżana decyzja jest obiektywnie nieprawidłowa i czy istnieje interes prawny w jej zmianie, czy też uzyskaniu ponownej rewizji lub decyzji o braku zaskarżenia. Odwołanie jest środkiem prawnym tylko przeciwko błędnej decyzji. Nie przysługuje ono, jeśli chcą Państwo otrzymać jedynie inną formę decyzji.</w:t>
      </w:r>
    </w:p>
    <w:p/>
    <w:p>
      <w:r>
        <w:t>Wniesienie odwołania jest płatne. Należy pamiętać, że za każdą nieudaną rewizję zostanie pobrana opłata.</w:t>
      </w:r>
    </w:p>
    <w:p/>
    <w:p>
      <w:r>
        <w:t>Odwołanie należy wnieść w ciągu jednego miesiąca od doręczenia niniejszej decyzji. Odwołanie uważa się za wniesione w dniu, w którym wpłynie do Urzędu Skarbowego. Jeśli termin na wniesienie odwołania upływa w sobotę, niedzielę lub święto ustawowe, termin upływa w następny dzień roboczy.</w:t>
      </w:r>
    </w:p>
    <w:p/>
    <w:p>
      <w:r>
        <w:t>Wniesienie odwołania nie wstrzymuje wykonania decyzji. Oznacza to, że podatek ustalony w decyzji staje się wymagalny w terminie określonym w decyzji. Na wniosek Urząd Skarbowy może wstrzymać wykonanie decyzji, jeśli istnieją poważne wątpliwości co do zgodności z prawem zaskarżonej decyzji lub jeśli wykonanie decyzji wiązałoby się dla Państwa z poważnymi szkodami.</w:t>
      </w:r>
    </w:p>
    <w:p/>
    <w:p>
      <w:r>
        <w:t>Odwołanie w sprawie ustalenia podstawy wymiaru dla podatku kościelnego można wnieść tylko wobec Urzędu Skarbowego.</w:t>
      </w:r>
    </w:p>
    <w:p/>
    <w:p>
      <w:r>
        <w:t>Aby złożyć odwołanie, proszę podać:</w:t>
      </w:r>
    </w:p>
    <w:p>
      <w:r>
        <w:t>- Państwa imię i nazwisko, adres, numer podatkowy,</w:t>
      </w:r>
    </w:p>
    <w:p>
      <w:r>
        <w:t>- powód, dla którego zaskarżają Państwo decyzję,</w:t>
      </w:r>
    </w:p>
    <w:p>
      <w:r>
        <w:t>- czy odwołanie ma zostać wysłane pocztą, czy w formie elektronicznej (jeśli istnieje możliwość komunikacji elektronicznej).</w:t>
      </w:r>
    </w:p>
    <w:p/>
    <w:p>
      <w:r>
        <w:t>---</w:t>
      </w:r>
    </w:p>
    <w:p/>
    <w:p>
      <w:r>
        <w:t>**Urząd Skarbowy w Monachium**</w:t>
      </w:r>
    </w:p>
    <w:p>
      <w:r>
        <w:t>Nr. Id. Małżonka: 94 725 320 215, Małżonka: 39 012 974 589, Numer podatkowy: 181/439/13046 Strona 5</w:t>
      </w:r>
    </w:p>
    <w:p>
      <w:r>
        <w:t>Decyzja za 2025 rok w sprawie podatku dochodowego i dodatku solidarnościowego</w:t>
      </w:r>
    </w:p>
    <w:p>
      <w:r>
        <w:t>z dnia 26.08.2026</w:t>
      </w:r>
    </w:p>
    <w:p/>
    <w:p>
      <w:r>
        <w:t>**Podatek kościelny**</w:t>
      </w:r>
    </w:p>
    <w:p/>
    <w:p>
      <w:r>
        <w:t>Podatek kościelny jest ustalany i rozliczany oddzielnie przez właściwy urząd skarbowy kościelny.</w:t>
      </w:r>
    </w:p>
    <w:p/>
    <w:p>
      <w:r>
        <w:t>**Informacja o ochronie danych**</w:t>
      </w:r>
    </w:p>
    <w:p/>
    <w:p>
      <w:r>
        <w:t>Informacje o przetwarzaniu Państwa danych osobowych w Urzędzie Skarbowym i Państwa prawach wynikających z Ogólnego Rozporządzenia o Ochronie Danych (RODO), a także informacje o Państwa osobach kontaktowych w sprawach ochrony danych znajdą Państwo w broszurze informacyjnej o ochronie danych, która jest dostępna w każdym Urzędzie Skarbowym lub którą można pobrać pod adresem www.finanzamt.bayern.de (w dziale „Ochrona danych”).</w:t>
      </w:r>
    </w:p>
    <w:p/>
    <w:p>
      <w:r>
        <w:t>(Logo Urzędu Skarbowego Bawarii)</w:t>
      </w:r>
    </w:p>
    <w:p/>
    <w:p>
      <w:r>
        <w:t>---</w:t>
      </w:r>
    </w:p>
    <w:p>
      <w:r>
        <w:t>Form.Nr. 007947 G / 001229802 / 001867 - Kontynuacja na następnej stronie - Rt. 18.08.2026 EST 2025</w:t>
      </w:r>
    </w:p>
    <w:p>
      <w:r>
        <w:t>Strona 6 z 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