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SZKOŁA PODSTAWOWA</w:t>
      </w:r>
    </w:p>
    <w:p>
      <w:r>
        <w:t>im.Stanisława i Janka Bytnarów</w:t>
      </w:r>
    </w:p>
    <w:p>
      <w:r>
        <w:t>w Ostrowie</w:t>
      </w:r>
    </w:p>
    <w:p>
      <w:r>
        <w:t>37-207 Gać, Tel. (16) 641-14-22</w:t>
      </w:r>
    </w:p>
    <w:p>
      <w:r>
        <w:t>REGON 001249150 NIP 794-162-38-95</w:t>
      </w:r>
    </w:p>
    <w:p/>
    <w:p>
      <w:r>
        <w:t>BESCHEINIGUNG</w:t>
      </w:r>
    </w:p>
    <w:p/>
    <w:p>
      <w:r>
        <w:t>Ostrów, 09.09.2026</w:t>
      </w:r>
    </w:p>
    <w:p/>
    <w:p>
      <w:r>
        <w:t>Hiermit wird bescheinigt, dass Oliwier Panasiuk, wohnhaft 37-207 Ostrów, im aktuellen Schuljahr 2026/2027 die Vorschulklasse der Grundschule benannt nach Stanisław und Janek Bytnar in Ostrów, 37-207 Ostrów 5a, besucht.</w:t>
      </w:r>
    </w:p>
    <w:p/>
    <w:p>
      <w:r>
        <w:t>SCHULLEITERIN</w:t>
      </w:r>
    </w:p>
    <w:p>
      <w:r>
        <w:t>mgr Bożena Szczepankiewicz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