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Die Sobieski-Linde (Sommerlinde) aus dem Park am Lubomirski-Palast in Przeworsk wurde im Wettbewerb des Gaja-Clubs zum polnischen Baum des Jahres 2026 gewählt. Das geschätzte Alter des Baumes (ca. 340 Jahre) und seine Maße (25 m Höhe, 25 m Kronendurchmesser, fast 700 cm Stammumfang) bestätigen die lokale Legende, wonach König Johann III. Sobieski sie persönlich bei einem Besuch der Stadt im Juni 1687 pflanzte.</w:t>
      </w:r>
    </w:p>
    <w:p/>
    <w:p>
      <w:r>
        <w:t>Der Baum ist ein Relikt einer altpolnischen Gartenanlage, die in den Park aus dem 19. Jahrhundert integriert wurde. Die Fürsten Lubomirski, die Erinnerungsstücke des Königs sammelten, umgaben sie mit besonderer Pflege – neben ihr wurde eine Büste Sobieskis aufgestellt. Im Jahr 2024 wurde unter dem Baum eine Denkmalbank für Fürst Andrzej Lubomirski platziert.</w:t>
      </w:r>
    </w:p>
    <w:p/>
    <w:p>
      <w:r>
        <w:t>Sie ist eines von 64 Naturdenkmälern und über 300 Linden im Park sowie ein wertvoller Mikrohabitat für Vögel, Insekten und Säugetiere. Der Baum ist ein Schlüsselelement der Identität des Museums in Przeworsk (er ist in seinem Logo enthalten), und seine Umgebung ist ein Ort für kulturelle Veranstaltungen. Wir laden Sie ein, Przeworsk zu besuchen und sein lokales natur- und kulturhistorisches Erbe kennenzulernen.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