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AORN S.ANNA I S.SEBASTIANO W CASERCIE</w:t>
      </w:r>
    </w:p>
    <w:p>
      <w:r>
        <w:t>Via Palasciano - 81100 CASERTA</w:t>
      </w:r>
    </w:p>
    <w:p>
      <w:r>
        <w:t>81100 CASERTA</w:t>
      </w:r>
    </w:p>
    <w:p>
      <w:r>
        <w:t>UOC ORTOPEDIA I TRAUMATOLOGIA</w:t>
      </w:r>
    </w:p>
    <w:p>
      <w:r>
        <w:t>Szpital Wojewódzki</w:t>
      </w:r>
    </w:p>
    <w:p>
      <w:r>
        <w:t>w Casercie</w:t>
      </w:r>
    </w:p>
    <w:p>
      <w:r>
        <w:t>Sant'Anna</w:t>
      </w:r>
    </w:p>
    <w:p>
      <w:r>
        <w:t>i San Sebastiano</w:t>
      </w:r>
    </w:p>
    <w:p>
      <w:r>
        <w:t>o znaczeniu krajowym</w:t>
      </w:r>
    </w:p>
    <w:p>
      <w:r>
        <w:t>SKIEROWANIE NA KONSULTACJĘ</w:t>
      </w:r>
    </w:p>
    <w:p/>
    <w:p>
      <w:r>
        <w:t>KARTA NR 20260045224</w:t>
      </w:r>
    </w:p>
    <w:p>
      <w:r>
        <w:t>6aa111ed88fad0fb40d91841</w:t>
      </w:r>
    </w:p>
    <w:p/>
    <w:p>
      <w:r>
        <w:t>Nazwisko: KASPEREK</w:t>
      </w:r>
    </w:p>
    <w:p>
      <w:r>
        <w:t>Imię: FILIP MACIEJ</w:t>
      </w:r>
    </w:p>
    <w:p>
      <w:r>
        <w:t>Data Urodzenia: 24/02/1998</w:t>
      </w:r>
    </w:p>
    <w:p/>
    <w:p>
      <w:r>
        <w:t>Konsultacja: KONSULTACJA ORTOPEDYCZNA 89010055</w:t>
      </w:r>
    </w:p>
    <w:p>
      <w:r>
        <w:t>z dnia 09/09/2026 09:18</w:t>
      </w:r>
    </w:p>
    <w:p>
      <w:r>
        <w:t>z PRZYJĘCIA NA ODDZIAŁ RATUNKOWY 9999</w:t>
      </w:r>
    </w:p>
    <w:p>
      <w:r>
        <w:t>zlecający FEDERICA VITALE</w:t>
      </w:r>
    </w:p>
    <w:p/>
    <w:p>
      <w:r>
        <w:t>Pytanie: (89010055 - KONSULTACJA ORTOPEDYCZNA) - PYTANIE: Złożone złamanie podstawy V kości śródstopia;</w:t>
      </w:r>
    </w:p>
    <w:p>
      <w:r>
        <w:t>Sposób realizacji Konsultacji: wizyta osobista</w:t>
      </w:r>
    </w:p>
    <w:p/>
    <w:p>
      <w:r>
        <w:t>Raport:</w:t>
      </w:r>
    </w:p>
    <w:p>
      <w:r>
        <w:t>ZŁOŻONE ZŁAMANIE PODSTAWY V KOŚCI ŚRÓDSTOPIA LEWEJ</w:t>
      </w:r>
    </w:p>
    <w:p>
      <w:r>
        <w:t>ZNACZNY OBRZĘK</w:t>
      </w:r>
    </w:p>
    <w:p>
      <w:r>
        <w:t>SZNA GIPSOWA NA 30 DNI</w:t>
      </w:r>
    </w:p>
    <w:p>
      <w:r>
        <w:t>KOŃCZYNA ODCIĄŻONA</w:t>
      </w:r>
    </w:p>
    <w:p>
      <w:r>
        <w:t>GHEMAXAN 4000 1 F S.C. /DZIENNIE PRZEZ 30 DNI</w:t>
      </w:r>
    </w:p>
    <w:p>
      <w:r>
        <w:t>OSŁONA ŻOŁĄDKA</w:t>
      </w:r>
    </w:p>
    <w:p>
      <w:r>
        <w:t>LEK PRZECIWBÓLOWY</w:t>
      </w:r>
    </w:p>
    <w:p>
      <w:r>
        <w:t>KONTROLA ZAPLANOWANA NA 30 DNI W CELU USUNIĘCIA GIPSU, RTG I KONTROLI ORTOPEDYCZNEJ</w:t>
      </w:r>
    </w:p>
    <w:p/>
    <w:p>
      <w:r>
        <w:t>Raport z dnia: 09/09/2026 09:57</w:t>
      </w:r>
    </w:p>
    <w:p>
      <w:r>
        <w:t>Podpisany przez dr.: ANTONELLA GRAZIOLI [CE5524]</w:t>
      </w:r>
    </w:p>
    <w:p/>
    <w:p>
      <w:r>
        <w:t>Podpisano cyfrowo przez GRAZIOLI ANTONELLA.</w:t>
      </w:r>
    </w:p>
    <w:p>
      <w:r>
        <w:t>09.09.2026 07:47:44 UTC</w:t>
      </w:r>
    </w:p>
    <w:p>
      <w:r>
        <w:t>Data wydruku: 09/09/2026</w:t>
      </w:r>
    </w:p>
    <w:p>
      <w:r>
        <w:t>Strona 1/1</w:t>
      </w:r>
    </w:p>
    <w:p>
      <w:r>
        <w:t>REGION KAMPANIA</w:t>
      </w:r>
    </w:p>
    <w:p>
      <w:r>
        <w:t>SZPITAL WOJEWÓDZKI O ZNACZENIU KRAJOWYM I WYSOKIEJ SPECJALIZACJI</w:t>
      </w:r>
    </w:p>
    <w:p>
      <w:r>
        <w:t>"SANT'ANNA E SAN SEBASTIANO"</w:t>
      </w:r>
    </w:p>
    <w:p>
      <w:r>
        <w:t>CASERTA</w:t>
      </w:r>
    </w:p>
    <w:p>
      <w:r>
        <w:t>U.O.C. Diagnostyka Obrazowa</w:t>
      </w:r>
    </w:p>
    <w:p>
      <w:r>
        <w:t>Dyrektor dr Giovanni Giordano</w:t>
      </w:r>
    </w:p>
    <w:p>
      <w:r>
        <w:t>AORN</w:t>
      </w:r>
    </w:p>
    <w:p>
      <w:r>
        <w:t>CASERTA</w:t>
      </w:r>
    </w:p>
    <w:p/>
    <w:p>
      <w:r>
        <w:t>Pacjent: KASPEREK FILIP MACIEJ</w:t>
      </w:r>
    </w:p>
    <w:p>
      <w:r>
        <w:t>Płeć: M</w:t>
      </w:r>
    </w:p>
    <w:p>
      <w:r>
        <w:t>Data urodzenia: 24/02/1998</w:t>
      </w:r>
    </w:p>
    <w:p>
      <w:r>
        <w:t>Id Pacjenta: D1870776</w:t>
      </w:r>
    </w:p>
    <w:p>
      <w:r>
        <w:t>Kod. Fiskalny: KSPFPM98B24Z127X</w:t>
      </w:r>
    </w:p>
    <w:p/>
    <w:p>
      <w:r>
        <w:t>Data badania: 09/09/2026 - 09:03</w:t>
      </w:r>
    </w:p>
    <w:p>
      <w:r>
        <w:t>Pochodzenie: OGÓLNA SOR</w:t>
      </w:r>
    </w:p>
    <w:p/>
    <w:p>
      <w:r>
        <w:t>Pytanie kliniczne: PACJENT ZGŁASZA SIĘ Z PODEJRZENIEM SKRĘCENIA STAWU NA MIEJSCU PRACY</w:t>
      </w:r>
    </w:p>
    <w:p>
      <w:r>
        <w:t>RTG STAWU SKOKOWEGO LEWEGO, RTG STOPY LEWEJ</w:t>
      </w:r>
    </w:p>
    <w:p>
      <w:r>
        <w:t>Złożone złamanie podstawy V kości śródstopia.</w:t>
      </w:r>
    </w:p>
    <w:p/>
    <w:p>
      <w:r>
        <w:t>Personel wykonujący</w:t>
      </w:r>
    </w:p>
    <w:p>
      <w:r>
        <w:t>Lek. radiolog</w:t>
      </w:r>
    </w:p>
    <w:p>
      <w:r>
        <w:t>Dott Tsrm DENISE GIORDANO</w:t>
      </w:r>
    </w:p>
    <w:p>
      <w:r>
        <w:t>Dott. Gianfranco Buzzo</w:t>
      </w:r>
    </w:p>
    <w:p/>
    <w:p>
      <w:r>
        <w:t>Informacje dotyczące narażenia na promieniowanie</w:t>
      </w:r>
    </w:p>
    <w:p>
      <w:r>
        <w:t>Klasa dawki zgodnie z art. 161 dekretu ustawodawczego 101/2020: KLASA II*</w:t>
      </w:r>
    </w:p>
    <w:p>
      <w:r>
        <w:t>*Informacje dotyczące ekspozycji na promieniowanie w procedurze radiologicznej wykonanej zgodnie z art. 161 dekretu ustawodawczego z dnia 31 lipca 2020 r., nr 101, wykonującego dyrektywę 2013/59/Euratom.</w:t>
      </w:r>
    </w:p>
    <w:p/>
    <w:p>
      <w:r>
        <w:t>"Raport podpisany cyfrowo zgodnie z obowiązującymi przepisami: Dekret Ustawodawczy nr 82 z dnia 07/03/2005, DPCM z dnia 13/01/2004,</w:t>
      </w:r>
    </w:p>
    <w:p>
      <w:r>
        <w:t>Uchwała CNIPA nr 4 z dnia 17/02/2005. Uchwała CNIPA nr 43 z dnia 18/05/2006. Okólnik CNIPA nr 48 z dnia</w:t>
      </w:r>
    </w:p>
    <w:p>
      <w:r>
        <w:t>Caserta, 09/09/26 09:14:24</w:t>
      </w:r>
    </w:p>
    <w:p>
      <w:r>
        <w:t>06/09/2005"</w:t>
      </w:r>
    </w:p>
    <w:p>
      <w:r>
        <w:t>Strona 1 z 1</w:t>
      </w:r>
    </w:p>
    <w:p>
      <w:r>
        <w:t>KRAJOWA SŁUŻBA ZDROWIA</w:t>
      </w:r>
    </w:p>
    <w:p>
      <w:r>
        <w:t>REGION KAMPANIA - AORN CE</w:t>
      </w:r>
    </w:p>
    <w:p>
      <w:r>
        <w:t>PS OGÓLNY</w:t>
      </w:r>
    </w:p>
    <w:p>
      <w:r>
        <w:t>S.C. Medycyna i Chirurgia Przyjęć i Nagłych Wypadków Caserta - Dyrektor Dr D. Paternosto</w:t>
      </w:r>
    </w:p>
    <w:p/>
    <w:p>
      <w:r>
        <w:t>CAŁKOWITY PROTOKÓŁ ODDZIAŁU RATUNKOWEGO</w:t>
      </w:r>
    </w:p>
    <w:p>
      <w:r>
        <w:t>Kod. Karty 20260045224</w:t>
      </w:r>
    </w:p>
    <w:p>
      <w:r>
        <w:t>DANE OSOBOWE PACJENTA</w:t>
      </w:r>
    </w:p>
    <w:p/>
    <w:p>
      <w:r>
        <w:t>NAZWISKO I IMIĘ KASPEREK FILIP MACIEJ</w:t>
      </w:r>
    </w:p>
    <w:p>
      <w:r>
        <w:t>PŁEĆ M</w:t>
      </w:r>
    </w:p>
    <w:p>
      <w:r>
        <w:t>DATA URODZENIA 24/02/1998 MIEJSCE URODZENIA POLONIA (SE)</w:t>
      </w:r>
    </w:p>
    <w:p>
      <w:r>
        <w:t>KOD. FISK. KSPFPM98B24Z127X</w:t>
      </w:r>
    </w:p>
    <w:p>
      <w:r>
        <w:t>ZAMIESZKAŁY W VIA LIBERTA' 32 - MADDALONI (CE)</w:t>
      </w:r>
    </w:p>
    <w:p>
      <w:r>
        <w:t>KOD. ZDROWIA</w:t>
      </w:r>
    </w:p>
    <w:p>
      <w:r>
        <w:t>ADRES ZAMIESZKANIA</w:t>
      </w:r>
    </w:p>
    <w:p>
      <w:r>
        <w:t>ASL</w:t>
      </w:r>
    </w:p>
    <w:p>
      <w:r>
        <w:t>NARODOWOŚĆ POLONIA</w:t>
      </w:r>
    </w:p>
    <w:p>
      <w:r>
        <w:t>REGION</w:t>
      </w:r>
    </w:p>
    <w:p/>
    <w:p>
      <w:r>
        <w:t>Data i godzina przyjęcia 09/09/2026 GODZ: 07:55</w:t>
      </w:r>
    </w:p>
    <w:p>
      <w:r>
        <w:t>Lekarz kierujący</w:t>
      </w:r>
    </w:p>
    <w:p>
      <w:r>
        <w:t>Sposób przybycia Samodzielnie (własnym transportem)</w:t>
      </w:r>
    </w:p>
    <w:p>
      <w:r>
        <w:t>Ambulatorium SALA B (OBSZAR ZIELONY-M)</w:t>
      </w:r>
    </w:p>
    <w:p>
      <w:r>
        <w:t>Priorytet (Triage) Zielony</w:t>
      </w:r>
    </w:p>
    <w:p>
      <w:r>
        <w:t>COVID (Triage)</w:t>
      </w:r>
    </w:p>
    <w:p/>
    <w:p>
      <w:r>
        <w:t>Streszczenie</w:t>
      </w:r>
    </w:p>
    <w:p>
      <w:r>
        <w:t>URAZ STOPY LEWEJ</w:t>
      </w:r>
    </w:p>
    <w:p>
      <w:r>
        <w:t>WYWIAD</w:t>
      </w:r>
    </w:p>
    <w:p>
      <w:r>
        <w:t>Data i godzina wypisu 09/09/2026 GODZ: 10:22</w:t>
      </w:r>
    </w:p>
    <w:p>
      <w:r>
        <w:t>Pochodzenie pomocy Decyzja własna</w:t>
      </w:r>
    </w:p>
    <w:p>
      <w:r>
        <w:t>Kontekst zdarzenia Wypadek w pracy</w:t>
      </w:r>
    </w:p>
    <w:p>
      <w:r>
        <w:t>Główny problem Uraz</w:t>
      </w:r>
    </w:p>
    <w:p>
      <w:r>
        <w:t>Priorytet (Wynik) Zielony</w:t>
      </w:r>
    </w:p>
    <w:p>
      <w:r>
        <w:t>COVID (Wypis)</w:t>
      </w:r>
    </w:p>
    <w:p/>
    <w:p>
      <w:r>
        <w:t>Lekarz</w:t>
      </w:r>
    </w:p>
    <w:p>
      <w:r>
        <w:t>Bariera językowa. Pacjent zgłasza się na SOR z powodu zgłoszonego FEDERICA VITALE</w:t>
      </w:r>
    </w:p>
    <w:p>
      <w:r>
        <w:t>urazu stłuczeniowo-skręceniowego lewej stopy i stawu skokowego,</w:t>
      </w:r>
    </w:p>
    <w:p>
      <w:r>
        <w:t>który miał miejsce w miejscu pracy. APR niema. Zaprzecza alergiom na</w:t>
      </w:r>
    </w:p>
    <w:p>
      <w:r>
        <w:t>leki i pokarmy.</w:t>
      </w:r>
    </w:p>
    <w:p/>
    <w:p>
      <w:r>
        <w:t>BADANIE PRZEDMIOTOWE</w:t>
      </w:r>
    </w:p>
    <w:p>
      <w:r>
        <w:t>Lekarz</w:t>
      </w:r>
    </w:p>
    <w:p>
      <w:r>
        <w:t>Pacjent przytomny, świadomy i współpracujący. GCS 15. Porusza się FEDERICA VITALE</w:t>
      </w:r>
    </w:p>
    <w:p>
      <w:r>
        <w:t>samodzielnie. Lewa stopa i staw skokowy z obrzękiem i niewielkim</w:t>
      </w:r>
    </w:p>
    <w:p>
      <w:r>
        <w:t>ograniczeniem funkcji.</w:t>
      </w:r>
    </w:p>
    <w:p/>
    <w:p>
      <w:r>
        <w:t>DOŁĄCZONA DOKUMENTACJA</w:t>
      </w:r>
    </w:p>
    <w:p>
      <w:r>
        <w:t>Cert. INAIL [ubezpieczenie od wypadków w pracy]</w:t>
      </w:r>
    </w:p>
    <w:p>
      <w:r>
        <w:t>Cert. INPS [ubezpieczenie społeczne]</w:t>
      </w:r>
    </w:p>
    <w:p>
      <w:r>
        <w:t>Zgłoszenie Ugryzienie Zwierzęcia</w:t>
      </w:r>
    </w:p>
    <w:p>
      <w:r>
        <w:t>Ref. Aut. Sądowa [odwołanie do organów sądowych]</w:t>
      </w:r>
    </w:p>
    <w:p/>
    <w:p>
      <w:r>
        <w:t>ŚWIADCZENIA WEWNĘTRZNE SOR</w:t>
      </w:r>
    </w:p>
    <w:p>
      <w:r>
        <w:t>Świadczenie</w:t>
      </w:r>
    </w:p>
    <w:p>
      <w:r>
        <w:t>WIZYTA NA ODDZIALE RATUNKOWYM</w:t>
      </w:r>
    </w:p>
    <w:p/>
    <w:p>
      <w:r>
        <w:t>Lekarz</w:t>
      </w:r>
    </w:p>
    <w:p>
      <w:r>
        <w:t>FEDERICA VITALE</w:t>
      </w:r>
    </w:p>
    <w:p/>
    <w:p>
      <w:r>
        <w:t>ŻĄDANE ŚWIADCZENIA</w:t>
      </w:r>
    </w:p>
    <w:p>
      <w:r>
        <w:t>Oddział: RADIOLOGIA</w:t>
      </w:r>
    </w:p>
    <w:p>
      <w:r>
        <w:t>RTG STAWU SKOKOWEGO LEWEGO,</w:t>
      </w:r>
    </w:p>
    <w:p>
      <w:r>
        <w:t>RTG STOPY LEWEJ</w:t>
      </w:r>
    </w:p>
    <w:p/>
    <w:p>
      <w:r>
        <w:t>Lekarz dyżurny</w:t>
      </w:r>
    </w:p>
    <w:p>
      <w:r>
        <w:t>VITALE FEDERICA</w:t>
      </w:r>
    </w:p>
    <w:p>
      <w:r>
        <w:t>SOR OGÓLNY, 09/09/2026</w:t>
      </w:r>
    </w:p>
    <w:p>
      <w:r>
        <w:t>Pacjent</w:t>
      </w:r>
    </w:p>
    <w:p/>
    <w:p>
      <w:r>
        <w:t>Strona 1 z 2</w:t>
      </w:r>
    </w:p>
    <w:p>
      <w:r>
        <w:t>Data opracowania: 09/09/2026 10:22</w:t>
      </w:r>
    </w:p>
    <w:p>
      <w:r>
        <w:t>KRAJOWA SŁUŻBA ZDROWIA</w:t>
      </w:r>
    </w:p>
    <w:p>
      <w:r>
        <w:t>REGION KAMPANIA - AORN CE</w:t>
      </w:r>
    </w:p>
    <w:p>
      <w:r>
        <w:t>PS OGÓLNY</w:t>
      </w:r>
    </w:p>
    <w:p>
      <w:r>
        <w:t>S.C. Medycyna i Chirurgia Przyjęć i Nagłych Wypadków Caserta - Dyrektor Dr D. Paternosto</w:t>
      </w:r>
    </w:p>
    <w:p/>
    <w:p>
      <w:r>
        <w:t>CAŁKOWITY PROTOKÓŁ ODDZIAŁU RATUNKOWEGO</w:t>
      </w:r>
    </w:p>
    <w:p>
      <w:r>
        <w:t>Kod. Karty 20260045224</w:t>
      </w:r>
    </w:p>
    <w:p/>
    <w:p>
      <w:r>
        <w:t>Oddział: ORTOPEDIA I TRAUMATOLOGIA - AMBULATORIUM</w:t>
      </w:r>
    </w:p>
    <w:p>
      <w:r>
        <w:t>Konsultacja ortopedyczna</w:t>
      </w:r>
    </w:p>
    <w:p/>
    <w:p>
      <w:r>
        <w:t>UWAGI I ZALECENIA</w:t>
      </w:r>
    </w:p>
    <w:p>
      <w:r>
        <w:t>Dołączono raport RTG i konsultację ortopedyczną. Zaleca się: ODCIĄŻENIE KOŃCZYNY, GHEMAXAN 4000 1 F S.C. /DZIENNIE PRZEZ</w:t>
      </w:r>
    </w:p>
    <w:p>
      <w:r>
        <w:t>30 DNI, OSŁONĘ ŻOŁĄDKA, LEK PRZECIWBÓLOWY I KONTROLĘ ZAPLANOWANĄ NA 30 DNI W CELU USUNIĘCIA</w:t>
      </w:r>
    </w:p>
    <w:p>
      <w:r>
        <w:t>GIPSU, RTG I KONTROLI ORTOPEDYCZNEJ. Przekazano pod opiekę lekarza prowadzącego. Niemożność wygenerowania zaświadczenia INAIL z tytułu</w:t>
      </w:r>
    </w:p>
    <w:p>
      <w:r>
        <w:t>wypadku w pracy, ponieważ pacjent zgłosił, że jest zatrudniony w polskiej firmie.</w:t>
      </w:r>
    </w:p>
    <w:p/>
    <w:p>
      <w:r>
        <w:t>ROKOWANIE</w:t>
      </w:r>
    </w:p>
    <w:p>
      <w:r>
        <w:t>Rokowanie zastrzeżone: nie</w:t>
      </w:r>
    </w:p>
    <w:p>
      <w:r>
        <w:t>Możliwość wyleczenia w 30 dni S.C.</w:t>
      </w:r>
    </w:p>
    <w:p/>
    <w:p>
      <w:r>
        <w:t>DIAGNOZA</w:t>
      </w:r>
    </w:p>
    <w:p>
      <w:r>
        <w:t>ZŁAMANE ZŁOŻONE PODSTAWY V KOŚCI ŚRÓDSTOPIA LEWEJ</w:t>
      </w:r>
    </w:p>
    <w:p/>
    <w:p>
      <w:r>
        <w:t>WYNIK</w:t>
      </w:r>
    </w:p>
    <w:p>
      <w:r>
        <w:t>Wypis do struktur ambulatoryjnych</w:t>
      </w:r>
    </w:p>
    <w:p/>
    <w:p>
      <w:r>
        <w:t>-OSTRZEŻENIE DLA PACJENTA</w:t>
      </w:r>
    </w:p>
    <w:p>
      <w:r>
        <w:t>Informuje się pacjenta, że leki zalecane przy wypisie mogą być zmienione według uznania lekarza prowadzącego i mogą podlegać</w:t>
      </w:r>
    </w:p>
    <w:p>
      <w:r>
        <w:t>całkowitej opłacie ze strony pacjenta.</w:t>
      </w:r>
    </w:p>
    <w:p>
      <w:r>
        <w:t>W przypadku dostępności lek może zostać zastąpiony lekiem generycznym.</w:t>
      </w:r>
    </w:p>
    <w:p/>
    <w:p>
      <w:r>
        <w:t>Podpisano przez FEDERICA VITALE</w:t>
      </w:r>
    </w:p>
    <w:p>
      <w:r>
        <w:t>09.09.2026 08:16:05 UTC</w:t>
      </w:r>
    </w:p>
    <w:p>
      <w:r>
        <w:t>Lekarz dyżurny</w:t>
      </w:r>
    </w:p>
    <w:p>
      <w:r>
        <w:t>VITALE FEDERICA</w:t>
      </w:r>
    </w:p>
    <w:p>
      <w:r>
        <w:t>SOR OGÓLNY, 09/09/2026</w:t>
      </w:r>
    </w:p>
    <w:p>
      <w:r>
        <w:t>Pacjent</w:t>
      </w:r>
    </w:p>
    <w:p/>
    <w:p>
      <w:r>
        <w:t>Strona 2 z 2</w:t>
      </w:r>
    </w:p>
    <w:p>
      <w:r>
        <w:t>Data opracowania: 09/09/2026 10:22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