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Postboks 9200 Grønland</w:t>
      </w:r>
    </w:p>
    <w:p>
      <w:r>
        <w:t>0134 OSLO, NORWEGIA</w:t>
      </w:r>
    </w:p>
    <w:p/>
    <w:p>
      <w:r>
        <w:t>ORGAN WINDYKACYJNY - Skatteinnkreving (Windykacja Podatkowa)</w:t>
      </w:r>
    </w:p>
    <w:p>
      <w:r>
        <w:t>Nr org. 924 616 733</w:t>
      </w:r>
    </w:p>
    <w:p/>
    <w:p>
      <w:r>
        <w:t>Kontakt</w:t>
      </w:r>
    </w:p>
    <w:p>
      <w:r>
        <w:t>Administracja Podatkowa</w:t>
      </w:r>
    </w:p>
    <w:p>
      <w:r>
        <w:t>Tel. 800 80 000</w:t>
      </w:r>
    </w:p>
    <w:p/>
    <w:p>
      <w:r>
        <w:t>Nasza data</w:t>
      </w:r>
    </w:p>
    <w:p>
      <w:r>
        <w:t>27.08.2026</w:t>
      </w:r>
    </w:p>
    <w:p/>
    <w:p>
      <w:r>
        <w:t>Nasz numer referencyjny</w:t>
      </w:r>
    </w:p>
    <w:p>
      <w:r>
        <w:t>2021/6112425</w:t>
      </w:r>
    </w:p>
    <w:p/>
    <w:p>
      <w:r>
        <w:t>Numer identyfikacyjny</w:t>
      </w:r>
    </w:p>
    <w:p>
      <w:r>
        <w:t>010273 *****</w:t>
      </w:r>
    </w:p>
    <w:p/>
    <w:p>
      <w:r>
        <w:t>Strona internetowa</w:t>
      </w:r>
    </w:p>
    <w:p>
      <w:r>
        <w:t>skatteetaten.no</w:t>
      </w:r>
    </w:p>
    <w:p/>
    <w:p>
      <w:r>
        <w:t>Zwolnione z ujawnienia publicznego</w:t>
      </w:r>
    </w:p>
    <w:p>
      <w:r>
        <w:t>Ustawa o wolności informacji, sekcja 13</w:t>
      </w:r>
    </w:p>
    <w:p/>
    <w:p>
      <w:r>
        <w:t>Norweska Administracja Podatkowa</w:t>
      </w:r>
    </w:p>
    <w:p/>
    <w:p>
      <w:r>
        <w:t>Dariusz Feldman</w:t>
      </w:r>
    </w:p>
    <w:p>
      <w:r>
        <w:t>WIAZOWNICA 63</w:t>
      </w:r>
    </w:p>
    <w:p>
      <w:r>
        <w:t>37-522 WIAZOWNICA</w:t>
      </w:r>
    </w:p>
    <w:p>
      <w:r>
        <w:t>POLSKA, PL</w:t>
      </w:r>
    </w:p>
    <w:p/>
    <w:p>
      <w:r>
        <w:t>**Musisz zarejestrować numer konta bankowego, aby otrzymać zwrot**</w:t>
      </w:r>
    </w:p>
    <w:p/>
    <w:p>
      <w:r>
        <w:t>Potrzebujemy numeru konta bankowego, abyśmy mogli wypłacić należny zwrot. Numer konta musi należeć do Ciebie lub być kontem, którym masz prawo dysponować. Jeśli rejestrujesz konto w imieniu przedsiębiorstwa, numer konta musi należeć do przedsiębiorstwa.</w:t>
      </w:r>
    </w:p>
    <w:p/>
    <w:p>
      <w:r>
        <w:t>**Jak zarejestrować numer konta bankowego dla osób fizycznych**</w:t>
      </w:r>
    </w:p>
    <w:p>
      <w:r>
        <w:t>Zaloguj się na skatteetaten.no/changeaccount. Tutaj możesz zarejestrować zarówno norweskie, jak i zagraniczne konta.</w:t>
      </w:r>
    </w:p>
    <w:p/>
    <w:p>
      <w:r>
        <w:t>Jeśli wymagane jest przedłożenie dodatkowej dokumentacji, zostanie to wskazane w formularzu podczas jego wypełniania. Nie możemy zarejestrować numeru konta bankowego, jeśli nie posiadamy wszystkich wymaganych informacji lub dokumentacji.</w:t>
      </w:r>
    </w:p>
    <w:p/>
    <w:p>
      <w:r>
        <w:t>**Jak zarejestrować numer konta bankowego dla przedsiębiorstw**</w:t>
      </w:r>
    </w:p>
    <w:p>
      <w:r>
        <w:t>Jeśli masz prawo do rejestracji numeru konta bankowego w imieniu firmy, możesz zalogować się poprzez skatteetaten.no/changeaccount. Tutaj możesz zarejestrować zarówno norweskie, jak i zagraniczne konta.</w:t>
      </w:r>
    </w:p>
    <w:p>
      <w:r>
        <w:t>Upewnij się, że zarejestrowane konto nie wymaga numeru KID.</w:t>
      </w:r>
    </w:p>
    <w:p>
      <w:r>
        <w:t>• Wybierz «przedsiębiorstwo».</w:t>
      </w:r>
    </w:p>
    <w:p>
      <w:r>
        <w:t>• Wybierz przedsiębiorstwo, które chcesz reprezentować.</w:t>
      </w:r>
    </w:p>
    <w:p>
      <w:r>
        <w:t>• Wybierz preferowane konto lub dodaj nowe konto.</w:t>
      </w:r>
    </w:p>
    <w:p/>
    <w:p>
      <w:r>
        <w:t>Jeśli wymagane jest przedłożenie dodatkowej dokumentacji, zostanie to wskazane w formularzu podczas jego wypełniania. Nie możemy zarejestrować numeru konta bankowego, jeśli nie posiadamy wszystkich wymaganych informacji lub dokumentacji.</w:t>
      </w:r>
    </w:p>
    <w:p/>
    <w:p>
      <w:r>
        <w:t>**Czy potrzebujesz norweskiego identyfikatora elektronicznego, aby zarejestrować numer konta bankowego (MinID lub BankID)?**</w:t>
      </w:r>
    </w:p>
    <w:p>
      <w:r>
        <w:t>Najpierw musisz zamówić list aktywacyjny.</w:t>
      </w:r>
    </w:p>
    <w:p>
      <w:r>
        <w:t>• Przejdź na stronę internetową www.skatteetaten.no/en</w:t>
      </w:r>
    </w:p>
    <w:p>
      <w:r>
        <w:t>• Wpisz «Zaloguj się» w polu wyszukiwania.</w:t>
      </w:r>
    </w:p>
    <w:p>
      <w:r>
        <w:t>• Wybierz «Zaloguj się za pomocą ID-porten i kodów PIN».</w:t>
      </w:r>
    </w:p>
    <w:p>
      <w:r>
        <w:t>• Wybierz «Zamów list aktywacyjny».</w:t>
      </w:r>
    </w:p>
    <w:p/>
    <w:p>
      <w:r>
        <w:t>Strona 1/5</w:t>
      </w:r>
    </w:p>
    <w:p/>
    <w:p>
      <w:r>
        <w:t>Po otrzymaniu listu aktywacyjnego możesz zarejestrować użytkownika MinID. Następnie możesz zarejestrować numer konta bankowego na skatteetaten.no/changeaccount.</w:t>
      </w:r>
    </w:p>
    <w:p/>
    <w:p>
      <w:r>
        <w:t>**Nie możesz zarejestrować numeru konta bankowego online?**</w:t>
      </w:r>
    </w:p>
    <w:p>
      <w:r>
        <w:t>• Wypełnij i prześlij załączony formularz.</w:t>
      </w:r>
    </w:p>
    <w:p>
      <w:r>
        <w:t>• Formularz wraz z załącznikami można wysłać na adres:</w:t>
      </w:r>
    </w:p>
    <w:p/>
    <w:p>
      <w:r>
        <w:t>ORGAN WINDYKACYJNY - Skatteinnkreving (Windykacja Podatkowa)</w:t>
      </w:r>
    </w:p>
    <w:p>
      <w:r>
        <w:t>Postboks 9200 Grønland</w:t>
      </w:r>
    </w:p>
    <w:p>
      <w:r>
        <w:t>0134 OSLO, NORWEGIA</w:t>
      </w:r>
    </w:p>
    <w:p/>
    <w:p>
      <w:r>
        <w:t>**Brak numeru konta bankowego?**</w:t>
      </w:r>
    </w:p>
    <w:p>
      <w:r>
        <w:t>Jeśli nie posiadasz numeru konta bankowego lub nie masz prawa dysponować kontem, musisz skontaktować się z bankiem w celu utworzenia konta. Jeśli nie możesz utworzyć konta, musisz skontaktować się z nami.</w:t>
      </w:r>
    </w:p>
    <w:p/>
    <w:p>
      <w:r>
        <w:t>**Odpowiednie przepisy prawne w niniejszym piśmie**</w:t>
      </w:r>
    </w:p>
    <w:p>
      <w:r>
        <w:t>Na lovdata.no możesz przeczytać więcej o tym, w jaki sposób Norweska Administracja Podatkowa zwraca podatek i opłaty, zobacz Ustawę o płatnościach podatkowych, sekcja 9-1, podsekcja 2. Ustawa jest dostępna tylko w języku norweskim.</w:t>
      </w:r>
    </w:p>
    <w:p/>
    <w:p>
      <w:r>
        <w:t>Z poważaniem</w:t>
      </w:r>
    </w:p>
    <w:p>
      <w:r>
        <w:t>Norweska Administracja Podatkowa</w:t>
      </w:r>
    </w:p>
    <w:p/>
    <w:p>
      <w:r>
        <w:t>Strona 2/5</w:t>
      </w:r>
    </w:p>
    <w:p/>
    <w:p>
      <w:r>
        <w:t>Norweska Administracja Podatkowa</w:t>
      </w:r>
    </w:p>
    <w:p/>
    <w:p>
      <w:r>
        <w:t>ORGAN WINDYKACYJNY - Skatteinnkreving (Windykacja Podatkowa)</w:t>
      </w:r>
    </w:p>
    <w:p>
      <w:r>
        <w:t>Postboks 9200 Grønland</w:t>
      </w:r>
    </w:p>
    <w:p>
      <w:r>
        <w:t>0134 OSLO, NORWEGIA</w:t>
      </w:r>
    </w:p>
    <w:p/>
    <w:p>
      <w:r>
        <w:t>Dariusz Feldman</w:t>
      </w:r>
    </w:p>
    <w:p>
      <w:r>
        <w:t>WIAZOWNICA 63</w:t>
      </w:r>
    </w:p>
    <w:p>
      <w:r>
        <w:t>37-522 WIAZOWNICA</w:t>
      </w:r>
    </w:p>
    <w:p>
      <w:r>
        <w:t>POLSKA, PL</w:t>
      </w:r>
    </w:p>
    <w:p>
      <w:r>
        <w:t>010273 14992</w:t>
      </w:r>
    </w:p>
    <w:p/>
    <w:p>
      <w:r>
        <w:t>**Kontoopplysninger / Dane konta bankowego**</w:t>
      </w:r>
    </w:p>
    <w:p/>
    <w:p>
      <w:r>
        <w:t>**Aby zarejestrować Twoje konto bankowe, musimy otrzymać wypełniony i podpisany formularz wraz z obydwoma załącznikami.**</w:t>
      </w:r>
    </w:p>
    <w:p/>
    <w:p>
      <w:r>
        <w:t>Din konto/IBAN nr.</w:t>
      </w:r>
    </w:p>
    <w:p>
      <w:r>
        <w:t>Twój numer konta/IBAN.</w:t>
      </w:r>
    </w:p>
    <w:p/>
    <w:p>
      <w:r>
        <w:t>Internasjonalt bankkonto nummer</w:t>
      </w:r>
    </w:p>
    <w:p>
      <w:r>
        <w:t>Międzynarodowy numer konta bankowego</w:t>
      </w:r>
    </w:p>
    <w:p/>
    <w:p>
      <w:r>
        <w:t>**Vedlegg 1/ Załącznik 1:**</w:t>
      </w:r>
    </w:p>
    <w:p>
      <w:r>
        <w:t>Konto musi należeć do Ciebie i musisz to potwierdzić, na przykład wyciągiem bankowym lub wydrukiem z bankowości internetowej, pokazującym Twoje imię i nazwisko oraz numer konta.</w:t>
      </w:r>
    </w:p>
    <w:p>
      <w:r>
        <w:t>Konto bankowe musi należeć do Ciebie i musisz to potwierdzić, na przykład wyciągiem bankowym lub wydrukiem z bankowości internetowej, pokazującym Twoje imię i nazwisko oraz numer konta.</w:t>
      </w:r>
    </w:p>
    <w:p/>
    <w:p>
      <w:r>
        <w:t>Valuta</w:t>
      </w:r>
    </w:p>
    <w:p>
      <w:r>
        <w:t>Waluta</w:t>
      </w:r>
    </w:p>
    <w:p/>
    <w:p>
      <w:r>
        <w:t>Hvilken valuta har din konto?</w:t>
      </w:r>
    </w:p>
    <w:p>
      <w:r>
        <w:t>Jaka waluta jest na Twoim koncie?</w:t>
      </w:r>
    </w:p>
    <w:p/>
    <w:p>
      <w:r>
        <w:t>BIC/SWIFT</w:t>
      </w:r>
    </w:p>
    <w:p/>
    <w:p>
      <w:r>
        <w:t>Bank identifikasjonskode</w:t>
      </w:r>
    </w:p>
    <w:p>
      <w:r>
        <w:t>Kod identyfikacyjny banku</w:t>
      </w:r>
    </w:p>
    <w:p/>
    <w:p>
      <w:r>
        <w:t>Hvis banken ikke har BIC/SWIFT eller IBAN-adresse, skal bankkode og navnet til banken oppgis.</w:t>
      </w:r>
    </w:p>
    <w:p>
      <w:r>
        <w:t>Jeśli Twój bank nie posiada BIC/SWIFT ani adresu IBAN, należy podać kod banku i nazwę banku.</w:t>
      </w:r>
    </w:p>
    <w:p>
      <w:r>
        <w:t>If your bank do not have BIC/SWIFT or IBAN-address, enter the bank-code and the name of the bank.</w:t>
      </w:r>
    </w:p>
    <w:p>
      <w:r>
        <w:t>Jeśli Twój bank nie posiada BIC/SWIFT ani adresu IBAN, wprowadź kod banku i nazwę banku.</w:t>
      </w:r>
    </w:p>
    <w:p/>
    <w:p>
      <w:r>
        <w:t>Telefon/e-post</w:t>
      </w:r>
    </w:p>
    <w:p>
      <w:r>
        <w:t>Telefon/e-mail</w:t>
      </w:r>
    </w:p>
    <w:p/>
    <w:p>
      <w:r>
        <w:t>Sted og dato</w:t>
      </w:r>
    </w:p>
    <w:p>
      <w:r>
        <w:t>Miejsce i data</w:t>
      </w:r>
    </w:p>
    <w:p/>
    <w:p>
      <w:r>
        <w:t>Underskrift</w:t>
      </w:r>
    </w:p>
    <w:p>
      <w:r>
        <w:t>Podpis</w:t>
      </w:r>
    </w:p>
    <w:p/>
    <w:p>
      <w:r>
        <w:t>**Vedlegg 2 / Załącznik 2:**</w:t>
      </w:r>
    </w:p>
    <w:p>
      <w:r>
        <w:t>Du må legge ved kopi av ID som viser ditt navn og din signatur, for eksempel pass.</w:t>
      </w:r>
    </w:p>
    <w:p>
      <w:r>
        <w:t>Musisz dołączyć kopię dokumentu tożsamości, który pokazuje Twoje imię i nazwisko oraz Twój podpis, na przykład paszportu.</w:t>
      </w:r>
    </w:p>
    <w:p>
      <w:r>
        <w:t>You must attach a copy of ID showing your name and signature for example passport.</w:t>
      </w:r>
    </w:p>
    <w:p>
      <w:r>
        <w:t>Musisz załączyć kopię dokumentu tożsamości, który pokazuje Twoje imię i nazwisko oraz Twój podpis, na przykład paszportu.</w:t>
      </w:r>
    </w:p>
    <w:p/>
    <w:p>
      <w:r>
        <w:t>**Skjema og vedlegg sendes/Formularz i załączniki należy wysłać na adres:**</w:t>
      </w:r>
    </w:p>
    <w:p>
      <w:r>
        <w:t>ORGAN WINDYKACYJNY - Skatteinnkreving (Windykacja Podatkowa)</w:t>
      </w:r>
    </w:p>
    <w:p>
      <w:r>
        <w:t>Postboks 9200 Grønland</w:t>
      </w:r>
    </w:p>
    <w:p>
      <w:r>
        <w:t>0134 OSLO, NORWEGIA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