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Tłumaczenie poświadczone z języka niderlandzkiego</w:t>
      </w:r>
    </w:p>
    <w:p>
      <w:r>
        <w:t>Celny dokument wywozowy</w:t>
      </w:r>
    </w:p>
    <w:p>
      <w:r>
        <w:t>[kod kreskowy]</w:t>
      </w:r>
    </w:p>
    <w:p>
      <w:r>
        <w:t>MRN 26NL42EQPRPONYADR2</w:t>
      </w:r>
    </w:p>
    <w:p>
      <w:r>
        <w:t>Data:</w:t>
      </w:r>
    </w:p>
    <w:p>
      <w:r>
        <w:t>ID deklaracji:</w:t>
      </w:r>
    </w:p>
    <w:p>
      <w:r>
        <w:t>Rodzaj deklaracji:</w:t>
      </w:r>
    </w:p>
    <w:p>
      <w:r>
        <w:t>Referencja przesyłki</w:t>
      </w:r>
    </w:p>
    <w:p>
      <w:r>
        <w:t>13-04-2026</w:t>
      </w:r>
    </w:p>
    <w:p>
      <w:r>
        <w:t>912622</w:t>
      </w:r>
    </w:p>
    <w:p>
      <w:r>
        <w:t>IM A</w:t>
      </w:r>
    </w:p>
    <w:p>
      <w:r>
        <w:t>CWAA26-801-5J6RS6H94SL037846</w:t>
      </w:r>
    </w:p>
    <w:p>
      <w:r>
        <w:t xml:space="preserve">  </w:t>
      </w:r>
    </w:p>
    <w:p>
      <w:r>
        <w:t xml:space="preserve">Deklarujący                [pisownia jak w oryginale] Przedstawiciel  </w:t>
      </w:r>
    </w:p>
    <w:p>
      <w:r>
        <w:t>Nr EORI:</w:t>
      </w:r>
    </w:p>
    <w:p>
      <w:r>
        <w:t>Nazwa/Nazwisko:</w:t>
      </w:r>
    </w:p>
    <w:p>
      <w:r>
        <w:t>Adres:</w:t>
      </w:r>
    </w:p>
    <w:p>
      <w:r>
        <w:t>Kod pocztowy:</w:t>
      </w:r>
    </w:p>
    <w:p>
      <w:r>
        <w:t>Kraj:</w:t>
      </w:r>
    </w:p>
    <w:p>
      <w:r>
        <w:t>---</w:t>
      </w:r>
    </w:p>
    <w:p>
      <w:r>
        <w:t>RAFAL JANDA</w:t>
      </w:r>
    </w:p>
    <w:p>
      <w:r>
        <w:t>UL. ZAMOJSKA 38</w:t>
      </w:r>
    </w:p>
    <w:p>
      <w:r>
        <w:t>37-500 Miejscowość: JAROSLAW</w:t>
      </w:r>
    </w:p>
    <w:p>
      <w:r>
        <w:t>PL</w:t>
      </w:r>
    </w:p>
    <w:p>
      <w:r>
        <w:t>Nr EORI:</w:t>
      </w:r>
    </w:p>
    <w:p>
      <w:r>
        <w:t>Nazwa/Nazwisko:</w:t>
      </w:r>
    </w:p>
    <w:p>
      <w:r>
        <w:t>Adres:</w:t>
      </w:r>
    </w:p>
    <w:p>
      <w:r>
        <w:t>Kod pocztowy:</w:t>
      </w:r>
    </w:p>
    <w:p>
      <w:r>
        <w:t>Kraj:</w:t>
      </w:r>
    </w:p>
    <w:p>
      <w:r>
        <w:t xml:space="preserve">NL868270039  </w:t>
      </w:r>
    </w:p>
    <w:p>
      <w:r>
        <w:t xml:space="preserve">CLEARWAYS BV  </w:t>
      </w:r>
    </w:p>
    <w:p>
      <w:r>
        <w:t xml:space="preserve">NIEUWLAND PARC 319  </w:t>
      </w:r>
    </w:p>
    <w:p>
      <w:r>
        <w:t xml:space="preserve">2652 DD Miejscowość: ALBLASSERDAM </w:t>
      </w:r>
    </w:p>
    <w:p>
      <w:r>
        <w:t xml:space="preserve">NL </w:t>
      </w:r>
    </w:p>
    <w:p>
      <w:r>
        <w:t xml:space="preserve">Importer  Eksporter  </w:t>
      </w:r>
    </w:p>
    <w:p>
      <w:r>
        <w:t>Nr EORI:</w:t>
      </w:r>
    </w:p>
    <w:p>
      <w:r>
        <w:t>Nazwa/Nazwisko:</w:t>
      </w:r>
    </w:p>
    <w:p>
      <w:r>
        <w:t>Adres:</w:t>
      </w:r>
    </w:p>
    <w:p>
      <w:r>
        <w:t>Kod pocztowy:</w:t>
      </w:r>
    </w:p>
    <w:p>
      <w:r>
        <w:t>Kraj:</w:t>
      </w:r>
    </w:p>
    <w:p>
      <w:r>
        <w:t>Płatnik podatku</w:t>
      </w:r>
    </w:p>
    <w:p>
      <w:r>
        <w:t xml:space="preserve">--- </w:t>
      </w:r>
    </w:p>
    <w:p>
      <w:r>
        <w:t>RAFAL JANDA</w:t>
      </w:r>
    </w:p>
    <w:p>
      <w:r>
        <w:t>UL. ZAMOJSKA 38</w:t>
      </w:r>
    </w:p>
    <w:p>
      <w:r>
        <w:t>37-500 Miejscowość: JAROSLAW</w:t>
      </w:r>
    </w:p>
    <w:p>
      <w:r>
        <w:t xml:space="preserve">PL  </w:t>
      </w:r>
    </w:p>
    <w:p>
      <w:r>
        <w:t xml:space="preserve">--- </w:t>
      </w:r>
    </w:p>
    <w:p>
      <w:r>
        <w:t>Nr EORI:</w:t>
      </w:r>
    </w:p>
    <w:p>
      <w:r>
        <w:t>Nazwa/Nazwisko:</w:t>
      </w:r>
    </w:p>
    <w:p>
      <w:r>
        <w:t>Adres:</w:t>
      </w:r>
    </w:p>
    <w:p>
      <w:r>
        <w:t>Kod pocztowy:</w:t>
      </w:r>
    </w:p>
    <w:p>
      <w:r>
        <w:t>Kraj:</w:t>
      </w:r>
    </w:p>
    <w:p>
      <w:r>
        <w:t xml:space="preserve">--- </w:t>
      </w:r>
    </w:p>
    <w:p>
      <w:r>
        <w:t xml:space="preserve">CARGOLANE LLC  </w:t>
      </w:r>
    </w:p>
    <w:p>
      <w:r>
        <w:t xml:space="preserve">1317 EDGEWATER DR. 5009 ORLANDO, F </w:t>
      </w:r>
    </w:p>
    <w:p>
      <w:r>
        <w:t xml:space="preserve">FL 32804 Miejscowość: ORLANDO </w:t>
      </w:r>
    </w:p>
    <w:p>
      <w:r>
        <w:t xml:space="preserve">US </w:t>
      </w:r>
    </w:p>
    <w:p>
      <w:r>
        <w:t xml:space="preserve"> </w:t>
      </w:r>
    </w:p>
    <w:p>
      <w:r>
        <w:t xml:space="preserve">Urząd celny: </w:t>
      </w:r>
    </w:p>
    <w:p>
      <w:r>
        <w:t xml:space="preserve"> </w:t>
      </w:r>
    </w:p>
    <w:p>
      <w:r>
        <w:t xml:space="preserve">Kraj wywozu: </w:t>
      </w:r>
    </w:p>
    <w:p>
      <w:r>
        <w:t xml:space="preserve">Miejsce towaru: </w:t>
      </w:r>
    </w:p>
    <w:p>
      <w:r>
        <w:t xml:space="preserve">PORT ROTTERDAM / </w:t>
      </w:r>
    </w:p>
    <w:p>
      <w:r>
        <w:t xml:space="preserve">BIURO MAASVLAKTE </w:t>
      </w:r>
    </w:p>
    <w:p>
      <w:r>
        <w:t xml:space="preserve">STANY ZJEDNOCZONE </w:t>
      </w:r>
    </w:p>
    <w:p>
      <w:r>
        <w:t xml:space="preserve">3258 AC 8 </w:t>
      </w:r>
    </w:p>
    <w:p>
      <w:r>
        <w:t xml:space="preserve">ID środka transportu: </w:t>
      </w:r>
    </w:p>
    <w:p>
      <w:r>
        <w:t xml:space="preserve"> </w:t>
      </w:r>
    </w:p>
    <w:p>
      <w:r>
        <w:t xml:space="preserve">Sposób transportu: </w:t>
      </w:r>
    </w:p>
    <w:p>
      <w:r>
        <w:t xml:space="preserve"> </w:t>
      </w:r>
    </w:p>
    <w:p>
      <w:r>
        <w:t xml:space="preserve">CIĘŻARÓWKA  </w:t>
      </w:r>
    </w:p>
    <w:p>
      <w:r>
        <w:t xml:space="preserve"> </w:t>
      </w:r>
    </w:p>
    <w:p>
      <w:r>
        <w:t xml:space="preserve">TRANSPORT MORSKI </w:t>
      </w:r>
    </w:p>
    <w:p>
      <w:r>
        <w:t xml:space="preserve">W sumie artykułów: </w:t>
      </w:r>
    </w:p>
    <w:p>
      <w:r>
        <w:t xml:space="preserve">W sumie colli [jednostek]: </w:t>
      </w:r>
    </w:p>
    <w:p>
      <w:r>
        <w:t xml:space="preserve">W sumie brutto: </w:t>
      </w:r>
    </w:p>
    <w:p>
      <w:r>
        <w:t xml:space="preserve">W sumie netto:  </w:t>
      </w:r>
    </w:p>
    <w:p>
      <w:r>
        <w:t xml:space="preserve">Łączna wartość: </w:t>
      </w:r>
    </w:p>
    <w:p>
      <w:r>
        <w:t xml:space="preserve">Łączna wartość statystyczna: </w:t>
      </w:r>
    </w:p>
    <w:p>
      <w:r>
        <w:t xml:space="preserve">Przepisy: </w:t>
      </w:r>
    </w:p>
    <w:p>
      <w:r>
        <w:t xml:space="preserve">Numer(y) kontenera: </w:t>
      </w:r>
    </w:p>
    <w:p>
      <w:r>
        <w:t xml:space="preserve">1 </w:t>
      </w:r>
    </w:p>
    <w:p>
      <w:r>
        <w:t xml:space="preserve">1 </w:t>
      </w:r>
    </w:p>
    <w:p>
      <w:r>
        <w:t xml:space="preserve">2100 </w:t>
      </w:r>
    </w:p>
    <w:p>
      <w:r>
        <w:t xml:space="preserve">2100 </w:t>
      </w:r>
    </w:p>
    <w:p>
      <w:r>
        <w:t xml:space="preserve">7130.43 EUR </w:t>
      </w:r>
    </w:p>
    <w:p>
      <w:r>
        <w:t xml:space="preserve">7586.60 EUR </w:t>
      </w:r>
    </w:p>
    <w:p>
      <w:r>
        <w:t xml:space="preserve">40 - 71 </w:t>
      </w:r>
    </w:p>
    <w:p>
      <w:r>
        <w:t xml:space="preserve">--- </w:t>
      </w:r>
    </w:p>
    <w:p>
      <w:r>
        <w:t xml:space="preserve">  </w:t>
      </w:r>
    </w:p>
    <w:p>
      <w:r>
        <w:t xml:space="preserve">Artykuł: 1 </w:t>
      </w:r>
    </w:p>
    <w:p>
      <w:r>
        <w:t xml:space="preserve">Preferencje wspólnotowe: </w:t>
      </w:r>
    </w:p>
    <w:p>
      <w:r>
        <w:t xml:space="preserve">Pochodzenie preferencyjne </w:t>
      </w:r>
    </w:p>
    <w:p>
      <w:r>
        <w:t xml:space="preserve">Przepisy </w:t>
      </w:r>
    </w:p>
    <w:p>
      <w:r>
        <w:t xml:space="preserve">Referencje przesyłki: </w:t>
      </w:r>
    </w:p>
    <w:p>
      <w:r>
        <w:t xml:space="preserve">Kod towarów: </w:t>
      </w:r>
    </w:p>
    <w:p>
      <w:r>
        <w:t xml:space="preserve">Opis: </w:t>
      </w:r>
    </w:p>
    <w:p>
      <w:r>
        <w:t xml:space="preserve"> </w:t>
      </w:r>
    </w:p>
    <w:p>
      <w:r>
        <w:t xml:space="preserve">Brutto: </w:t>
      </w:r>
    </w:p>
    <w:p>
      <w:r>
        <w:t xml:space="preserve">Netto: </w:t>
      </w:r>
    </w:p>
    <w:p>
      <w:r>
        <w:t xml:space="preserve">Jednostki uzupełniające </w:t>
      </w:r>
    </w:p>
    <w:p>
      <w:r>
        <w:t xml:space="preserve">Wartość: </w:t>
      </w:r>
    </w:p>
    <w:p>
      <w:r>
        <w:t xml:space="preserve">Wartość statystyczna: </w:t>
      </w:r>
    </w:p>
    <w:p>
      <w:r>
        <w:t xml:space="preserve">Colli, opakowania i znaki </w:t>
      </w:r>
    </w:p>
    <w:p>
      <w:r>
        <w:t xml:space="preserve">oraz numery </w:t>
      </w:r>
    </w:p>
    <w:p>
      <w:r>
        <w:t xml:space="preserve">Wcześniejsze dokumenty: </w:t>
      </w:r>
    </w:p>
    <w:p>
      <w:r>
        <w:t xml:space="preserve">Dowody: </w:t>
      </w:r>
    </w:p>
    <w:p>
      <w:r>
        <w:t xml:space="preserve">Dodatkowe referencje: </w:t>
      </w:r>
    </w:p>
    <w:p>
      <w:r>
        <w:t xml:space="preserve"> </w:t>
      </w:r>
    </w:p>
    <w:p>
      <w:r>
        <w:t xml:space="preserve"> </w:t>
      </w:r>
    </w:p>
    <w:p>
      <w:r>
        <w:t xml:space="preserve">100-ERGA OMNES </w:t>
      </w:r>
    </w:p>
    <w:p>
      <w:r>
        <w:t xml:space="preserve">--- </w:t>
      </w:r>
    </w:p>
    <w:p>
      <w:r>
        <w:t xml:space="preserve">40 - 71 </w:t>
      </w:r>
    </w:p>
    <w:p>
      <w:r>
        <w:t xml:space="preserve">--- </w:t>
      </w:r>
    </w:p>
    <w:p>
      <w:r>
        <w:t xml:space="preserve">8703700000  </w:t>
      </w:r>
    </w:p>
    <w:p>
      <w:r>
        <w:t xml:space="preserve">NAZWA: 2025 HONDA CR-V HYBRID VIN: </w:t>
      </w:r>
    </w:p>
    <w:p>
      <w:r>
        <w:t xml:space="preserve">5J6RS6H94SL037846  </w:t>
      </w:r>
    </w:p>
    <w:p>
      <w:r>
        <w:t xml:space="preserve">2100 kg </w:t>
      </w:r>
    </w:p>
    <w:p>
      <w:r>
        <w:t xml:space="preserve">2100 kg </w:t>
      </w:r>
    </w:p>
    <w:p>
      <w:r>
        <w:t xml:space="preserve">1 </w:t>
      </w:r>
    </w:p>
    <w:p>
      <w:r>
        <w:t xml:space="preserve">7130.43 EUR </w:t>
      </w:r>
    </w:p>
    <w:p>
      <w:r>
        <w:t xml:space="preserve">7586.60 EUR </w:t>
      </w:r>
    </w:p>
    <w:p>
      <w:r>
        <w:t xml:space="preserve">1  PK NAME AND ADDRESS </w:t>
      </w:r>
    </w:p>
    <w:p>
      <w:r>
        <w:t xml:space="preserve"> </w:t>
      </w:r>
    </w:p>
    <w:p>
      <w:r>
        <w:t xml:space="preserve">NCLE 26NL3OAP464VGVDDR1 </w:t>
      </w:r>
    </w:p>
    <w:p>
      <w:r>
        <w:t xml:space="preserve">N935 0130-037846 </w:t>
      </w:r>
    </w:p>
    <w:p>
      <w:r>
        <w:t xml:space="preserve">Y160  </w:t>
      </w:r>
    </w:p>
    <w:p>
      <w:r>
        <w:t xml:space="preserve">Y792 </w:t>
      </w:r>
    </w:p>
    <w:p>
      <w:r>
        <w:t xml:space="preserve"> </w:t>
      </w:r>
    </w:p>
    <w:p>
      <w:r>
        <w:t xml:space="preserve">Kraj </w:t>
      </w:r>
    </w:p>
    <w:p>
      <w:r>
        <w:t xml:space="preserve">pochodzenia: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Nr artykułu </w:t>
      </w:r>
    </w:p>
    <w:p>
      <w:r>
        <w:t xml:space="preserve">Nr artykułu </w:t>
      </w:r>
    </w:p>
    <w:p>
      <w:r>
        <w:t xml:space="preserve"> </w:t>
      </w:r>
    </w:p>
    <w:p>
      <w:r>
        <w:t xml:space="preserve">US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1 </w:t>
      </w:r>
    </w:p>
    <w:p>
      <w:r>
        <w:t xml:space="preserve">--- </w:t>
      </w:r>
    </w:p>
    <w:p>
      <w:r>
        <w:t xml:space="preserve"> </w:t>
      </w:r>
    </w:p>
    <w:p>
      <w:r>
        <w:t xml:space="preserve">13-04-2026 13:00 Strona 1 z 1 </w:t>
      </w:r>
    </w:p>
    <w:p>
      <w:r>
        <w:t xml:space="preserve">Repertorium nr: 4664/2026 </w:t>
      </w:r>
    </w:p>
    <w:p>
      <w:r>
        <w:t xml:space="preserve">Ja, niżej podpisany, Kamil Narecki, tłumacz przysięgły języka </w:t>
      </w:r>
    </w:p>
    <w:p>
      <w:r>
        <w:t xml:space="preserve">niderlandzkiego (nr TP/105/16), poświadczam niniejszym zgodność </w:t>
      </w:r>
    </w:p>
    <w:p>
      <w:r>
        <w:t xml:space="preserve">powyższego tłumaczenia z okazanym mi oryginalnym dokumentem </w:t>
      </w:r>
    </w:p>
    <w:p>
      <w:r>
        <w:t xml:space="preserve">sporządzonym w języku niderlandzkim. </w:t>
      </w:r>
    </w:p>
    <w:p>
      <w:r>
        <w:t>Gołąb, 27.08.2026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