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REPUBLIK POLEN</w:t>
      </w:r>
    </w:p>
    <w:p>
      <w:r>
        <w:t>BERUFSDIPLOM</w:t>
      </w:r>
    </w:p>
    <w:p>
      <w:r>
        <w:t>Beata Urszula Machniak</w:t>
      </w:r>
    </w:p>
    <w:p>
      <w:r>
        <w:t>21. September 1971</w:t>
      </w:r>
    </w:p>
    <w:p>
      <w:r>
        <w:t>Geburtsdatum</w:t>
      </w:r>
    </w:p>
    <w:p>
      <w:r>
        <w:t>PESEL-Nummer</w:t>
      </w:r>
    </w:p>
    <w:p>
      <w:r>
        <w:t>71092101708</w:t>
      </w:r>
    </w:p>
    <w:p>
      <w:r>
        <w:t>hat die Voraussetzungen zum Erwerb des Berufsdipoms erfüllt</w:t>
      </w:r>
    </w:p>
    <w:p>
      <w:r>
        <w:t>und besitzt die Qualifikationen im Beruf</w:t>
      </w:r>
    </w:p>
    <w:p>
      <w:r>
        <w:t>Assistent für Menschen mit Behinderung 341201</w:t>
      </w:r>
    </w:p>
    <w:p>
      <w:r>
        <w:t>Endergebnis der Berufsprüfungen: 95 % der erreichbaren Punkte.</w:t>
      </w:r>
    </w:p>
    <w:p>
      <w:r>
        <w:t>Nr. DZ/33028540/26</w:t>
      </w:r>
    </w:p>
    <w:p>
      <w:r>
        <w:t>PRKIV</w:t>
      </w:r>
    </w:p>
    <w:p>
      <w:r>
        <w:t>Volle Qualifikation auf dem vierten Niveau des Polnischen Qualifikationsrahmens</w:t>
      </w:r>
    </w:p>
    <w:p>
      <w:r>
        <w:t>und der Europäischen Qualifikationsrahmen</w:t>
      </w:r>
    </w:p>
    <w:p>
      <w:r>
        <w:t>Krakau, den 28. August 2026</w:t>
      </w:r>
    </w:p>
    <w:p>
      <w:r>
        <w:t>Direktor</w:t>
      </w:r>
    </w:p>
    <w:p>
      <w:r>
        <w:t>der Bezirksprüfungskommission</w:t>
      </w:r>
    </w:p>
    <w:p>
      <w:r>
        <w:t>in Krakau</w:t>
      </w:r>
    </w:p>
    <w:p>
      <w:r>
        <w:t>mgr Lech Gawryłow</w:t>
      </w:r>
    </w:p>
    <w:p>
      <w:r>
        <w:t>OKE-II/69/3</w:t>
      </w:r>
    </w:p>
    <w:p>
      <w:r>
        <w:t>ZF0146717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