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RZECZPOSPOLITA POLSKA</w:t>
      </w:r>
    </w:p>
    <w:p>
      <w:r>
        <w:t>DYPLOM ZAWODOWY</w:t>
      </w:r>
    </w:p>
    <w:p>
      <w:r>
        <w:t>Beata Urszula Machniak</w:t>
      </w:r>
    </w:p>
    <w:p>
      <w:r>
        <w:t>21 września 1971 r.</w:t>
      </w:r>
    </w:p>
    <w:p>
      <w:r>
        <w:t>data urodzenia</w:t>
      </w:r>
    </w:p>
    <w:p>
      <w:r>
        <w:t>71092101708</w:t>
      </w:r>
    </w:p>
    <w:p>
      <w:r>
        <w:t>numer PESEL</w:t>
      </w:r>
    </w:p>
    <w:p>
      <w:r>
        <w:t>spełniła warunki uzyskania dyplomu zawodowego</w:t>
      </w:r>
    </w:p>
    <w:p>
      <w:r>
        <w:t>i posiada kwalifikacje w zawodzie</w:t>
      </w:r>
    </w:p>
    <w:p>
      <w:r>
        <w:t>Asystent osoby niepełnosprawnej 341201</w:t>
      </w:r>
    </w:p>
    <w:p>
      <w:r>
        <w:t>Końcowy wynik egzaminów zawodowych: 95% punktów możliwych do uzyskania.</w:t>
      </w:r>
    </w:p>
    <w:p>
      <w:r>
        <w:t>Nr DZ/33028540/26</w:t>
      </w:r>
    </w:p>
    <w:p>
      <w:r>
        <w:t>PRKIV</w:t>
      </w:r>
    </w:p>
    <w:p>
      <w:r>
        <w:t>Kwalifikacja pełna na poziomie</w:t>
      </w:r>
    </w:p>
    <w:p>
      <w:r>
        <w:t>czwartym Polskiej Ramy Kwalifikacji</w:t>
      </w:r>
    </w:p>
    <w:p>
      <w:r>
        <w:t>i europejskich ram kwalifikacji</w:t>
      </w:r>
    </w:p>
    <w:p>
      <w:r>
        <w:t>Kraków, dnia 28 sierpnia 2026 r.</w:t>
      </w:r>
    </w:p>
    <w:p>
      <w:r>
        <w:t>Dyrektor</w:t>
      </w:r>
    </w:p>
    <w:p>
      <w:r>
        <w:t>Okręgowej Komisji Egzaminacyjnej</w:t>
      </w:r>
    </w:p>
    <w:p>
      <w:r>
        <w:t>w Krakowie</w:t>
      </w:r>
    </w:p>
    <w:p>
      <w:r>
        <w:t>mgr Lech Gawryłow</w:t>
      </w:r>
    </w:p>
    <w:p>
      <w:r>
        <w:t>OKE-II/69/3</w:t>
      </w:r>
    </w:p>
    <w:p>
      <w:r>
        <w:t>ZF0146717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