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CIEC</w:t>
      </w:r>
    </w:p>
    <w:p>
      <w:r>
        <w:t>MIĘDZYNARODOWA KOMISJA STANU CYWILNEGO</w:t>
      </w:r>
    </w:p>
    <w:p>
      <w:r>
        <w:t>Wyciąg wydany na podstawie Konwencji CIEC nr 34 z dnia 14 marca 2014</w:t>
      </w:r>
    </w:p>
    <w:p>
      <w:r>
        <w:t>Wyciąg wystawiony zgodnie z Konwencją nr 34 CIEC z dnia 14 marca 2014</w:t>
      </w:r>
    </w:p>
    <w:p>
      <w:r>
        <w:t>Wyciąg wydany na podstawie Konwencji CIEC nr 34 z dnia 14 marca 2014</w:t>
      </w:r>
    </w:p>
    <w:p>
      <w:r>
        <w:t>Wyciąg wydany na podstawie Konwencji CIEC nr 34 z dnia 14 marca 2014</w:t>
      </w:r>
    </w:p>
    <w:p/>
    <w:p>
      <w:r>
        <w:t>Wzór 1 (strona 1)</w:t>
      </w:r>
    </w:p>
    <w:p>
      <w:r>
        <w:t>Formularz 1 (strona 1)</w:t>
      </w:r>
    </w:p>
    <w:p>
      <w:r>
        <w:t>Wzór 1 (str. 1)</w:t>
      </w:r>
    </w:p>
    <w:p>
      <w:r>
        <w:t>Formularz urzędowy 1 (strona 1)</w:t>
      </w:r>
    </w:p>
    <w:p/>
    <w:p>
      <w:r>
        <w:t>2-1 Państwo/Kraj / Stan / Stan</w:t>
      </w:r>
    </w:p>
    <w:p>
      <w:r>
        <w:t>1-1-1 Urząd stanu cywilnego / Urząd stanu cywilnego / Urząd stanu cywilnego / Urząd stanu cywilnego</w:t>
      </w:r>
    </w:p>
    <w:p>
      <w:r>
        <w:t>Szwajcaria</w:t>
      </w:r>
    </w:p>
    <w:p>
      <w:r>
        <w:t>ZA Horgen</w:t>
      </w:r>
    </w:p>
    <w:p/>
    <w:p>
      <w:r>
        <w:t>1-3-1-6 Wyciąg z aktu urodzenia</w:t>
      </w:r>
    </w:p>
    <w:p>
      <w:r>
        <w:t>Wyciąg z wpisu urodzenia</w:t>
      </w:r>
    </w:p>
    <w:p>
      <w:r>
        <w:t>Wyciąg z aktu urodzenia</w:t>
      </w:r>
    </w:p>
    <w:p>
      <w:r>
        <w:t>Wyciąg z wpisu urodzenia</w:t>
      </w:r>
    </w:p>
    <w:p/>
    <w:p>
      <w:r>
        <w:t>9-3-2 Nr. aktu / Nr. wpisu / Nr. aktu / Nr. wpisu</w:t>
      </w:r>
    </w:p>
    <w:p>
      <w:r>
        <w:t>64820038-0</w:t>
      </w:r>
    </w:p>
    <w:p/>
    <w:p>
      <w:r>
        <w:t>9-3-3 Nr. wyciągu / Nr. wyciągu / Nr. wyciągu / Nr. wyciągu</w:t>
      </w:r>
    </w:p>
    <w:p>
      <w:r>
        <w:t>42185961</w:t>
      </w:r>
    </w:p>
    <w:p/>
    <w:p>
      <w:r>
        <w:t>8-2 Data urodzenia / Data urodzenia / Data urodzenia / Data urodzenia</w:t>
      </w:r>
    </w:p>
    <w:p>
      <w:r>
        <w:t>[8-1] [DD/MM/RR] / [DD/MM/RRRR] / [DD/MM/RRRR] / [DD/MM/RRRR]</w:t>
      </w:r>
    </w:p>
    <w:p>
      <w:r>
        <w:t>31/07/2026 | 04:43</w:t>
      </w:r>
    </w:p>
    <w:p/>
    <w:p>
      <w:r>
        <w:t>2-2 Miejsce urodzenia / Miejsce urodzenia / Miejsce urodzenia / Miejsce urodzenia</w:t>
      </w:r>
    </w:p>
    <w:p>
      <w:r>
        <w:t>Horgen ZH</w:t>
      </w:r>
    </w:p>
    <w:p/>
    <w:p>
      <w:r>
        <w:t>7 Nazwisko / Nazwisko / Nazwisko / Nazwisko</w:t>
      </w:r>
    </w:p>
    <w:p>
      <w:r>
        <w:t>Maj</w:t>
      </w:r>
    </w:p>
    <w:p/>
    <w:p>
      <w:r>
        <w:t>7-7-6 Inne(-e) część(-i) nazwiska / Inna(-e) część(-i) nazwiska / Inna(-e) część(-i) nazwiska / Inna(-e) część(-i) nazwiska</w:t>
      </w:r>
    </w:p>
    <w:p>
      <w:r>
        <w:t>-/-</w:t>
      </w:r>
    </w:p>
    <w:p/>
    <w:p>
      <w:r>
        <w:t>7-9 Imiona / Imiona / Imiona / Imiona</w:t>
      </w:r>
    </w:p>
    <w:p>
      <w:r>
        <w:t>Julia</w:t>
      </w:r>
    </w:p>
    <w:p/>
    <w:p>
      <w:r>
        <w:t>1-8-2-1 Płeć męska / Płeć męska / Płeć męska / Płeć męska</w:t>
      </w:r>
    </w:p>
    <w:p>
      <w:r>
        <w:t>1-8-2-2 Płeć żeńska / Płeć żeńska / Płeć żeńska / Płeć żeńska</w:t>
      </w:r>
    </w:p>
    <w:p/>
    <w:p>
      <w:r>
        <w:t>9-3-5-1 Numer identyfikacji osobistej / Numer identyfikacji osobistej / Numer identyfikacji osobistej / Numer identyfikacji osobistej</w:t>
      </w:r>
    </w:p>
    <w:p>
      <w:r>
        <w:t>-/-</w:t>
      </w:r>
    </w:p>
    <w:p/>
    <w:p>
      <w:r>
        <w:t>3-4-1 Ojciec / Ojciec / Ojciec / Ojciec</w:t>
      </w:r>
    </w:p>
    <w:p>
      <w:r>
        <w:t>3-4-2 Matka / Matka / Matka / Matka</w:t>
      </w:r>
    </w:p>
    <w:p/>
    <w:p>
      <w:r>
        <w:t>Ojciec / Ojciec / Ojciec / Ojciec</w:t>
      </w:r>
    </w:p>
    <w:p>
      <w:r>
        <w:t>Matka / Matka / Matka / Matka</w:t>
      </w:r>
    </w:p>
    <w:p/>
    <w:p>
      <w:r>
        <w:t>7 Nazwisko</w:t>
      </w:r>
    </w:p>
    <w:p>
      <w:r>
        <w:t>Nazwisko</w:t>
      </w:r>
    </w:p>
    <w:p>
      <w:r>
        <w:t>Nazwisko</w:t>
      </w:r>
    </w:p>
    <w:p>
      <w:r>
        <w:t>Nazwisko</w:t>
      </w:r>
    </w:p>
    <w:p>
      <w:r>
        <w:t>Maj</w:t>
      </w:r>
    </w:p>
    <w:p/>
    <w:p>
      <w:r>
        <w:t>7-2-1 Nazwisko rodowe</w:t>
      </w:r>
    </w:p>
    <w:p>
      <w:r>
        <w:t>Nazwisko rodowe</w:t>
      </w:r>
    </w:p>
    <w:p>
      <w:r>
        <w:t>Nazwisko przy urodzeniu</w:t>
      </w:r>
    </w:p>
    <w:p>
      <w:r>
        <w:t>Nazwisko rodowe lub panieńskie</w:t>
      </w:r>
    </w:p>
    <w:p>
      <w:r>
        <w:t>Lasek</w:t>
      </w:r>
    </w:p>
    <w:p/>
    <w:p>
      <w:r>
        <w:t>7-7-6 Inne(-e) część(-i) nazwiska</w:t>
      </w:r>
    </w:p>
    <w:p>
      <w:r>
        <w:t>Inna(-e) część(-i) nazwiska</w:t>
      </w:r>
    </w:p>
    <w:p>
      <w:r>
        <w:t>Inna(-e) część(-i) nazwiska</w:t>
      </w:r>
    </w:p>
    <w:p>
      <w:r>
        <w:t>Inna(-e) część(-i) nazwiska</w:t>
      </w:r>
    </w:p>
    <w:p>
      <w:r>
        <w:t>-/-</w:t>
      </w:r>
    </w:p>
    <w:p/>
    <w:p>
      <w:r>
        <w:t>7-9 Imiona</w:t>
      </w:r>
    </w:p>
    <w:p>
      <w:r>
        <w:t>Imiona</w:t>
      </w:r>
    </w:p>
    <w:p>
      <w:r>
        <w:t>Imiona</w:t>
      </w:r>
    </w:p>
    <w:p>
      <w:r>
        <w:t>Imiona</w:t>
      </w:r>
    </w:p>
    <w:p>
      <w:r>
        <w:t>Paulina Weronika</w:t>
      </w:r>
    </w:p>
    <w:p/>
    <w:p>
      <w:r>
        <w:t>Maj</w:t>
      </w:r>
    </w:p>
    <w:p/>
    <w:p>
      <w:r>
        <w:t>-/-</w:t>
      </w:r>
    </w:p>
    <w:p/>
    <w:p>
      <w:r>
        <w:t>Kamil Marian</w:t>
      </w:r>
    </w:p>
    <w:p/>
    <w:p>
      <w:r>
        <w:t>1-4-4 Inne uwagi / Inne informacje / Inne wskazania / Inne wskazania</w:t>
      </w:r>
    </w:p>
    <w:p>
      <w:r>
        <w:t>-/-</w:t>
      </w:r>
    </w:p>
    <w:p/>
    <w:p>
      <w:r>
        <w:t>8-6-3 Data wydania / Data wydania / Data wydania / Data wydania</w:t>
      </w:r>
    </w:p>
    <w:p>
      <w:r>
        <w:t>[8-1] [DD/MM/RR] / [DD/MM/RRRR] / [DD/MM/RRRR] / [DD/MM/RRRR]</w:t>
      </w:r>
    </w:p>
    <w:p>
      <w:r>
        <w:t>10/08/2026</w:t>
      </w:r>
    </w:p>
    <w:p/>
    <w:p>
      <w:r>
        <w:t>9-4-6 Pieczęć / Pieczęć / Pieczęć / Pieczęć</w:t>
      </w:r>
    </w:p>
    <w:p>
      <w:r>
        <w:t>NVRIGARSIVM WALDHDDS ALUAIAID</w:t>
      </w:r>
    </w:p>
    <w:p/>
    <w:p>
      <w:r>
        <w:t>9-4-1 Podpis / Podpis / Podpis / Podpis</w:t>
      </w:r>
    </w:p>
    <w:p/>
    <w:p>
      <w:r>
        <w:t>7-7-1-2 Podpisujący(-a)</w:t>
      </w:r>
    </w:p>
    <w:p>
      <w:r>
        <w:t>Podpisujący(-a)</w:t>
      </w:r>
    </w:p>
    <w:p>
      <w:r>
        <w:t>Podpisujący(-a)</w:t>
      </w:r>
    </w:p>
    <w:p>
      <w:r>
        <w:t>Imię i nazwisko podpisującego</w:t>
      </w:r>
    </w:p>
    <w:p>
      <w:r>
        <w:t>Tanja Gyr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