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Dyrekcja Policji Lüneburg</w:t>
      </w:r>
    </w:p>
    <w:p>
      <w:r>
        <w:t>Inspektorat Policji Harburg</w:t>
      </w:r>
    </w:p>
    <w:p>
      <w:r>
        <w:t>Inspektorat Policji Harburg – Schützenstraße 17 – 21244 Buchholz i.d.N.</w:t>
      </w:r>
    </w:p>
    <w:p/>
    <w:p>
      <w:r>
        <w:t>P.</w:t>
      </w:r>
    </w:p>
    <w:p>
      <w:r>
        <w:t>Andreas Riebesell</w:t>
      </w:r>
    </w:p>
    <w:p>
      <w:r>
        <w:t>Wenzendorfer Straße 4a</w:t>
      </w:r>
    </w:p>
    <w:p>
      <w:r>
        <w:t>21244 Buchholz w Nordheide</w:t>
      </w:r>
    </w:p>
    <w:p/>
    <w:p>
      <w:r>
        <w:t>Pana znak</w:t>
      </w:r>
    </w:p>
    <w:p>
      <w:r>
        <w:t>Pana wiadomość z</w:t>
      </w:r>
    </w:p>
    <w:p/>
    <w:p>
      <w:r>
        <w:t>Mój znak (podać w odpowiedzi)</w:t>
      </w:r>
    </w:p>
    <w:p>
      <w:r>
        <w:t>2026 00 760 014 (001)</w:t>
      </w:r>
    </w:p>
    <w:p/>
    <w:p>
      <w:r>
        <w:t>Opracował</w:t>
      </w:r>
    </w:p>
    <w:p>
      <w:r>
        <w:t>Matthies, KOK</w:t>
      </w:r>
    </w:p>
    <w:p>
      <w:r>
        <w:t>Wydział Specjalistyczny 3</w:t>
      </w:r>
    </w:p>
    <w:p/>
    <w:p>
      <w:r>
        <w:t>Telefon</w:t>
      </w:r>
    </w:p>
    <w:p>
      <w:r>
        <w:t>04181 285-392</w:t>
      </w:r>
    </w:p>
    <w:p>
      <w:r>
        <w:t>Faks</w:t>
      </w:r>
    </w:p>
    <w:p/>
    <w:p>
      <w:r>
        <w:t>Data</w:t>
      </w:r>
    </w:p>
    <w:p>
      <w:r>
        <w:t>Buchholz i.d.N., 03.07.2026</w:t>
      </w:r>
    </w:p>
    <w:p/>
    <w:p>
      <w:r>
        <w:t>**Prosimy o przyniesienie niniejszego wezwania na termin**</w:t>
      </w:r>
    </w:p>
    <w:p/>
    <w:p>
      <w:r>
        <w:t>**Wezwanie w charakterze świadka**</w:t>
      </w:r>
    </w:p>
    <w:p/>
    <w:p>
      <w:r>
        <w:t>Szanowny Panie Riebesell,</w:t>
      </w:r>
    </w:p>
    <w:p/>
    <w:p>
      <w:r>
        <w:t>w niniejszym prowadzonym postępowaniu przygotowawczym</w:t>
      </w:r>
    </w:p>
    <w:p>
      <w:r>
        <w:t>Zarzut przestępstwa: Oszustwo</w:t>
      </w:r>
    </w:p>
    <w:p>
      <w:r>
        <w:t>Miejsce zdarzenia: Nieznane</w:t>
      </w:r>
    </w:p>
    <w:p>
      <w:r>
        <w:t>Czas zdarzenia: Śr., 08.01.2025 do Wt., 25.02.2025</w:t>
      </w:r>
    </w:p>
    <w:p/>
    <w:p>
      <w:r>
        <w:t>prosimy o stawienie się na przesłuchanie w charakterze świadka</w:t>
      </w:r>
    </w:p>
    <w:p/>
    <w:p>
      <w:r>
        <w:t>w dniu: środa, 29.07.2026, o godzinie 11:00</w:t>
      </w:r>
    </w:p>
    <w:p>
      <w:r>
        <w:t>w: 21244 Buchholz i.d.N., Schützenstraße 17,</w:t>
      </w:r>
    </w:p>
    <w:p>
      <w:r>
        <w:t>Inspektorat Policji Harburg - Wydział Specjalistyczny 3-</w:t>
      </w:r>
    </w:p>
    <w:p/>
    <w:p>
      <w:r>
        <w:t>**Prosimy o przyniesienie na ustalony termin następujących dokumentów tożsamości: Urzędowy dokument tożsamości ze zdjęciem**</w:t>
      </w:r>
    </w:p>
    <w:p/>
    <w:p>
      <w:r>
        <w:t>W przypadku niemożności stawienia się prosimy o niezwłoczne powiadomienie, podając przyczynę nieobecności. Jeżeli zamierzają Państwo wyruszyć w podróż z innego miejsca niż podany adres lub są Państwo zajęci poza nim, prosimy o niezwłoczne powiadomienie. W przypadku braku Państwa wiadomości, niniejsze wezwanie pozostaje w mocy.</w:t>
      </w:r>
    </w:p>
    <w:p/>
    <w:p>
      <w:r>
        <w:t>NIV 1134 v003 / Obowiązuje jako PolN 379</w:t>
      </w:r>
    </w:p>
    <w:p/>
    <w:p>
      <w:r>
        <w:t>Budynek służbowy</w:t>
      </w:r>
    </w:p>
    <w:p>
      <w:r>
        <w:t>21244 Buchholz i.d.N.</w:t>
      </w:r>
    </w:p>
    <w:p>
      <w:r>
        <w:t>Schützenstraße 17</w:t>
      </w:r>
    </w:p>
    <w:p/>
    <w:p>
      <w:r>
        <w:t>Telefon</w:t>
      </w:r>
    </w:p>
    <w:p>
      <w:r>
        <w:t>+49 4181 285-0</w:t>
      </w:r>
    </w:p>
    <w:p>
      <w:r>
        <w:t>Faks</w:t>
      </w:r>
    </w:p>
    <w:p>
      <w:r>
        <w:t>+49 4181 285-200</w:t>
      </w:r>
    </w:p>
    <w:p>
      <w:r>
        <w:t>E-mail</w:t>
      </w:r>
    </w:p>
    <w:p>
      <w:r>
        <w:t>poststelle@pi-harburg.polizei.niedersachsen.de</w:t>
      </w:r>
    </w:p>
    <w:p>
      <w:r>
        <w:t>Internet</w:t>
      </w:r>
    </w:p>
    <w:p>
      <w:r>
        <w:t>www.polizei-nds.de</w:t>
      </w:r>
    </w:p>
    <w:p/>
    <w:p>
      <w:r>
        <w:t>---</w:t>
      </w:r>
    </w:p>
    <w:p/>
    <w:p>
      <w:r>
        <w:t>202600760014-001</w:t>
      </w:r>
    </w:p>
    <w:p>
      <w:r>
        <w:t>Duplikat do akt śledztwa</w:t>
      </w:r>
    </w:p>
    <w:p>
      <w:r>
        <w:t>Strona 2</w:t>
      </w:r>
    </w:p>
    <w:p/>
    <w:p>
      <w:r>
        <w:t>Na wniosek świadkom przysługuje odszkodowanie za utracone zarobki, koszty podróży i inne wydatki (np. koszty koniecznych osób towarzyszących). Należy przedłożyć odpowiednie dowody (zaświadczenie od pracodawcy o zarobkach brutto za godzinę pracy, o liczbie regularnych dziennych godzin pracy, o godzinie rozpoczęcia i zakończenia pracy oraz o tym, czy utrata zarobków dotyczy tylko czasu pracy opuszczonego z powodu stawiennictwa na termin, czy całego dnia pracy, bilety komunikacji, rachunki za posiłki). Zwraca się uwagę, że samo przedłożenie miesięcznego zaświadczenia o zarobkach zazwyczaj nie jest niewystarczające do obliczenia odszkodowania.</w:t>
      </w:r>
    </w:p>
    <w:p/>
    <w:p>
      <w:r>
        <w:t>Z poważaniem</w:t>
      </w:r>
    </w:p>
    <w:p/>
    <w:p>
      <w:r>
        <w:t>Z upoważnienia</w:t>
      </w:r>
    </w:p>
    <w:p>
      <w:r>
        <w:t>Matthies, KOK</w:t>
      </w:r>
    </w:p>
    <w:p/>
    <w:p>
      <w:r>
        <w:t>NIV 1134 v003 / Obowiązuje jako PolN 379</w:t>
      </w:r>
    </w:p>
    <w:p/>
    <w:p>
      <w:r>
        <w:t>---</w:t>
      </w:r>
    </w:p>
    <w:p/>
    <w:p>
      <w:r>
        <w:t>NIV 28 v005 / Obowiązuje jako PolN 377</w:t>
      </w:r>
    </w:p>
    <w:p>
      <w:r>
        <w:t>Inspektorat Policji Harburg</w:t>
      </w:r>
    </w:p>
    <w:p>
      <w:r>
        <w:t>Wydział Specjalistyczny 3</w:t>
      </w:r>
    </w:p>
    <w:p>
      <w:r>
        <w:t>Numer sprawy</w:t>
      </w:r>
    </w:p>
    <w:p>
      <w:r>
        <w:t>2026 00 760 014 (001)</w:t>
      </w:r>
    </w:p>
    <w:p>
      <w:r>
        <w:t>Sporządzenie dokumentu: Matthies, KOK</w:t>
      </w:r>
    </w:p>
    <w:p>
      <w:r>
        <w:t>Telefon:</w:t>
      </w:r>
    </w:p>
    <w:p>
      <w:r>
        <w:t>04181 285-392</w:t>
      </w:r>
    </w:p>
    <w:p/>
    <w:p>
      <w:r>
        <w:t>21244 Buchholz i.d.N., 29.07.2026</w:t>
      </w:r>
    </w:p>
    <w:p>
      <w:r>
        <w:t>Schützenstraße 17</w:t>
      </w:r>
    </w:p>
    <w:p>
      <w:r>
        <w:t>Tel.: +49 4181 285-0</w:t>
      </w:r>
    </w:p>
    <w:p>
      <w:r>
        <w:t>Faks: +49 4181 285-200</w:t>
      </w:r>
    </w:p>
    <w:p/>
    <w:p>
      <w:r>
        <w:t>Osoba prowadząca sprawę: Matthies, KOK</w:t>
      </w:r>
    </w:p>
    <w:p>
      <w:r>
        <w:t>Telefon:</w:t>
      </w:r>
    </w:p>
    <w:p>
      <w:r>
        <w:t>04181 285-392</w:t>
      </w:r>
    </w:p>
    <w:p/>
    <w:p>
      <w:r>
        <w:t>Początek przesłuchania: 29.07.2026, 11:05</w:t>
      </w:r>
    </w:p>
    <w:p>
      <w:r>
        <w:t>(Przerwy i zakończenie przesłuchania należy odnotować w protokole przesłuchania.)</w:t>
      </w:r>
    </w:p>
    <w:p/>
    <w:p>
      <w:r>
        <w:t>**Przesłuchanie świadka**</w:t>
      </w:r>
    </w:p>
    <w:p/>
    <w:p>
      <w:r>
        <w:t>W przypadku osób niepełnoletnich należy przestrzegać PDV 382 i Nrn. 19, 19a, 130a, 135, 222 RiStBV; w przypadku niepełnoletnich świadków należy odnotować w aktach, czy zrozumieli pouczenia i czy mają wystarczające pojęcie o prawie do odmowy zeznań. W przypadku przesłuchiwania cudzoziemców należy odnotować w aktach, czy w wystarczającym stopniu posługują się językiem niemieckim, aby przesłuchanie mogło odbyć się w języku niemieckim.</w:t>
      </w:r>
    </w:p>
    <w:p/>
    <w:p>
      <w:r>
        <w:t>Stawienie się</w:t>
      </w:r>
    </w:p>
    <w:p>
      <w:r>
        <w:t>wezwano</w:t>
      </w:r>
    </w:p>
    <w:p/>
    <w:p>
      <w:r>
        <w:t>**1.a Obowiązkowe dane osobowe (zgodnie z § 111 OWIG w zw. z § 163b ust. 2 StPO)**</w:t>
      </w:r>
    </w:p>
    <w:p/>
    <w:p>
      <w:r>
        <w:t>**Pouczenie**</w:t>
      </w:r>
    </w:p>
    <w:p>
      <w:r>
        <w:t>Zostałem pouczony, że jestem zobowiązany do podania tych danych w sposób pełny i prawdziwy. Ponadto zostałem pouczony, że mam możliwość podania zamiast miejsca zamieszkania, miejsca prowadzenia działalności gospodarczej lub służby, albo innego adresu do doręczeń, jeżeli istnieje uzasadniona obawa, że podanie miejsca zamieszkania zagroziłoby mojemu dobru prawnemu lub dobru prawnemu innej osoby, albo że na mnie lub na inną osobę wywierany byłby nieuczciwy nacisk (§ 68 ust. 2 StPO).</w:t>
      </w:r>
    </w:p>
    <w:p/>
    <w:p>
      <w:r>
        <w:t>Nazwisko, ewentualnie nazwisko rodowe: Riebesell, z domu Riebesell</w:t>
      </w:r>
    </w:p>
    <w:p>
      <w:r>
        <w:t>Imię (imiona): Andreas</w:t>
      </w:r>
    </w:p>
    <w:p>
      <w:r>
        <w:t>Data urodzenia: 13.04.1957</w:t>
      </w:r>
    </w:p>
    <w:p>
      <w:r>
        <w:t>Miejsce urodzenia: Buchholz obecnie Buchholz w Nordheide</w:t>
      </w:r>
    </w:p>
    <w:p>
      <w:r>
        <w:t>Miejsce zamieszkania: Wenzendorfer Straße 4a, 21244 Buchholz w Nordheide</w:t>
      </w:r>
    </w:p>
    <w:p>
      <w:r>
        <w:t>Obecnie wykonywany zawód:</w:t>
      </w:r>
    </w:p>
    <w:p/>
    <w:p>
      <w:r>
        <w:t>**1.b Dobrowolne dane osobowe**</w:t>
      </w:r>
    </w:p>
    <w:p/>
    <w:p>
      <w:r>
        <w:t>Stan cywilny: rozwiedziony</w:t>
      </w:r>
    </w:p>
    <w:p>
      <w:r>
        <w:t>Narodowość: niemiecka</w:t>
      </w:r>
    </w:p>
    <w:p>
      <w:r>
        <w:t>Dostępność prywatna:</w:t>
      </w:r>
    </w:p>
    <w:p>
      <w:r>
        <w:t>Dostępność w ciągu dnia:</w:t>
      </w:r>
    </w:p>
    <w:p/>
    <w:p>
      <w:r>
        <w:t>**2. Oświadczenia w sprawie**</w:t>
      </w:r>
    </w:p>
    <w:p/>
    <w:p>
      <w:r>
        <w:t>Poinformowano mnie, przeciwko komu toczy się postępowanie, jakie przestępstwo lub przestępstwa są przedmiotem sprawy i z jakiego powodu jestem przesłuchiwany.</w:t>
      </w:r>
    </w:p>
    <w:p>
      <w:r>
        <w:t>Zostałem pouczony, że nie muszę zeznawać przed policją, jeśli wezwanie przez policję nie jest poparte nakazem prokuratury. Zostałem pouczony, że jestem jednak zobowiązany do stawienia się na wezwanie przed prokuraturą i/lub sądem. Tam muszę zeznawać, chyba że wyjątkowo przysługuje mi prawo do odmowy zeznań lub udzielenia informacji.</w:t>
      </w:r>
    </w:p>
    <w:p>
      <w:r>
        <w:t>Zostałem pouczony, że moje zeznania muszą być zgodne z prawdą i kompletne.</w:t>
      </w:r>
    </w:p>
    <w:p>
      <w:r>
        <w:t>W szczególności popełniam przestępstwo, jeśli</w:t>
      </w:r>
    </w:p>
    <w:p>
      <w:r>
        <w:t>a) składając zeznania, podejrzewam osobę wbrew mojej wiedzy (§ 164 StGB),</w:t>
      </w:r>
    </w:p>
    <w:p>
      <w:r>
        <w:t>b) symuluję przestępstwo (§ 145d StGB) lub</w:t>
      </w:r>
    </w:p>
    <w:p>
      <w:r>
        <w:t>c) chcę udaremnić ukaranie lub poddanie innej sankcji karnej sprawcy/sprawców lub osoby/osób, których dotyczy postępowanie, za czyn niezgodny z prawem (§ 258 StGB).</w:t>
      </w:r>
    </w:p>
    <w:p/>
    <w:p>
      <w:r>
        <w:t>Tylko w przypadku, gdy świadek jest jednocześnie poszkodowanym:</w:t>
      </w:r>
    </w:p>
    <w:p>
      <w:r>
        <w:t>Zostałem pouczony o moich prawach zgodnie z § 406d, § 406h StPO poprzez przesłanie lub wręczenie formularza PolN 302 - Informator o prawach poszkodowanych w postępowaniu karnym.</w:t>
      </w:r>
    </w:p>
    <w:p/>
    <w:p>
      <w:r>
        <w:t>Strona 1 z 5</w:t>
      </w:r>
    </w:p>
    <w:p/>
    <w:p>
      <w:r>
        <w:t>---</w:t>
      </w:r>
    </w:p>
    <w:p/>
    <w:p>
      <w:r>
        <w:t>NIV 28 v005 / Obowiązuje jako PolN 377</w:t>
      </w:r>
    </w:p>
    <w:p/>
    <w:p>
      <w:r>
        <w:t>Inspektorat Policji Harburg</w:t>
      </w:r>
    </w:p>
    <w:p>
      <w:r>
        <w:t>Wydział Specjalistyczny 3</w:t>
      </w:r>
    </w:p>
    <w:p>
      <w:r>
        <w:t>Numer sprawy</w:t>
      </w:r>
    </w:p>
    <w:p>
      <w:r>
        <w:t>2026 00 760 014 (001)</w:t>
      </w:r>
    </w:p>
    <w:p>
      <w:r>
        <w:t>Sporządzenie dokumentu: Matthies, KOK</w:t>
      </w:r>
    </w:p>
    <w:p/>
    <w:p>
      <w:r>
        <w:t>21244 Buchholz i.d.N., 29.07.2026</w:t>
      </w:r>
    </w:p>
    <w:p>
      <w:r>
        <w:t>Schützenstraße 17</w:t>
      </w:r>
    </w:p>
    <w:p>
      <w:r>
        <w:t>Tel.: +49 4181 285-0</w:t>
      </w:r>
    </w:p>
    <w:p>
      <w:r>
        <w:t>Faks: +49 4181 285-200</w:t>
      </w:r>
    </w:p>
    <w:p/>
    <w:p>
      <w:r>
        <w:t>Osoba prowadząca sprawę: Matthies, KOK</w:t>
      </w:r>
    </w:p>
    <w:p/>
    <w:p>
      <w:r>
        <w:t>**Pouczenie o prawie do odmowy zeznań**</w:t>
      </w:r>
    </w:p>
    <w:p>
      <w:r>
        <w:t>Zostałem pouczony o moim prawie do odmowy zeznań zgodnie z § 52 StPO.</w:t>
      </w:r>
    </w:p>
    <w:p>
      <w:r>
        <w:t>Istnieje następujący stosunek uzasadniający prawo do odmowy zeznań zgodnie z § 52 StPO wobec oskarżonego/oskarżonych:</w:t>
      </w:r>
    </w:p>
    <w:p>
      <w:r>
        <w:t>- brak -</w:t>
      </w:r>
    </w:p>
    <w:p/>
    <w:p>
      <w:r>
        <w:t>**Pouczenie o prawie do odmowy udzielenia informacji**</w:t>
      </w:r>
    </w:p>
    <w:p>
      <w:r>
        <w:t>Zostałem pouczony, że mogę odmówić składania zeznań w sprawie przed policją. Zostałem pouczony, że jestem zobowiązany do stawienia się na wezwanie przed prokuraturą lub sądem i składania zeznań w sprawie.</w:t>
      </w:r>
    </w:p>
    <w:p>
      <w:r>
        <w:t>Zostałem pouczony, że mogę odmówić udzielenia odpowiedzi na pytania, których udzielenie naraziłoby mnie samego lub osobę wymienioną w § 52 ust. 1 StPO na niebezpieczeństwo ścigania za przestępstwo lub wykroczenie (§ 55 StPO).</w:t>
      </w:r>
    </w:p>
    <w:p/>
    <w:p>
      <w:r>
        <w:t>Chcę zeznawać.</w:t>
      </w:r>
    </w:p>
    <w:p/>
    <w:p>
      <w:r>
        <w:t>Strona 2 z 5</w:t>
      </w:r>
    </w:p>
    <w:p/>
    <w:p>
      <w:r>
        <w:t>---</w:t>
      </w:r>
    </w:p>
    <w:p/>
    <w:p>
      <w:r>
        <w:t>v002</w:t>
      </w:r>
    </w:p>
    <w:p>
      <w:r>
        <w:t>Inspektorat Policji Harburg</w:t>
      </w:r>
    </w:p>
    <w:p>
      <w:r>
        <w:t>Wydział Specjalistyczny 3</w:t>
      </w:r>
    </w:p>
    <w:p>
      <w:r>
        <w:t>Numer sprawy</w:t>
      </w:r>
    </w:p>
    <w:p>
      <w:r>
        <w:t>2026 00 760 014 (001)</w:t>
      </w:r>
    </w:p>
    <w:p>
      <w:r>
        <w:t>Sporządzenie dokumentu: Matthies, KOK</w:t>
      </w:r>
    </w:p>
    <w:p>
      <w:r>
        <w:t>Telefon:</w:t>
      </w:r>
    </w:p>
    <w:p>
      <w:r>
        <w:t>04181 285-392</w:t>
      </w:r>
    </w:p>
    <w:p/>
    <w:p>
      <w:r>
        <w:t>21244 Buchholz i.d.N., 29.07.2026</w:t>
      </w:r>
    </w:p>
    <w:p>
      <w:r>
        <w:t>Schützenstraße 17</w:t>
      </w:r>
    </w:p>
    <w:p>
      <w:r>
        <w:t>Tel.: +49 4181 285-0</w:t>
      </w:r>
    </w:p>
    <w:p>
      <w:r>
        <w:t>Faks: +49 4181 285-200</w:t>
      </w:r>
    </w:p>
    <w:p/>
    <w:p>
      <w:r>
        <w:t>Osoba prowadząca sprawę: Matthies, KOK</w:t>
      </w:r>
    </w:p>
    <w:p>
      <w:r>
        <w:t>Telefon:</w:t>
      </w:r>
    </w:p>
    <w:p>
      <w:r>
        <w:t>04181 285-392</w:t>
      </w:r>
    </w:p>
    <w:p/>
    <w:p>
      <w:r>
        <w:t>**Przesłuchanie świadka**</w:t>
      </w:r>
    </w:p>
    <w:p/>
    <w:p>
      <w:r>
        <w:t>W środę, 29.07.2026 około godziny 11:00, stawia się Pan</w:t>
      </w:r>
    </w:p>
    <w:p/>
    <w:p>
      <w:r>
        <w:t>**Andreas Riebesell**</w:t>
      </w:r>
    </w:p>
    <w:p>
      <w:r>
        <w:t>\*13.04.1957 w Buchholz</w:t>
      </w:r>
    </w:p>
    <w:p>
      <w:r>
        <w:t>Miejsce zamieszkania: Wenzendorfer Straße 4a, 21244 Buchholz i.d.N.</w:t>
      </w:r>
    </w:p>
    <w:p/>
    <w:p>
      <w:r>
        <w:t>po wezwaniu do tutejszej jednostki służbowej.</w:t>
      </w:r>
    </w:p>
    <w:p/>
    <w:p>
      <w:r>
        <w:t>Pan Riebesell legitymuje się ważnym dowodem osobistym.</w:t>
      </w:r>
    </w:p>
    <w:p/>
    <w:p>
      <w:r>
        <w:t>Pan Riebesell zostaje pouczony przez podpisującego o swoich prawach jako świadek w postępowaniu karnym. Zostaje mu również w szczególności wskazane jego prawo do odmowy udzielenia informacji zgodnie z § 55 StPO. Pan Riebesell oświadcza, że zrozumiał pouczenie i chce zeznawać.</w:t>
      </w:r>
    </w:p>
    <w:p/>
    <w:p>
      <w:r>
        <w:t>Początek przesłuchania: 11:05</w:t>
      </w:r>
    </w:p>
    <w:p>
      <w:r>
        <w:t>Przesłuchujący: KOK Matthies (Podpisujący)</w:t>
      </w:r>
    </w:p>
    <w:p/>
    <w:p>
      <w:r>
        <w:t>Pytanie: Czy zrozumiał Pan pouczenie?</w:t>
      </w:r>
    </w:p>
    <w:p>
      <w:r>
        <w:t>Odpowiedź: Tak.</w:t>
      </w:r>
    </w:p>
    <w:p/>
    <w:p>
      <w:r>
        <w:t>Pytanie: Czy ma Pan jeszcze jakieś pytania w tej sprawie?</w:t>
      </w:r>
    </w:p>
    <w:p>
      <w:r>
        <w:t>Odpowiedź: Nie.</w:t>
      </w:r>
    </w:p>
    <w:p/>
    <w:p>
      <w:r>
        <w:t>Stan faktyczny: Niniejsze postępowanie w sprawie oszustwa skierowane jest przeciwko Panu Mateuszowi Buczkowi. Przedmiotem postępowania jest podejrzenie popełnienia kilku oszustw internetowych w związku z zamówieniami przez fałszywy sklep internetowy. Jest Pan świadkiem w tym postępowaniu w sprawie oszustwa i ma zostać przesłuchany dla organów śledczych z Polski.</w:t>
      </w:r>
    </w:p>
    <w:p/>
    <w:p>
      <w:r>
        <w:t>Podstawą jest to, że w dniu 13.02.2025 przelał Pan 329,99 Euro na konto Pana Buczka (PL05 1160 2202 0000 0006 5169 3759).</w:t>
      </w:r>
    </w:p>
    <w:p/>
    <w:p>
      <w:r>
        <w:t>Władze z Polski proszą zatem o wyjaśnienie następujących kwestii:</w:t>
      </w:r>
    </w:p>
    <w:p/>
    <w:p>
      <w:r>
        <w:t>Strona 3 z 5</w:t>
      </w:r>
    </w:p>
    <w:p/>
    <w:p>
      <w:r>
        <w:t>---</w:t>
      </w:r>
    </w:p>
    <w:p/>
    <w:p>
      <w:r>
        <w:t>v002</w:t>
      </w:r>
    </w:p>
    <w:p>
      <w:r>
        <w:t>202600760014-001</w:t>
      </w:r>
    </w:p>
    <w:p>
      <w:r>
        <w:t>Strona 4</w:t>
      </w:r>
    </w:p>
    <w:p/>
    <w:p>
      <w:r>
        <w:t>1. Pytanie: Czy jest Pan jedynym właścicielem konta bankowego o numerze: DE62 2702 0000 1501 3907 18 w Volkswagen Bank? Czy ktoś inny ma dostęp do tego konta, ewentualnie również poprzez bankowość internetową?</w:t>
      </w:r>
    </w:p>
    <w:p>
      <w:r>
        <w:t>Odpowiedź: Tak, nikt inny nie ma dostępu do tego konta.</w:t>
      </w:r>
    </w:p>
    <w:p/>
    <w:p>
      <w:r>
        <w:t>2. Pytanie: Czy to konto bankowe jest przypisane do konta firmowego czy prywatnego? Jeśli jest to firma, jaka jest jej nazwa? Jaki jest adres firmy? Kto kieruje firmą?</w:t>
      </w:r>
    </w:p>
    <w:p>
      <w:r>
        <w:t>Odpowiedź: Konto prywatne.</w:t>
      </w:r>
    </w:p>
    <w:p/>
    <w:p>
      <w:r>
        <w:t>3. Pytanie: Czy dokonał Pan ww. przelewu? Jeśli tak, w jakim celu? Jaki był tytuł przelewu? Czy zna Pan imię i nazwisko oraz adres i dane kontaktowe odbiorcy, w tym numer telefonu i adres e-mail?</w:t>
      </w:r>
    </w:p>
    <w:p>
      <w:r>
        <w:t>Odpowiedź: Tak, dokonałem. Chciałem kupić brykiet. To była dobra cena. Towaru jednak nigdy nie otrzymałem. Tytuł przelewu to "1 Paleta Brykietów". Sklep internetowy został usunięty po kilku dniach. Nie pamiętam już nic więcej.</w:t>
      </w:r>
    </w:p>
    <w:p/>
    <w:p>
      <w:r>
        <w:t>4. Pytanie: Czy zna Pan Mateusza Buczka, zamieszkałego przy Slowackiego 1, mieszkanie 8, 37500 Jarosław, w Województwie Podkarpackim, Polska? Jeśli tak, w jakim stosunku do niego Pan pozostaje?</w:t>
      </w:r>
    </w:p>
    <w:p>
      <w:r>
        <w:t>Odpowiedź: Nie.</w:t>
      </w:r>
    </w:p>
    <w:p/>
    <w:p>
      <w:r>
        <w:t>5. Pytanie: Jeśli zna Pan ww. osobę, czy nawiązał Pan z nią kontakt? Jeśli tak, w jaki sposób? Czy uzgodnił Pan z tą osobą warunki dokonania przelewu w wysokości 329,99 Euro na konto o ww. IBAN: PL05 1160 2202 0000 0006 5169 3759, właściciel konta: Mateusz Buczek.</w:t>
      </w:r>
    </w:p>
    <w:p>
      <w:r>
        <w:t>Odpowiedź: Szukałem palety brykietu na Ebayu i w Google, i to była najkorzystniejsza oferta. Następnie otrzymałem e-mail z wezwaniem do zapłaty i numerem konta, i przelałem pieniądze. Sprawdzę w domu, czy mam jeszcze ten e-mail i ewentualnie Panu go prześlę.</w:t>
      </w:r>
    </w:p>
    <w:p/>
    <w:p>
      <w:r>
        <w:t>6. Pytanie: Czy czuje się Pan pokrzywdzony w związku z tym przelewem na konto Mateusza Buczka?</w:t>
      </w:r>
    </w:p>
    <w:p>
      <w:r>
        <w:t>Odpowiedź: Oczywiście, że tak.</w:t>
      </w:r>
    </w:p>
    <w:p/>
    <w:p>
      <w:r>
        <w:t>7. Pytanie: Dlaczego nie zgłosił Pan tego do tej pory?</w:t>
      </w:r>
    </w:p>
    <w:p>
      <w:r>
        <w:t>Odpowiedź: Nie jestem pewien, czy już to zgłosiłem. Właściwie chciałem to zrobić. Sprawdzę jeszcze raz w domu, czy ewentualnie mam numer akt.</w:t>
      </w:r>
    </w:p>
    <w:p/>
    <w:p>
      <w:r>
        <w:t>8. Pytanie: Proszę podać mi swoje dane kontaktowe (numer telefonu, adres e-mail)?</w:t>
      </w:r>
    </w:p>
    <w:p/>
    <w:p>
      <w:r>
        <w:t>Strona 4 z 5</w:t>
      </w:r>
    </w:p>
    <w:p/>
    <w:p>
      <w:r>
        <w:t>---</w:t>
      </w:r>
    </w:p>
    <w:p/>
    <w:p>
      <w:r>
        <w:t>v002</w:t>
      </w:r>
    </w:p>
    <w:p>
      <w:r>
        <w:t>202600760014-001</w:t>
      </w:r>
    </w:p>
    <w:p>
      <w:r>
        <w:t>Strona 5</w:t>
      </w:r>
    </w:p>
    <w:p/>
    <w:p>
      <w:r>
        <w:t>Odpowiedź: andreas@riebesell.org, 01738868420</w:t>
      </w:r>
    </w:p>
    <w:p/>
    <w:p>
      <w:r>
        <w:t>9. Pytanie: W jakim języku ma odbywać się ewentualna przyszła komunikacja z polskimi władzami?</w:t>
      </w:r>
    </w:p>
    <w:p>
      <w:r>
        <w:t>Odpowiedź: Niemiecki.</w:t>
      </w:r>
    </w:p>
    <w:p/>
    <w:p>
      <w:r>
        <w:t>10. Pytanie: Czy ma Pan dodatkowe dokumenty dotyczące sprawy?</w:t>
      </w:r>
    </w:p>
    <w:p>
      <w:r>
        <w:t>Odpowiedź: Sprawdzę i ewentualnie Panu prześlę.</w:t>
      </w:r>
    </w:p>
    <w:p/>
    <w:p>
      <w:r>
        <w:t>11. Pytanie: Czy chciałby Pan jeszcze coś dodać do stanu faktycznego?</w:t>
      </w:r>
    </w:p>
    <w:p>
      <w:r>
        <w:t>Odpowiedź: Nie.</w:t>
      </w:r>
    </w:p>
    <w:p/>
    <w:p>
      <w:r>
        <w:t>Zakończenie przesłuchania: 11:30</w:t>
      </w:r>
    </w:p>
    <w:p/>
    <w:p>
      <w:r>
        <w:t>Zakończono: Podpisano:</w:t>
      </w:r>
    </w:p>
    <w:p>
      <w:r>
        <w:t>Matthies, KOK Riebesell</w:t>
      </w:r>
    </w:p>
    <w:p/>
    <w:p>
      <w:r>
        <w:t>Strona 5 z 5</w:t>
      </w:r>
    </w:p>
    <w:p/>
    <w:p>
      <w:r>
        <w:t>---</w:t>
      </w:r>
    </w:p>
    <w:p/>
    <w:p>
      <w:r>
        <w:t>Matthies, Michael (Inspektorat Policji Harburg Wydział Specjalistyczny 3)</w:t>
      </w:r>
    </w:p>
    <w:p>
      <w:r>
        <w:t>Od:</w:t>
      </w:r>
    </w:p>
    <w:p>
      <w:r>
        <w:t>Wysłano:</w:t>
      </w:r>
    </w:p>
    <w:p>
      <w:r>
        <w:t>Do:</w:t>
      </w:r>
    </w:p>
    <w:p>
      <w:r>
        <w:t>DW:</w:t>
      </w:r>
    </w:p>
    <w:p>
      <w:r>
        <w:t>Temat:</w:t>
      </w:r>
    </w:p>
    <w:p>
      <w:r>
        <w:t>Andreas Riebesell &lt;andreas@riebesell.org&gt;</w:t>
      </w:r>
    </w:p>
    <w:p>
      <w:r>
        <w:t>Środa, 29 lipca 2026 13:01</w:t>
      </w:r>
    </w:p>
    <w:p>
      <w:r>
        <w:t>Matthies, Michael (Inspektorat Policji Harburg Wydział Specjalistyczny 3)</w:t>
      </w:r>
    </w:p>
    <w:p>
      <w:r>
        <w:t>Andreas Riebesell</w:t>
      </w:r>
    </w:p>
    <w:p>
      <w:r>
        <w:t>FW: Potwierdzenie zamówienia</w:t>
      </w:r>
    </w:p>
    <w:p/>
    <w:p>
      <w:r>
        <w:t>UWAGA!! Ten e-mail pochodzi od nadawcy spoza infrastruktury administracji państwowej Dolnej Saksonii, z szyfrowaniem TLS. Proszę nie klikać żadnych linków ani nie otwierać żadnych załączników e-mail, jeśli nie znają Państwo nadawcy i nie mają pewności, czy treść jest bezpieczna.</w:t>
      </w:r>
    </w:p>
    <w:p/>
    <w:p>
      <w:r>
        <w:t>Witaj, Panie Matthies,</w:t>
      </w:r>
    </w:p>
    <w:p>
      <w:r>
        <w:t>oto potwierdzenie zamówienia na brykiety.</w:t>
      </w:r>
    </w:p>
    <w:p/>
    <w:p>
      <w:r>
        <w:t>Z poważaniem</w:t>
      </w:r>
    </w:p>
    <w:p/>
    <w:p>
      <w:r>
        <w:t>Andreas Riebesell</w:t>
      </w:r>
    </w:p>
    <w:p>
      <w:r>
        <w:t>Wenzendorfer Str. 8</w:t>
      </w:r>
    </w:p>
    <w:p>
      <w:r>
        <w:t>21244 Buchholz</w:t>
      </w:r>
    </w:p>
    <w:p/>
    <w:p>
      <w:r>
        <w:t>Tel. 04181-9313-30, Faks 04181-9313-11, Kom. 0173-8868420</w:t>
      </w:r>
    </w:p>
    <w:p/>
    <w:p>
      <w:r>
        <w:t>Od: beratung@seydo-handel.de &lt;beratung@seydo-handel.de&gt;</w:t>
      </w:r>
    </w:p>
    <w:p>
      <w:r>
        <w:t>Wysłano: Czwartek, 13 lutego 2025 08:32</w:t>
      </w:r>
    </w:p>
    <w:p>
      <w:r>
        <w:t>Do: Andreas Riebesell &lt;andreas@riebesell.org&gt;</w:t>
      </w:r>
    </w:p>
    <w:p>
      <w:r>
        <w:t>Temat: Potwierdzenie zamówienia</w:t>
      </w:r>
    </w:p>
    <w:p/>
    <w:p>
      <w:r>
        <w:t>Witaj, Szanowny Panie Andreasie Riebesell,</w:t>
      </w:r>
    </w:p>
    <w:p/>
    <w:p>
      <w:r>
        <w:t>Państwa zamówienie wpłynęło do nas 13.02.2025, o 08:32.</w:t>
      </w:r>
    </w:p>
    <w:p/>
    <w:p>
      <w:r>
        <w:t>Numer zamówienia: 10235</w:t>
      </w:r>
    </w:p>
    <w:p/>
    <w:p>
      <w:r>
        <w:t>Po zaksięgowaniu płatności otrzymają Państwo oddzielne powiadomienie, a Państwa zamówienie zostanie przetworzone.</w:t>
      </w:r>
    </w:p>
    <w:p/>
    <w:p>
      <w:r>
        <w:t>Bezpieczna i wygodna płatność przelewem SEPA.</w:t>
      </w:r>
    </w:p>
    <w:p/>
    <w:p>
      <w:r>
        <w:t>Dziękujemy za zakupy!</w:t>
      </w:r>
    </w:p>
    <w:p>
      <w:r>
        <w:t>Cieszymy się, że wybrali Państwo nasze produkty. Poniżej znajdą Państwo wszystkie ważne informacje dotyczące Państwa zamówienia, płatności i wysyłki.</w:t>
      </w:r>
    </w:p>
    <w:p/>
    <w:p>
      <w:r>
        <w:t>Informacje o płatności:</w:t>
      </w:r>
    </w:p>
    <w:p>
      <w:r>
        <w:t>Prosimy o przelanie łącznej kwoty zamówienia na podane poniżej konto. Prosimy o użycie wyłącznie numeru zamówienia jako tytułu przelewu, aby zapewnić płynne przyporządkowanie Państwa płatności.</w:t>
      </w:r>
    </w:p>
    <w:p/>
    <w:p>
      <w:r>
        <w:t>Odbiorca płatności: MATEUSZ BUCZEK</w:t>
      </w:r>
    </w:p>
    <w:p>
      <w:r>
        <w:t>IBAN: PL05 1160 2202 0000 0006 5169 3759</w:t>
      </w:r>
    </w:p>
    <w:p>
      <w:r>
        <w:t>BIC: BIGBPLPWXXX</w:t>
      </w:r>
    </w:p>
    <w:p>
      <w:r>
        <w:t>Tytuł przelewu: Państwa numer zamówienia (np. 10XXX)</w:t>
      </w:r>
    </w:p>
    <w:p/>
    <w:p>
      <w:r>
        <w:t>Informacje o wysyłce:</w:t>
      </w:r>
    </w:p>
    <w:p>
      <w:r>
        <w:t>W przypadku wysyłki większych i nieporęcznych artykułów współpracujemy ze spedycją Raben Group. W ciągu 48 godzin od zaksięgowania płatności spedycja skontaktuje się z Państwem w celu uzgodnienia terminu dostawy.</w:t>
      </w:r>
    </w:p>
    <w:p>
      <w:r>
        <w:t>Mniejsze paczki o wadze do 31,5 kg są wysyłane za pośrednictwem DHL lub GLS. W ciągu 48 godzin od wysyłki otrzymają Państwo e-mail z numerem śledzenia przesyłki, dzięki czemu będą mogli Państwo śledzić dostawę w dowolnym momencie.</w:t>
      </w:r>
    </w:p>
    <w:p/>
    <w:p>
      <w:r>
        <w:t>1</w:t>
      </w:r>
    </w:p>
    <w:p/>
    <w:p>
      <w:r>
        <w:t>---</w:t>
      </w:r>
    </w:p>
    <w:p/>
    <w:p>
      <w:r>
        <w:t>Kontakt i wsparcie:</w:t>
      </w:r>
    </w:p>
    <w:p>
      <w:r>
        <w:t>W przypadku pytań lub wątpliwości jesteśmy do Państwa dyspozycji. Mogą się Państwo z nami skontaktować pod adresem:</w:t>
      </w:r>
    </w:p>
    <w:p>
      <w:r>
        <w:t>E-mail: beratung@seydo-handel.de</w:t>
      </w:r>
    </w:p>
    <w:p/>
    <w:p>
      <w:r>
        <w:t>Aktualny status Państwa zamówienia mogą Państwo sprawdzić w dowolnym momencie pod tym linkiem: https://seydo-handel.de/account/order/f1clK7H7Hs8eGP8Ov398EuUGFoD8OuLe</w:t>
      </w:r>
    </w:p>
    <w:p>
      <w:r>
        <w:t>Za pośrednictwem tego linku mogą Państwo również edytować zamówienie, zmienić metodę płatności lub dokonać płatności później.</w:t>
      </w:r>
    </w:p>
    <w:p/>
    <w:p>
      <w:r>
        <w:t>Informacje o Państwa zamówieniu:</w:t>
      </w:r>
    </w:p>
    <w:p/>
    <w:p>
      <w:r>
        <w:t>Nr produktu</w:t>
      </w:r>
    </w:p>
    <w:p>
      <w:r>
        <w:t>V10020</w:t>
      </w:r>
    </w:p>
    <w:p/>
    <w:p>
      <w:r>
        <w:t>Zdjęcie produktu</w:t>
      </w:r>
    </w:p>
    <w:p>
      <w:r>
        <w:t>X</w:t>
      </w:r>
    </w:p>
    <w:p/>
    <w:p>
      <w:r>
        <w:t>Opis</w:t>
      </w:r>
    </w:p>
    <w:p>
      <w:r>
        <w:t>Brykiety węgla brunatnego Rekord Pakiet węgla do kominków i pieców 40x 25kg, 1000kg Paleta</w:t>
      </w:r>
    </w:p>
    <w:p/>
    <w:p>
      <w:r>
        <w:t>Ilość</w:t>
      </w:r>
    </w:p>
    <w:p>
      <w:r>
        <w:t>1</w:t>
      </w:r>
    </w:p>
    <w:p/>
    <w:p>
      <w:r>
        <w:t>Cena</w:t>
      </w:r>
    </w:p>
    <w:p>
      <w:r>
        <w:t>329,99 €</w:t>
      </w:r>
    </w:p>
    <w:p/>
    <w:p>
      <w:r>
        <w:t>Suma</w:t>
      </w:r>
    </w:p>
    <w:p>
      <w:r>
        <w:t>329,99 €</w:t>
      </w:r>
    </w:p>
    <w:p/>
    <w:p>
      <w:r>
        <w:t>Koszty wysyłki: 0,00 €</w:t>
      </w:r>
    </w:p>
    <w:p>
      <w:r>
        <w:t>Całkowity koszt netto: 277,30 €</w:t>
      </w:r>
    </w:p>
    <w:p>
      <w:r>
        <w:t>w tym 19% VAT 52,69 €</w:t>
      </w:r>
    </w:p>
    <w:p>
      <w:r>
        <w:t>Całkowity koszt brutto: 329,99 €</w:t>
      </w:r>
    </w:p>
    <w:p/>
    <w:p>
      <w:r>
        <w:t>Wybrana metoda wysyłki: Wysyłka spedycyjna</w:t>
      </w:r>
    </w:p>
    <w:p/>
    <w:p>
      <w:r>
        <w:t>Adres rozliczeniowy:</w:t>
      </w:r>
    </w:p>
    <w:p>
      <w:r>
        <w:t>Andreas Riebesell</w:t>
      </w:r>
    </w:p>
    <w:p>
      <w:r>
        <w:t>Wenzendorfer Straße 4A</w:t>
      </w:r>
    </w:p>
    <w:p>
      <w:r>
        <w:t>21244 Buchholz w Nordheide</w:t>
      </w:r>
    </w:p>
    <w:p>
      <w:r>
        <w:t>Niemcy</w:t>
      </w:r>
    </w:p>
    <w:p/>
    <w:p>
      <w:r>
        <w:t>Adres dostawy:</w:t>
      </w:r>
    </w:p>
    <w:p>
      <w:r>
        <w:t>Andreas Riebesell</w:t>
      </w:r>
    </w:p>
    <w:p>
      <w:r>
        <w:t>Wenzendorfer Straße 4A</w:t>
      </w:r>
    </w:p>
    <w:p>
      <w:r>
        <w:t>21244 Buchholz w Nordheide</w:t>
      </w:r>
    </w:p>
    <w:p>
      <w:r>
        <w:t>Niemcy</w:t>
      </w:r>
    </w:p>
    <w:p/>
    <w:p>
      <w:r>
        <w:t>Aktualny status Państwa zamówienia mogą Państwo również sprawdzić w dowolnym momencie na naszej stronie internetowej w sekcji "Moje konto" - "Moje zamówienia": https://seydo-handel.de/account/order/f1clK7H7Hs8eGP8Ov398EuUGFoD8OuLe</w:t>
      </w:r>
    </w:p>
    <w:p>
      <w:r>
        <w:t>W przypadku pytań jesteśmy do Państwa dyspozycji.</w:t>
      </w:r>
    </w:p>
    <w:p/>
    <w:p>
      <w:r>
        <w:t>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