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VOLKSWAGEN</w:t>
      </w:r>
    </w:p>
    <w:p>
      <w:r>
        <w:t>FINANCIAL SERVICES</w:t>
      </w:r>
    </w:p>
    <w:p>
      <w:r>
        <w:t>KLUCZ DO MOBILNOŚCI</w:t>
      </w:r>
    </w:p>
    <w:p/>
    <w:p>
      <w:r>
        <w:t>Prokuratura w Brunszwiku</w:t>
      </w:r>
    </w:p>
    <w:p>
      <w:r>
        <w:t>Wpłynęło 18 maja 2026</w:t>
      </w:r>
    </w:p>
    <w:p>
      <w:r>
        <w:t>Prawo jazdy ...... Tom ...... Zeszyt ......</w:t>
      </w:r>
    </w:p>
    <w:p>
      <w:r>
        <w:t>Faks ...... Segregator ...... Dowody rzeczowe</w:t>
      </w:r>
    </w:p>
    <w:p/>
    <w:p>
      <w:r>
        <w:t>104</w:t>
      </w:r>
    </w:p>
    <w:p>
      <w:r>
        <w:t>DIREKTBANK</w:t>
      </w:r>
    </w:p>
    <w:p/>
    <w:p>
      <w:r>
        <w:t>Volkswagen Bank 38093 Brunszwik</w:t>
      </w:r>
    </w:p>
    <w:p>
      <w:r>
        <w:t>Prokuratura BRUNSZWIK</w:t>
      </w:r>
    </w:p>
    <w:p>
      <w:r>
        <w:t>Skrytka pocztowa 4512</w:t>
      </w:r>
    </w:p>
    <w:p>
      <w:r>
        <w:t>38035 Brunszwik</w:t>
      </w:r>
    </w:p>
    <w:p/>
    <w:p>
      <w:r>
        <w:t>NZS 701 RHs 23724/26 Państwa znak</w:t>
      </w:r>
    </w:p>
    <w:p>
      <w:r>
        <w:t>04.05.2026 Państwa wiadomość</w:t>
      </w:r>
    </w:p>
    <w:p>
      <w:r>
        <w:t>VDF-VKCB Nasz znak</w:t>
      </w:r>
    </w:p>
    <w:p>
      <w:r>
        <w:t>0531-212-2506 Telefon serwisowy</w:t>
      </w:r>
    </w:p>
    <w:p>
      <w:r>
        <w:t>0531-212-4749 Faks</w:t>
      </w:r>
    </w:p>
    <w:p>
      <w:r>
        <w:t>P. Löw Osoba kontaktowa</w:t>
      </w:r>
    </w:p>
    <w:p>
      <w:r>
        <w:t>betrugsprophylaxe.wbank@vwfs.com E-mail</w:t>
      </w:r>
    </w:p>
    <w:p>
      <w:r>
        <w:t>11.05.2025 Data</w:t>
      </w:r>
    </w:p>
    <w:p/>
    <w:p>
      <w:r>
        <w:t>Postępowanie przygotowawcze przeciwko Mateuszowi Buczkowi</w:t>
      </w:r>
    </w:p>
    <w:p>
      <w:r>
        <w:t>IBAN: DE62270200001501390718</w:t>
      </w:r>
    </w:p>
    <w:p/>
    <w:p>
      <w:r>
        <w:t>Szanowni Państwo,</w:t>
      </w:r>
    </w:p>
    <w:p>
      <w:r>
        <w:t>Zgodnie z życzeniem przesyłamy informacje.</w:t>
      </w:r>
    </w:p>
    <w:p/>
    <w:p>
      <w:r>
        <w:t>Posiadaczem wymienionego konta jest: Andreas Riesebell, ur. 13.04.1957 w Buchholz, adres Wenzendorfer Str. 4a w 21244 Buchholz in der Nordheide. Dane kontaktowe to: 04181-931330 / 0173-38868420 / Adres e-mail: andreas@riebesell.org.</w:t>
      </w:r>
    </w:p>
    <w:p/>
    <w:p>
      <w:r>
        <w:t>Salda konta i obroty za okres od 01.01.2025 do 01.03.2025 znajdują się w załączonych wyciągach z konta.</w:t>
      </w:r>
    </w:p>
    <w:p/>
    <w:p>
      <w:r>
        <w:t>W razie pytań służymy pomocą.</w:t>
      </w:r>
    </w:p>
    <w:p/>
    <w:p>
      <w:r>
        <w:t>Z wyrazami szacunku</w:t>
      </w:r>
    </w:p>
    <w:p>
      <w:r>
        <w:t>Volkswagen Bank</w:t>
      </w:r>
    </w:p>
    <w:p>
      <w:r>
        <w:t>z up.</w:t>
      </w:r>
    </w:p>
    <w:p>
      <w:r>
        <w:t>z up.</w:t>
      </w:r>
    </w:p>
    <w:p>
      <w:r>
        <w:t>G. Löw</w:t>
      </w:r>
    </w:p>
    <w:p>
      <w:r>
        <w:t>B. Losert-Fricke</w:t>
      </w:r>
    </w:p>
    <w:p/>
    <w:p>
      <w:r>
        <w:t>Volkswagen Bank</w:t>
      </w:r>
    </w:p>
    <w:p>
      <w:r>
        <w:t>Gifhorner Straße 57</w:t>
      </w:r>
    </w:p>
    <w:p>
      <w:r>
        <w:t>38112 Brunszwik</w:t>
      </w:r>
    </w:p>
    <w:p>
      <w:r>
        <w:t>Niemcy</w:t>
      </w:r>
    </w:p>
    <w:p>
      <w:r>
        <w:t>www.vwfs.de</w:t>
      </w:r>
    </w:p>
    <w:p>
      <w:r>
        <w:t>Volkswagen Bank GmbH</w:t>
      </w:r>
    </w:p>
    <w:p>
      <w:r>
        <w:t>Siedziba spółki</w:t>
      </w:r>
    </w:p>
    <w:p>
      <w:r>
        <w:t>Brunszwik</w:t>
      </w:r>
    </w:p>
    <w:p>
      <w:r>
        <w:t>Sąd rejonowy w Brunszwiku</w:t>
      </w:r>
    </w:p>
    <w:p>
      <w:r>
        <w:t>HRE 1819</w:t>
      </w:r>
    </w:p>
    <w:p>
      <w:r>
        <w:t>Nr podatkowy 23/200/00019</w:t>
      </w:r>
    </w:p>
    <w:p>
      <w:r>
        <w:t>NIP DE811115569</w:t>
      </w:r>
    </w:p>
    <w:p>
      <w:r>
        <w:t>Przewodniczący Rady Nadzorczej</w:t>
      </w:r>
    </w:p>
    <w:p>
      <w:r>
        <w:t>Frank Fiedler</w:t>
      </w:r>
    </w:p>
    <w:p>
      <w:r>
        <w:t>Zarząd</w:t>
      </w:r>
    </w:p>
    <w:p>
      <w:r>
        <w:t>Dr. Volker Stadler (rzecznik)</w:t>
      </w:r>
    </w:p>
    <w:p>
      <w:r>
        <w:t>Christian Lobke</w:t>
      </w:r>
    </w:p>
    <w:p>
      <w:r>
        <w:t>Oliver Roes</w:t>
      </w:r>
    </w:p>
    <w:p>
      <w:r>
        <w:t>Volkswagen Bank Brunszwik</w:t>
      </w:r>
    </w:p>
    <w:p>
      <w:r>
        <w:t>BIC VOWADE2BXXX</w:t>
      </w:r>
    </w:p>
    <w:p>
      <w:r>
        <w:t>UCI DE85BNK00000072741</w:t>
      </w:r>
    </w:p>
    <w:p/>
    <w:p>
      <w:r>
        <w:t>wd065/231101</w:t>
      </w:r>
    </w:p>
    <w:p/>
    <w:p>
      <w:r>
        <w:t>VOLKSWAGEN</w:t>
      </w:r>
    </w:p>
    <w:p>
      <w:r>
        <w:t>FINANCIAL SERVICES</w:t>
      </w:r>
    </w:p>
    <w:p>
      <w:r>
        <w:t>KLUCZ DO MOBILNOŚCI</w:t>
      </w:r>
    </w:p>
    <w:p/>
    <w:p>
      <w:r>
        <w:t>105</w:t>
      </w:r>
    </w:p>
    <w:p>
      <w:r>
        <w:t>DIREKTBANK</w:t>
      </w:r>
    </w:p>
    <w:p/>
    <w:p>
      <w:r>
        <w:t>Volkswagen Bank 38093 Brunszwik</w:t>
      </w:r>
    </w:p>
    <w:p>
      <w:r>
        <w:t>Andreas Riebesell</w:t>
      </w:r>
    </w:p>
    <w:p>
      <w:r>
        <w:t>Wenzendorfer Str. 4a</w:t>
      </w:r>
    </w:p>
    <w:p>
      <w:r>
        <w:t>21244 Buchholz w Nordheide</w:t>
      </w:r>
    </w:p>
    <w:p/>
    <w:p>
      <w:r>
        <w:t>sprawdzone</w:t>
      </w:r>
    </w:p>
    <w:p>
      <w:r>
        <w:t>Polas poz. Polas neg.</w:t>
      </w:r>
    </w:p>
    <w:p>
      <w:r>
        <w:t>X EMA</w:t>
      </w:r>
    </w:p>
    <w:p/>
    <w:p>
      <w:r>
        <w:t>Wyciąg z konta</w:t>
      </w:r>
    </w:p>
    <w:p>
      <w:r>
        <w:t>Numer konta: 1501390718</w:t>
      </w:r>
    </w:p>
    <w:p>
      <w:r>
        <w:t>Nazwa konta: RIEBESELL ANDREAS</w:t>
      </w:r>
    </w:p>
    <w:p>
      <w:r>
        <w:t>Linia kredytowa: 5.000,00 EUR</w:t>
      </w:r>
    </w:p>
    <w:p>
      <w:r>
        <w:t>Kod banku: 27020000</w:t>
      </w:r>
    </w:p>
    <w:p>
      <w:r>
        <w:t>BIC: VOWADE2BXXX</w:t>
      </w:r>
    </w:p>
    <w:p>
      <w:r>
        <w:t>IBAN: DE62270200001501390718</w:t>
      </w:r>
    </w:p>
    <w:p/>
    <w:p>
      <w:r>
        <w:t>Konto bieżące</w:t>
      </w:r>
    </w:p>
    <w:p>
      <w:r>
        <w:t>Data utworzenia: 31.01.2025</w:t>
      </w:r>
    </w:p>
    <w:p>
      <w:r>
        <w:t>Numer wyciągu z konta: 000001/2025</w:t>
      </w:r>
    </w:p>
    <w:p>
      <w:r>
        <w:t>Strona: 1/11</w:t>
      </w:r>
    </w:p>
    <w:p>
      <w:r>
        <w:t>Ostatni wyciąg z: 31.12.2024</w:t>
      </w:r>
    </w:p>
    <w:p>
      <w:r>
        <w:t>Osoba kontaktowa: Zespół Giro</w:t>
      </w:r>
    </w:p>
    <w:p>
      <w:r>
        <w:t>Numer telefonu: 0531 212-859508</w:t>
      </w:r>
    </w:p>
    <w:p/>
    <w:p>
      <w:r>
        <w:t>Poprzednie saldo konta w EUR: 18.979,55</w:t>
      </w:r>
    </w:p>
    <w:p/>
    <w:p>
      <w:r>
        <w:t>Lp. | Data księgowania | Informacje o transakcji | Data wartości | Obciążenie (EUR) | Uznanie (EUR)</w:t>
      </w:r>
    </w:p>
    <w:p>
      <w:r>
        <w:t>--- | --- | --- | --- | --- | ---</w:t>
      </w:r>
    </w:p>
    <w:p>
      <w:r>
        <w:t>1 | 02.01.2025 | Wpłata P.6699542126 Q6NXGOUSYOEDL64 eBay S.a.r.l. BIC CHASLULXXXX IBAN LU260670006550209620 | 31.12.2024 | | 143,98</w:t>
      </w:r>
    </w:p>
    <w:p>
      <w:r>
        <w:t>2 | 02.01.2025 | Polecenie zapłaty 028-7153539-9397102 AMZN Mktp DE DQ9IKD0GC6JSY38W DQ9IKD0GC6JSY38W AMAZON PAYMENTS EUROPE S.C.A. BIC TUBDDEDDXXX IBAN DE87300308801908262006 Identyfikator wierzyciela DE94ZZZ00000561653 Numer referencyjny mandatu GEU:67IY.6CFF)ZU4DNQSB(QTZVNKN | 02.01.2025 | -5,03 |</w:t>
      </w:r>
    </w:p>
    <w:p>
      <w:r>
        <w:t>3 | 02.01.2025 | Polecenie zapłaty 028-3777314-5959518 AMZNBusiness 7B61EDK2HYA5CZHD 7B61EDK2HYA5CZHD AMAZON BUSINESS EU SARL BIC TUBDDEDDXXX IBAN DE56300308801898904004 Identyfikator wierzyciela DE93ZZZ00002502544 Numer referencyjny mandatu GEU:67IY.6CFF)ZU4DNQSB(QTZVNKN | 02.01.2025 | -199,00 |</w:t>
      </w:r>
    </w:p>
    <w:p>
      <w:r>
        <w:t>4 | 02.01.2025 | Polecenie zapłaty WL-R 457E V90098427872 R573831019301.01.2025-01.01.2026 031006944299 WGV-Wuertt. Gemeinde-Versicherung BIC SOLADEST600 IBAN DE79600501010002127008 Identyfikator wierzyciela DE76WGV00000020232 Numer referencyjny mandatu WGV1025162877 | 02.01.2025 | -1.093,40 |</w:t>
      </w:r>
    </w:p>
    <w:p/>
    <w:p>
      <w:r>
        <w:t>Przeniesienie w EUR: 17.826,10</w:t>
      </w:r>
    </w:p>
    <w:p>
      <w:r>
        <w:t>206500 A // B // M</w:t>
      </w:r>
    </w:p>
    <w:p/>
    <w:p>
      <w:r>
        <w:t>VOLKSWAGEN</w:t>
      </w:r>
    </w:p>
    <w:p>
      <w:r>
        <w:t>FINANCIAL SERVICES</w:t>
      </w:r>
    </w:p>
    <w:p>
      <w:r>
        <w:t>KLUCZ DO MOBILNOŚCI</w:t>
      </w:r>
    </w:p>
    <w:p/>
    <w:p>
      <w:r>
        <w:t>106</w:t>
      </w:r>
    </w:p>
    <w:p>
      <w:r>
        <w:t>DIREKTBANK</w:t>
      </w:r>
    </w:p>
    <w:p/>
    <w:p>
      <w:r>
        <w:t>Numer konta: 1501390718</w:t>
      </w:r>
    </w:p>
    <w:p>
      <w:r>
        <w:t>Numer wyciągu z konta: 000001/2025</w:t>
      </w:r>
    </w:p>
    <w:p>
      <w:r>
        <w:t>Strona: 2/11</w:t>
      </w:r>
    </w:p>
    <w:p>
      <w:r>
        <w:t>Przeniesienie w EUR: 17.826,10</w:t>
      </w:r>
    </w:p>
    <w:p/>
    <w:p>
      <w:r>
        <w:t>5 | 02.01.2025 | Polecenie zapłaty 90.304.711343 OBCIĄŻENIE 02.01.2025 UBEZPIECZENIE KOMUNIKACYJNE WL-AR 457 K S2024121801000755360 Gothaer Allgemeine Versicherung AG GOTHAER ALLGEMEINE VERS. AG BIC WELADEDDXXX IBAN DE14300500000000428466 Identyfikator wierzyciela DE02ZZZ00000070161 Numer referencyjny mandatu 209904161 | 02.01.2025 | -753,67 |</w:t>
      </w:r>
    </w:p>
    <w:p>
      <w:r>
        <w:t>6 | 02.01.2025 | Polecenie zapłaty KD 2399382 WA NR 10122085 01.01.25-31.01.25, Abonament Landeszeitung 0311002337717 Winsener Anzeiger GmbH Co. KG BIC NOLADE21LBG IBAN DE18240501100065787020 Identyfikator wierzyciela DE29ZZZ00002380894 Numer referencyjny mandatu 02399382-01 | 02.01.2025 | -44,90 |</w:t>
      </w:r>
    </w:p>
    <w:p>
      <w:r>
        <w:t>7 | 02.01.2025 | Polecenie zapłaty KV219091600 01.01.2025-31.01.2025 547,62 269250101R000501KV219091600 DKV KRANKENVERS. AG BIC HYVEDEMM429 IBAN DE55370200900003751210 Identyfikator wierzyciela DE95ZZZ00000012130 Numer referencyjny mandatu MDEM131595272959 | 02.01.2025 | -547,62 |</w:t>
      </w:r>
    </w:p>
    <w:p>
      <w:r>
        <w:t>8 | 02.01.2025 | Polecenie zapłaty 1039238669422/. eBay S.a r.l., Państwa zakup na eBay S.a r.l., Artykuł-1039238669422 PayPal Europe S.a.r.l. et Cie S.C.A BIC PPLXLUL2XXX IBAN LU89751000135104200E Identyfikator wierzyciela LU96ZZZ0000000000000000058 Numer referencyjny mandatu 463J224MZQLXW | 31.12.2024 | -793,00 |</w:t>
      </w:r>
    </w:p>
    <w:p>
      <w:r>
        <w:t>9 | 02.01.2025 | Polecenie zapłaty Zaliczka 12/2024 KD 183831 Andreas Riebesell Wenzendorfer Strasse 4A 21244 Buchholz i.d.N. LS0010002520323 STADTWERKE BUCHHOLZ I.D.N. GMBH Stadtwerke Buchholz in der Nordheide GmbH BIC NOLADE21HAM IBAN DE90207500000003001104 Identyfikator wierzyciela DE77ZZZ00000433628 Numer referencyjny mandatu 01D183831001 | 31.12.2024 | -174,00 |</w:t>
      </w:r>
    </w:p>
    <w:p>
      <w:r>
        <w:t>10 | 02.01.2025 | Polecenie zapłaty 1039251490156/. EBAY, Państwa zakup na EBAY 1039251490156 PayPal Europe S.a.r.l. et Cie S.C.A BIC PPLXLUL2XXX IBAN LU89751000135104200E Identyfikator wierzyciela LU96ZZZ0000000000000000058 Numer referencyjny mandatu 463J224MZQLXW | 31.12.2024 | -4,99 |</w:t>
      </w:r>
    </w:p>
    <w:p>
      <w:r>
        <w:t>11 | 02.01.2025 | Polecenie stałe Dodatek inflacyjny na utrzymanie EUGENIE RIEBESELL BIC HYVEDEMM300 IBAN DE37200300000006702641 | 02.01.2025 | -294,00 |</w:t>
      </w:r>
    </w:p>
    <w:p/>
    <w:p>
      <w:r>
        <w:t>Przeniesienie w EUR: 15.213,92</w:t>
      </w:r>
    </w:p>
    <w:p/>
    <w:p>
      <w:r>
        <w:t>VOLKSWAGEN</w:t>
      </w:r>
    </w:p>
    <w:p>
      <w:r>
        <w:t>FINANCIAL SERVICES</w:t>
      </w:r>
    </w:p>
    <w:p>
      <w:r>
        <w:t>KLUCZ DO MOBILNOŚCI</w:t>
      </w:r>
    </w:p>
    <w:p/>
    <w:p>
      <w:r>
        <w:t>107</w:t>
      </w:r>
    </w:p>
    <w:p>
      <w:r>
        <w:t>DIREKTBANK</w:t>
      </w:r>
    </w:p>
    <w:p/>
    <w:p>
      <w:r>
        <w:t>Numer konta: 1501390718</w:t>
      </w:r>
    </w:p>
    <w:p>
      <w:r>
        <w:t>Numer wyciągu z konta: 000001/2025</w:t>
      </w:r>
    </w:p>
    <w:p>
      <w:r>
        <w:t>Strona: 3/11</w:t>
      </w:r>
    </w:p>
    <w:p>
      <w:r>
        <w:t>Przeniesienie w EUR: 15.213,92</w:t>
      </w:r>
    </w:p>
    <w:p/>
    <w:p>
      <w:r>
        <w:t>12 | 03.01.2025 | Polecenie zapłaty 1039326745610/PP.9255.PP/. PŁATNOŚĆ PAYPAL POLECIENIEM ZAPŁATY do bine-.web.de 1039326745610 PayPal Europe S.a.r.l. et Cie S.C.A BIC PPLXLUL2XXX IBAN LU89751000135104200E Identyfikator wierzyciela LU96ZZZ0000000000000000058 Numer referencyjny mandatu 463J224MZQLXW | 03.01.2025 | -550,00 |</w:t>
      </w:r>
    </w:p>
    <w:p>
      <w:r>
        <w:t>13 | 03.01.2025 | Polecenie zapłaty 028-9782666-9760307 AMZN Mktp DE 6NL34BXMKM8GU7D8 6NL34BXMKM8GU7D8 AMAZON PAYMENTS EUROPE S.C.A. BIC TUBDDEDDXXX IBAN DE87300308801908262006 Identyfikator wierzyciela DE94ZZZ00000561653 Numer referencyjny mandatu GEU:67IY.6CFF)ZU4DNQSB(QTZVNKN | 03.01.2025 | -7,99 |</w:t>
      </w:r>
    </w:p>
    <w:p>
      <w:r>
        <w:t>14 | 03.01.2025 | Polecenie zapłaty 1039335872753/PP.9255.PP/., Państwa zakup na 1039335872753 PayPal Europe S.a.r.l. et Cie S.C.A BIC PPLXLUL2XXX IBAN LU89751000135104200E Identyfikator wierzyciela LU96ZZZ0000000000000000058 Numer referencyjny mandatu 463J224MZQLXW | 03.01.2025 | -550,00 |</w:t>
      </w:r>
    </w:p>
    <w:p>
      <w:r>
        <w:t>15 | 03.01.2025 | Polecenie stałe miesięczne utrzymanie EUGENIE RIEBESELL BIC HYVEDEMM300 IBAN DE37200300000006702641 | 03.01.2025 | -1.879,21 |</w:t>
      </w:r>
    </w:p>
    <w:p>
      <w:r>
        <w:t>16 | 06.01.2025 | Polecenie zapłaty 028-9567629-7001124 AMZN Mktp DE 4WVX6S7YST2JNOU7 4WVX6S7YST2JNOU7 AMAZON PAYMENTS EUROPE S.C.A. BIC TUBDDEDDXXX IBAN DE87300308801908262006 Identyfikator wierzyciela DE94ZZZ00000561653 Numer referencyjny mandatu GEU:67IY.6CFF)ZU4DNQSB(QTZVNKN | 06.01.2025 | -20,00 |</w:t>
      </w:r>
    </w:p>
    <w:p>
      <w:r>
        <w:t>17 | 06.01.2025 | Polecenie zapłaty 028-5697841-6588302 AMZNBusiness 644CXLY86EF9A6XS 644CXLY86EF9A6XS AMAZON BUSINESS EU SARL BIC TUBDDEDDXXX IBAN DE56300308801898904004 Identyfikator wierzyciela DE93ZZZ00002502544 Numer referencyjny mandatu GEU:67IY.6CFF)ZU4DNQSB(QTZVNKN | 06.01.2025 | -69,98 |</w:t>
      </w:r>
    </w:p>
    <w:p>
      <w:r>
        <w:t>18 | 06.01.2025 | Polecenie zapłaty 028-5969811-1231502 AMZN Mktp DE 1MMG5KJD9FDZANL1 1MMG5KJD9FDZANL1 AMAZON PAYMENTS EUROPE S.C.A. BIC TUBDDEDDXXX IBAN DE87300308801908262006 Identyfikator wierzyciela DE94ZZZ00000561653 Numer referencyjny mandatu GEU:67IY.6CFF)ZU4DNQSB(QTZVNKN | 06.01.2025 | -13,90 |</w:t>
      </w:r>
    </w:p>
    <w:p>
      <w:r>
        <w:t>19 | 06.01.2025 | Obciążenie karty kredytowej KONTO KARTY VISA, 0007434021522422714,12/2024 SEPADD241230 00010000000027347 VW BANK BIC VOWADE2BXXX IBAN DE70270200008200000860 Identyfikator wierzyciela DE85BNK00000072741 Numer referencyjny mandatu 0007434021522422714000000000000 | 06.01.2025 | -1.044,63 |</w:t>
      </w:r>
    </w:p>
    <w:p/>
    <w:p>
      <w:r>
        <w:t>Przeniesienie w EUR: 11.078,21</w:t>
      </w:r>
    </w:p>
    <w:p/>
    <w:p>
      <w:r>
        <w:t>VOLKSWAGEN</w:t>
      </w:r>
    </w:p>
    <w:p>
      <w:r>
        <w:t>FINANCIAL SERVICES</w:t>
      </w:r>
    </w:p>
    <w:p>
      <w:r>
        <w:t>KLUCZ DO MOBILNOŚCI</w:t>
      </w:r>
    </w:p>
    <w:p/>
    <w:p>
      <w:r>
        <w:t>108</w:t>
      </w:r>
    </w:p>
    <w:p>
      <w:r>
        <w:t>DIREKTBANK</w:t>
      </w:r>
    </w:p>
    <w:p/>
    <w:p>
      <w:r>
        <w:t>Numer konta: 1501390718</w:t>
      </w:r>
    </w:p>
    <w:p>
      <w:r>
        <w:t>Numer wyciągu z konta: 000001/2025</w:t>
      </w:r>
    </w:p>
    <w:p>
      <w:r>
        <w:t>Strona: 4/11</w:t>
      </w:r>
    </w:p>
    <w:p>
      <w:r>
        <w:t>Przeniesienie w EUR: 11.078,21</w:t>
      </w:r>
    </w:p>
    <w:p/>
    <w:p>
      <w:r>
        <w:t>20 | 06.01.2025 | Wpłata P.6705749942 TZQSC5SVCJMTG64 eBay S.a.r.l. BIC CHASLULXXXX IBAN LU260670006550209620 | 06.01.2025 | | 397,99</w:t>
      </w:r>
    </w:p>
    <w:p>
      <w:r>
        <w:t>21 | 06.01.2025 | Wpłata P.6707108270 UVDXRTXQG6IRO69 eBay S.a.r.l. BIC CHASLULXXXX IBAN LU260670006550209620 | 06.01.2025 | | 5.420,15</w:t>
      </w:r>
    </w:p>
    <w:p>
      <w:r>
        <w:t>22 | 06.01.2025 | Wpłata EGUN AUKTION NR. 19830933 VOWADE2BXXX EGUN AUKTION NR. 19830933 KISPALNE JUHASZ ANGELA BIC OTPVHUHBXXX IBAN HU84117734562355949500000000 | 06.01.2025 | | 472,50</w:t>
      </w:r>
    </w:p>
    <w:p>
      <w:r>
        <w:t>23 | 07.01.2025 | Polecenie zapłaty 1039384625618/. eBay 0.08-12534-57206, Państwa zakup na eBay 0.08-12534-57206 1039384625618 PayPal Europe S.a.r.l. et Cie S.C.A BIC PPLXLUL2XXX IBAN LU89751000135104200E Identyfikator wierzyciela LU96ZZZ0000000000000000058 Numer referencyjny mandatu 463J224MZQLXW | 07.01.2025 | -23,52 |</w:t>
      </w:r>
    </w:p>
    <w:p>
      <w:r>
        <w:t>24 | 07.01.2025 | Polecenie zapłaty 1039384625659/. eBay 0.06-12537-23361, Państwa zakup na eBay 0.06-12537-23361 1039384625659 PayPal Europe S.a.r.l. et Cie S.C.A BIC PPLXLUL2XXX IBAN LU89751000135104200E Identyfikator wierzyciela LU96ZZZ0000000000000000058 Numer referencyjny mandatu 463J224MZQLXW | 07.01.2025 | -25,99 |</w:t>
      </w:r>
    </w:p>
    <w:p>
      <w:r>
        <w:t>25 | 07.01.2025 | Polecenie zapłaty 028-4559657-3436322 AMZN Mktp DE 6O1AHAK3PRI8WNWQ 6O1AHAK3PRI8WNWQ AMAZON PAYMENTS EUROPE S.C.A. BIC TUBDDEDDXXX IBAN DE87300308801908262006 Identyfikator wierzyciela DE94ZZZ00000561653 Numer referencyjny mandatu GEU:67IY.6CFF)ZU4DNQSB(QTZVNKN | 07.01.2025 | -10,50 |</w:t>
      </w:r>
    </w:p>
    <w:p>
      <w:r>
        <w:t>26 | 07.01.2025 | Polecenie zapłaty 1039443132659/. eBay 0.03-12550-32714, Państwa zakup na eBay 0.03-12550-32714 1039443132659 PayPal Europe S.a.r.l. et Cie S.C.A BIC PPLXLUL2XXX IBAN LU89751000135104200E Identyfikator wierzyciela LU96ZZZ0000000000000000058 Numer referencyjny mandatu 463J224MZQLXW | 07.01.2025 | -8,98 |</w:t>
      </w:r>
    </w:p>
    <w:p>
      <w:r>
        <w:t>27 | 07.01.2025 | Wpłata P.6708550166 EIDAPBUSKYC5363 eBay S.a.r.l. BIC CHASLULXXXX IBAN LU260670006550209620 | 07.01.2025 | | 146,87</w:t>
      </w:r>
    </w:p>
    <w:p/>
    <w:p>
      <w:r>
        <w:t>Przeniesienie w EUR: 17.446,73</w:t>
      </w:r>
    </w:p>
    <w:p/>
    <w:p>
      <w:r>
        <w:t>VOLKSWAGEN</w:t>
      </w:r>
    </w:p>
    <w:p>
      <w:r>
        <w:t>FINANCIAL SERVICES</w:t>
      </w:r>
    </w:p>
    <w:p>
      <w:r>
        <w:t>KLUCZ DO MOBILNOŚCI</w:t>
      </w:r>
    </w:p>
    <w:p/>
    <w:p>
      <w:r>
        <w:t>109</w:t>
      </w:r>
    </w:p>
    <w:p>
      <w:r>
        <w:t>DIREKTBANK</w:t>
      </w:r>
    </w:p>
    <w:p/>
    <w:p>
      <w:r>
        <w:t>Numer konta: 1501390718</w:t>
      </w:r>
    </w:p>
    <w:p>
      <w:r>
        <w:t>Numer wyciągu z konta: 000001/2025</w:t>
      </w:r>
    </w:p>
    <w:p>
      <w:r>
        <w:t>Strona: 5/11</w:t>
      </w:r>
    </w:p>
    <w:p>
      <w:r>
        <w:t>Przeniesienie w EUR: 17.446,73</w:t>
      </w:r>
    </w:p>
    <w:p/>
    <w:p>
      <w:r>
        <w:t>28 | 07.01.2025 | Wpłata 010219580904 02.01.25 NR. C5000505 18.04.2024 / 22.09.2025 F 110000825 000 KD010219580904 4 Funk-Gruppe GmbH BIC HASPDEHHXXX IBAN DE75200505501001234234 | 07.01.2025 | | 184,68</w:t>
      </w:r>
    </w:p>
    <w:p>
      <w:r>
        <w:t>29 | 08.01.2025 | Polecenie zapłaty Ubezpieczenie komunikacyjne Nr 860055309 dla Państwa pojazdu z numerem rejestracyjnym WL R 421 538025000359 DEVK BIC GENODED1SPK IBAN DE70370605900000401650 Identyfikator wierzyciela DE02ZZZ00000053962 Numer referencyjny mandatu KFZ0091736195 | 08.01.2025 | -698,16 |</w:t>
      </w:r>
    </w:p>
    <w:p>
      <w:r>
        <w:t>30 | 08.01.2025 | Wpłata Puma Christian Hoelzl BIC SPSPAT21XXX IBAN AT862025605001088292 | 08.01.2025 | | 115,00</w:t>
      </w:r>
    </w:p>
    <w:p>
      <w:r>
        <w:t>31 | 08.01.2025 | Wpłata . PŁATNOŚĆ PAYPAL POLECIENIEM ZAPŁATY do bine-.web.de/OBOWIĄZEK Z PAYPAL -KONTA YYW1039483232746 PayPal Europe S.a.r.l. et Cie S.C.A BIC PPLXLUL2XXX IBAN LU89751000135104200E | 08.01.2025 | | 550,00</w:t>
      </w:r>
    </w:p>
    <w:p>
      <w:r>
        <w:t>32 | 09.01.2025 | Polecenie zapłaty eBay C 08-12539-45486 4W5HLARHZV1HS2K eBay S.a.r.l. BIC CHASLULXXXX IBAN LU310670006550208172 Identyfikator wierzyciela GB22SARSDDCHAS00000035351901 Numer referencyjny mandatu MRN33103806836 | 09.01.2025 | -722,99 |</w:t>
      </w:r>
    </w:p>
    <w:p>
      <w:r>
        <w:t>33 | 09.01.2025 | Wpłata P.6712323494 OPSCNXRVIYAQZ6K eBay S.a.r.l. BIC CHASLULXXXX IBAN LU260670006550209620 | 09.01.2025 | | 261,98</w:t>
      </w:r>
    </w:p>
    <w:p>
      <w:r>
        <w:t>34 | 10.01.2025 | Polecenie zapłaty 1039511575833/. eBay S.a r.l., Państwa zakup na eBay S.a r.l., Artykuł-1039511575833 PayPal Europe S.a.r.l. et Cie S.C.A BIC PPLXLUL2XXX IBAN LU89751000135104200E Identyfikator wierzyciela LU96ZZZ0000000000000000058 Numer referencyjny mandatu 463J224MZQLXW | 10.01.2025 | -104,90 |</w:t>
      </w:r>
    </w:p>
    <w:p>
      <w:r>
        <w:t>35 | 10.01.2025 | Przelew re nr 2024/12.00045875 Andreas Riebesell Kempelmann Dres BIC NOLADE21HAM IBAN DE39207500000090507468 | 10.01.2025 | -24,59 |</w:t>
      </w:r>
    </w:p>
    <w:p>
      <w:r>
        <w:t>36 | 10.01.2025 | Przelew KDNR 10002362 RGNR 4020250008 Konserwacja alarmu Thiele Hauselektronic GmbH BIC GENODEF1HH2 IBAN DE75201900030050055500 | 10.01.2025 | -697,58 |</w:t>
      </w:r>
    </w:p>
    <w:p/>
    <w:p>
      <w:r>
        <w:t>Przeniesienie w EUR: 16.310,17</w:t>
      </w:r>
    </w:p>
    <w:p/>
    <w:p>
      <w:r>
        <w:t>VOLKSWAGEN</w:t>
      </w:r>
    </w:p>
    <w:p>
      <w:r>
        <w:t>FINANCIAL SERVICES</w:t>
      </w:r>
    </w:p>
    <w:p>
      <w:r>
        <w:t>KLUCZ DO MOBILNOŚCI</w:t>
      </w:r>
    </w:p>
    <w:p/>
    <w:p>
      <w:r>
        <w:t>110</w:t>
      </w:r>
    </w:p>
    <w:p>
      <w:r>
        <w:t>DIREKTBANK</w:t>
      </w:r>
    </w:p>
    <w:p/>
    <w:p>
      <w:r>
        <w:t>Numer konta: 1501390718</w:t>
      </w:r>
    </w:p>
    <w:p>
      <w:r>
        <w:t>Numer wyciągu z konta: 000001/2025</w:t>
      </w:r>
    </w:p>
    <w:p>
      <w:r>
        <w:t>Strona: 6/11</w:t>
      </w:r>
    </w:p>
    <w:p>
      <w:r>
        <w:t>Przeniesienie w EUR: 16.310,17</w:t>
      </w:r>
    </w:p>
    <w:p/>
    <w:p>
      <w:r>
        <w:t>37 | 10.01.2025 | Przelew Andreas Riebesell Nr referencyjny R2024/12.00005455 Ehmed Faiq Lungenarztpraxis BIC DAAEDEDDXXX IBAN DE49300606010056994051 | 10.01.2025 | -189,47 |</w:t>
      </w:r>
    </w:p>
    <w:p>
      <w:r>
        <w:t>38 | 10.01.2025 | Przelew Faktura 457 z 07.01.2025 Pacjent 48362 Dr.E.Pueschel/H.Wolter BIC NOLADE21HAM IBAN DE66207500000090778291 | 10.01.2025 | -51,85 |</w:t>
      </w:r>
    </w:p>
    <w:p>
      <w:r>
        <w:t>39 | 10.01.2025 | Przelew WL Y 209H Numer polisy K88287960 OCC BIC NOLADE21KIE IBAN DE40210501701400250021 | 10.01.2025 | -233,98 |</w:t>
      </w:r>
    </w:p>
    <w:p>
      <w:r>
        <w:t>40 | 13.01.2025 | Polecenie zapłaty 1035940.001.010 Andreas Rie 1316012876 REF202501080000058620 KOETTER SE CO. KG SECURITY BIC TUBDDEDDXXX IBAN DE94300308800300722008 Identyfikator wierzyciela DE17ZZZ00000061258 Numer referencyjny mandatu 0131035940001 | 13.01.2025 | -272,33 |</w:t>
      </w:r>
    </w:p>
    <w:p>
      <w:r>
        <w:t>41 | 13.01.2025 | Polecenie zapłaty 1039514776950/. Digital Charging Solutions GmbH, Państwa zakup w Digital Charging Solutions GmbH 1039514776950 PayPal Europe S.a.r.l. et Cie S.C.A BIC PPLXLUL2XXX IBAN LU89751000135104200E Identyfikator wierzyciela LU96ZZZ0000000000000000058 Numer referencyjny mandatu 463J224MZQLXW | 13.01.2025 | -5,86 |</w:t>
      </w:r>
    </w:p>
    <w:p>
      <w:r>
        <w:t>42 | 14.01.2025 | Polecenie zapłaty 1039557917158/. eBay S.a r.l., Państwa zakup na eBay S.a r.l., Artykuł-1039557917158 PayPal Europe S.a.r.l. et Cie S.C.A BIC PPLXLUL2XXX IBAN LU89751000135104200E Identyfikator wierzyciela LU96ZZZ0000000000000000058 Numer referencyjny mandatu 463J224MZQLXW | 14.01.2025 | -19,95 |</w:t>
      </w:r>
    </w:p>
    <w:p>
      <w:r>
        <w:t>43 | 14.01.2025 | Polecenie zapłaty 1039536554477/. Nikon Deutschland, Zweigniederlassung der Europe B.V., Państwa zakup w Nikon Deutschland, Zweigniederlassung der Europe B.V. 1039536554477 PayPal Europe S.a.r.l. et Cie S.C.A BIC PPLXLUL2XXX IBAN LU89751000135104200E Identyfikator wierzyciela LU96ZZZ0000000000000000058 Numer referencyjny mandatu 463J224MZQLXW | 14.01.2025 | -143,10 |</w:t>
      </w:r>
    </w:p>
    <w:p>
      <w:r>
        <w:t>44 | 14.01.2025 | Polecenie zapłaty 1039542848065 PP.9255.PP. EP Arms GmbH, Państwa zakup w EP Arms GmbH 1039542848065 PP.9255.PP PAYPAL PayPal (Europe) S.a r.l. et Cie, S.C.A. BIC DEUTDEFFXXX IBAN DE88500700100175526303 Identyfikator wierzyciela LU96ZZZ0000000000000000058 Numer referencyjny mandatu 463J224MZQLXW | 14.01.2025 | -3.442,19 |</w:t>
      </w:r>
    </w:p>
    <w:p/>
    <w:p>
      <w:r>
        <w:t>Przeniesienie w EUR: 11.951,44</w:t>
      </w:r>
    </w:p>
    <w:p/>
    <w:p>
      <w:r>
        <w:t>VOLKSWAGEN</w:t>
      </w:r>
    </w:p>
    <w:p>
      <w:r>
        <w:t>FINANCIAL SERVICES</w:t>
      </w:r>
    </w:p>
    <w:p>
      <w:r>
        <w:t>KLUCZ DO MOBILNOŚCI</w:t>
      </w:r>
    </w:p>
    <w:p/>
    <w:p>
      <w:r>
        <w:t>111</w:t>
      </w:r>
    </w:p>
    <w:p>
      <w:r>
        <w:t>DIREKTBANK</w:t>
      </w:r>
    </w:p>
    <w:p/>
    <w:p>
      <w:r>
        <w:t>Numer konta: 1501390718</w:t>
      </w:r>
    </w:p>
    <w:p>
      <w:r>
        <w:t>Numer wyciągu z konta: 000001/2025</w:t>
      </w:r>
    </w:p>
    <w:p>
      <w:r>
        <w:t>Strona: 7/11</w:t>
      </w:r>
    </w:p>
    <w:p>
      <w:r>
        <w:t>Przeniesienie w EUR: 11.951,44</w:t>
      </w:r>
    </w:p>
    <w:p/>
    <w:p>
      <w:r>
        <w:t>45 | 14.01.2025 | Polecenie zapłaty 1039594747840/PP.9255.PP/. Temu.com, Państwa zakup w Temu.com 1039594747840 PayPal Europe S.a.r.l. et Cie S.C.A BIC PPLXLUL2XXX IBAN LU89751000135104200E Identyfikator wierzyciela LU96ZZZ0000000000000000058 Numer referencyjny mandatu 463J224MZQLXW | 14.01.2025 | -38,16 |</w:t>
      </w:r>
    </w:p>
    <w:p>
      <w:r>
        <w:t>46 | 14.01.2025 | Polecenie zapłaty 028-5377460-1729963 AMZN Mktp DE 5SJTDXN0E257Y1BT 5SJTDXN0E257Y1BT AMAZON PAYMENTS EUROPE S.C.A. BIC TUBDDEDDXXX IBAN DE87300308801908262006 Identyfikator wierzyciela DE94ZZZ00000561653 Numer referencyjny mandatu GEU:67IY.6CFF)ZU4DNQSB(QTZVNKN | 14.01.2025 | -17,28 |</w:t>
      </w:r>
    </w:p>
    <w:p>
      <w:r>
        <w:t>47 | 15.01.2025 | Polecenie zapłaty B1384030 U691693995 B1384030+U691693995 Drillisch Online GmbH BIC COBADEFFXXX IBAN DE89506400150233322700 Identyfikator wierzyciela DE40ZZZ00000206926 Numer referencyjny mandatu 75ADB13C7492071739D86C5A018 | 15.01.2025 | -5,99 |</w:t>
      </w:r>
    </w:p>
    <w:p>
      <w:r>
        <w:t>| | B788231226 Rachunek za telefon komórkowy | | |</w:t>
      </w:r>
    </w:p>
    <w:p>
      <w:r>
        <w:t>48 | 15.01.2025 | Polecenie zapłaty Radio 12.2024 - 02.2025 Nr opłaty 231232677 Zmiany łatwo na: www.rundfunkbeitrag.de 231232677 2025010500266702 Radio ARD, ZDF, DRadio BIC SOLADEST600 IBAN DE11600501010002005333 Identyfikator wierzyciela DE3000100000001272 Numer referencyjny mandatu 2312326771301 | 15.01.2025 | -55,08 |</w:t>
      </w:r>
    </w:p>
    <w:p>
      <w:r>
        <w:t>49 | 15.01.2025 | Wpłata Dystrybucja CFR GMBH + CO. KG BIC HYVEDEMM300 IBAN DE60200300000006743355 | 15.01.2025 | | 2.500,00</w:t>
      </w:r>
    </w:p>
    <w:p>
      <w:r>
        <w:t>50 | 15.01.2025 | Przelew 1936207 15.01.2025Sprzedaż Sztylet lotniczy i róg jelenia eGun GmbH BIC HELADEF1DAS IBAN DE82508501500031002877 | 15.01.2025 | -25,34 |</w:t>
      </w:r>
    </w:p>
    <w:p>
      <w:r>
        <w:t>51 | 16.01.2025 | Polecenie zapłaty 1039635678121/PP.9255.PP/. Netflix.com, Państwa zakup na Netflix.com 1039635678121 PayPal Europe S.a.r.l. et Cie S.C.A BIC PPLXLUL2XXX IBAN LU89751000135104200E Identyfikator wierzyciela LU96ZZZ0000000000000000058 Numer referencyjny mandatu 463J224MZQLXW | 16.01.2025 | -13,99 |</w:t>
      </w:r>
    </w:p>
    <w:p>
      <w:r>
        <w:t>52 | 17.01.2025 | Polecenie zapłaty 1039649965665/. eBay O.11-12581-85630, Państwa zakup na eBay O.11-12581-85630 1039649965665 PayPal Europe S.a.r.l. et Cie S.C.A BIC PPLXLUL2XXX IBAN LU89751000135104200E Identyfikator wierzyciela LU96ZZZ0000000000000000058 Numer referencyjny mandatu 463J224MZQLXW | 17.01.2025 | -80,00 |</w:t>
      </w:r>
    </w:p>
    <w:p/>
    <w:p>
      <w:r>
        <w:t>Przeniesienie w EUR: 14.215,60</w:t>
      </w:r>
    </w:p>
    <w:p/>
    <w:p>
      <w:r>
        <w:t>VOLKSWAGEN</w:t>
      </w:r>
    </w:p>
    <w:p>
      <w:r>
        <w:t>FINANCIAL SERVICES</w:t>
      </w:r>
    </w:p>
    <w:p>
      <w:r>
        <w:t>KLUCZ DO MOBILNOŚCI</w:t>
      </w:r>
    </w:p>
    <w:p/>
    <w:p>
      <w:r>
        <w:t>112</w:t>
      </w:r>
    </w:p>
    <w:p>
      <w:r>
        <w:t>DIREKTBANK</w:t>
      </w:r>
    </w:p>
    <w:p/>
    <w:p>
      <w:r>
        <w:t>Numer konta: 1501390718</w:t>
      </w:r>
    </w:p>
    <w:p>
      <w:r>
        <w:t>Numer wyciągu z konta: 000001/2025</w:t>
      </w:r>
    </w:p>
    <w:p>
      <w:r>
        <w:t>Strona: 8/11</w:t>
      </w:r>
    </w:p>
    <w:p>
      <w:r>
        <w:t>Przeniesienie w EUR: 14.215,60</w:t>
      </w:r>
    </w:p>
    <w:p/>
    <w:p>
      <w:r>
        <w:t>53 | 17.01.2025 | Polecenie zapłaty Re 700850607 03.01.25 LS0010000779900 BUCHHOLZ DIGITAL GMBH BIC NOLADE21HAM IBAN DE68207500000090245531 Identyfikator wierzyciela DE30ZZZ00000434183 Numer referencyjny mandatu K05D60108300748 | 17.01.2025 | -49,90 |</w:t>
      </w:r>
    </w:p>
    <w:p>
      <w:r>
        <w:t>54 | 20.01.2025 | Polecenie zapłaty Nr kl. 1200098264 Dziękujemy. Nr rej. M25003395966 12,99 EUR 1200098264/148825124413 freenet DLS GmbH BIC COBADEFFXXX IBAN DE08214400450844443200 Identyfikator wierzyciela DE43ZZZ00000074855 Numer referencyjny mandatu MC-1200098264-000001 | 20.01.2025 | -12,99 |</w:t>
      </w:r>
    </w:p>
    <w:p>
      <w:r>
        <w:t>55 | 20.01.2025 | Wpłata P.6724256174 TNDHHIAS0IV9J6L eBay S.a.r.l. BIC CHASLULXXXX IBAN LU260670006550209620 | 20.01.2025 | | 53,00</w:t>
      </w:r>
    </w:p>
    <w:p>
      <w:r>
        <w:t>56 | 20.01.2025 | Przelew RF602528617012102 ANDREAS RIEBESELL, 21244 BU Abonament Focus INTAN SERVICE PLUS GMBH i CO. KG BIC PBNKDEFFXXX IBAN DE33250100300012134300 | 20.01.2025 | -6,95 |</w:t>
      </w:r>
    </w:p>
    <w:p>
      <w:r>
        <w:t>57 | 21.01.2025 | Przelew OCR 25117639713 Nr klienta 3705763 Prąd 12/2024 E.ON Kundsupport Sverige AB BIC ESSESESSXXX IBAN SE6250000000057461001450 | 21.01.2025 | -82,00 |</w:t>
      </w:r>
    </w:p>
    <w:p>
      <w:r>
        <w:t>58 | 21.01.2025 | Przelew Nr rej. gp-W325012079 16.01.2025 Labor Andreas Froreich Dr von Labor GmbH BIC HYVEDEMM300 IBAN DE03200300000613530500 | 21.01.2025 | -117,99 |</w:t>
      </w:r>
    </w:p>
    <w:p>
      <w:r>
        <w:t>59 | 22.01.2025 | Wpłata Dystrybucja uzupełniająca 01/2025 CFR GMBH + CO. KG BIC HYVEDEMM300 IBAN DE60200300000006743355 | 22.01.2025 | | 10.000,00</w:t>
      </w:r>
    </w:p>
    <w:p>
      <w:r>
        <w:t>60 | 27.01.2025 | Polecenie zapłaty 1039825168526 eBay S.a r.l., Państwa zakup na eBay S.a r.l., Artykuł 1039825168526 PAYPAL PayPal (Europe) S.a r.l. et Cie, S.C.A. BIC DEUTDEFFXXX IBAN DE88500700100175526303 Identyfikator wierzyciela LU96ZZZ0000000000000000058 Numer referencyjny mandatu 463J224MZQLXW | 27.01.2025 | -150,00 |</w:t>
      </w:r>
    </w:p>
    <w:p>
      <w:r>
        <w:t>61 | 27.01.2025 | Polecenie zapłaty 1039825727696/. eBay S.a r.l., Państwa zakup na eBay S.a r.l., Artykuł-1039825727696 PayPal Europe S.a.r.l. et Cie S.C.A BIC PPLXLUL2XXX IBAN LU89751000135104200E Identyfikator wierzyciela LU96ZZZ0000000000000000058 Numer referencyjny mandatu 463J224MZQLXW | 27.01.2025 | -230,49 |</w:t>
      </w:r>
    </w:p>
    <w:p/>
    <w:p>
      <w:r>
        <w:t>Przeniesienie w EUR: 23.618,28</w:t>
      </w:r>
    </w:p>
    <w:p/>
    <w:p>
      <w:r>
        <w:t>VOLKSWAGEN</w:t>
      </w:r>
    </w:p>
    <w:p>
      <w:r>
        <w:t>FINANCIAL SERVICES</w:t>
      </w:r>
    </w:p>
    <w:p>
      <w:r>
        <w:t>KLUCZ DO MOBILNOŚCI</w:t>
      </w:r>
    </w:p>
    <w:p/>
    <w:p>
      <w:r>
        <w:t>113</w:t>
      </w:r>
    </w:p>
    <w:p>
      <w:r>
        <w:t>DIREKTBANK</w:t>
      </w:r>
    </w:p>
    <w:p/>
    <w:p>
      <w:r>
        <w:t>Numer konta: 1501390718</w:t>
      </w:r>
    </w:p>
    <w:p>
      <w:r>
        <w:t>Numer wyciągu z konta: 000001/2025</w:t>
      </w:r>
    </w:p>
    <w:p>
      <w:r>
        <w:t>Strona: 9/11</w:t>
      </w:r>
    </w:p>
    <w:p>
      <w:r>
        <w:t>Przeniesienie w EUR: 23.618,28</w:t>
      </w:r>
    </w:p>
    <w:p/>
    <w:p>
      <w:r>
        <w:t>62 | 27.01.2025 | Polecenie zapłaty 1039822819565/. eBay S.a r.l., Państwa zakup na eBay S.a r.l., Artykuł-1039822819565 PayPal Europe S.a.r.l. et Cie S.C.A BIC PPLXLUL2XXX IBAN LU89751000135104200E Identyfikator wierzyciela LU96ZZZ0000000000000000058 Numer referencyjny mandatu 463J224MZQLXW | 27.01.2025 | -315,95 |</w:t>
      </w:r>
    </w:p>
    <w:p>
      <w:r>
        <w:t>63 | 27.01.2025 | Polecenie zapłaty Faktura KD 183831 Andreas Riebesell Wenzendorfer Strasse 4A 21244 Buchholz i.d.N. LS0040000113605 STADTWERKE BUCHHOLZ I.D.N. GMBH Stadtwerke Buchholz w Nordheide GmbH BIC NOLADE21HAM IBAN DE90207500000003001104 Identyfikator wierzyciela DE77ZZZ00000433628 Numer referencyjny mandatu 01D183831001 | 27.01.2025 | -67,78 |</w:t>
      </w:r>
    </w:p>
    <w:p>
      <w:r>
        <w:t>64 | 27.01.2025 | Wpłata P.6734952854 AGLBBFPQWYR1W61 eBay S.a.r.l. BIC CHASLULXXXX IBAN LU260670006550209620 | 27.01.2025 | | 3,30</w:t>
      </w:r>
    </w:p>
    <w:p>
      <w:r>
        <w:t>65 | 27.01.2025 | Obciążenie karty bankowej LINDEN APOTHEKE, BUCHHOLZ//Buchholz/DE 2025-01-24T10:18:18 01 2026-12 68036662 5912 Identyfikator wierzyciela DE16E0100000020245 Numer referencyjny mandatu 101820 | 27.01.2025 | -1.248,72 |</w:t>
      </w:r>
    </w:p>
    <w:p>
      <w:r>
        <w:t>66 | 28.01.2025 | Polecenie zapłaty 028-7068421-6381100 AMZN Mktp DE 3BLPJ6W3XFTI0MSQ 3BLPJ6W3XFTIOMSQ AMAZON PAYMENTS EUROPE S.C.A. BIC TUBDDEDDXXX IBAN DE87300308801908262006 Identyfikator wierzyciela DE94ZZZ00000561653 Numer referencyjny mandatu GEU:67IY.6CFF)ZU4DNQSB(QTZVNKN | 28.01.2025 | -9,99 |</w:t>
      </w:r>
    </w:p>
    <w:p>
      <w:r>
        <w:t>67 | 28.01.2025 | Polecenie zapłaty 1039827956769 eBay S.a r.l., Państwa zakup na eBay S.a r.l., Artykuł 1039827956769 PAYPAL PayPal (Europe) S.a r.l. et Cie, S.C.A. BIC DEUTDEFFXXX IBAN DE88500700100175526303 Identyfikator wierzyciela LU96ZZZ0000000000000000058 Numer referencyjny mandatu 463J224MZQLXW | 28.01.2025 | -200,00 |</w:t>
      </w:r>
    </w:p>
    <w:p>
      <w:r>
        <w:t>68 | 28.01.2025 | Polecenie zapłaty 1039831942949/. eBay S.a r.l., Państwa zakup na eBay S.a r.l., Artykuł-1039831942949 PayPal Europe S.a.r.l. et Cie S.C.A BIC PPLXLUL2XXX IBAN LU89751000135104200E Identyfikator wierzyciela LU96ZZZ0000000000000000058 Numer referencyjny mandatu 463J224MZQLXW | 28.01.2025 | -186,99 |</w:t>
      </w:r>
    </w:p>
    <w:p/>
    <w:p>
      <w:r>
        <w:t>Przeniesienie w EUR: 21.592,15</w:t>
      </w:r>
    </w:p>
    <w:p/>
    <w:p>
      <w:r>
        <w:t>VOLKSWAGEN</w:t>
      </w:r>
    </w:p>
    <w:p>
      <w:r>
        <w:t>FINANCIAL SERVICES</w:t>
      </w:r>
    </w:p>
    <w:p>
      <w:r>
        <w:t>KLUCZ DO MOBILNOŚCI</w:t>
      </w:r>
    </w:p>
    <w:p/>
    <w:p>
      <w:r>
        <w:t>114</w:t>
      </w:r>
    </w:p>
    <w:p>
      <w:r>
        <w:t>DIREKTBANK</w:t>
      </w:r>
    </w:p>
    <w:p/>
    <w:p>
      <w:r>
        <w:t>Numer konta: 1501390718</w:t>
      </w:r>
    </w:p>
    <w:p>
      <w:r>
        <w:t>Numer wyciągu z konta: 000001/2025</w:t>
      </w:r>
    </w:p>
    <w:p>
      <w:r>
        <w:t>Strona: 10/11</w:t>
      </w:r>
    </w:p>
    <w:p>
      <w:r>
        <w:t>Przeniesienie w EUR: 21.592,15</w:t>
      </w:r>
    </w:p>
    <w:p/>
    <w:p>
      <w:r>
        <w:t>69 | 28.01.2025 | Polecenie zapłaty 1039878163647/. eBay S.a r.l., Państwa zakup na eBay S.a r.l., Artykuł-1039878163647 PayPal Europe S.a.r.l. et Cie S.C.A BIC PPLXLUL2XXX IBAN LU89751000135104200E Identyfikator wierzyciela LU96ZZZ0000000000000000058 Numer referencyjny mandatu 463J224MZQLXW | 28.01.2025 | -172,99 |</w:t>
      </w:r>
    </w:p>
    <w:p>
      <w:r>
        <w:t>70 | 28.01.2025 | Wpłata Wynagrodzenie/Wypłata 1/2025 24110 RIEBESELL BIC HYVEDEMM300 IBAN DE49200300000006707954 | 28.01.2025 | | 1.000,00</w:t>
      </w:r>
    </w:p>
    <w:p>
      <w:r>
        <w:t>71 | 29.01.2025 | Wpłata Agritec GS 33 150 Kosiarka czołowa z przesyłką Peter Heidger BIC MALADE51KOB IBAN DE12570501200116425091 | 29.01.2025 | | 1.100,00</w:t>
      </w:r>
    </w:p>
    <w:p>
      <w:r>
        <w:t>72 | 30.01.2025 | Polecenie zapłaty 1039930060485/. eBay, Państwa zakup na eBay, Artykuł-1039930060485 PayPal Europe S.a.r.l. et Cie S.C.A BIC PPLXLUL2XXX IBAN LU89751000135104200E Identyfikator wierzyciela LU96ZZZ0000000000000000058 Numer referencyjny mandatu 463J224MZQLXW | 30.01.2025 | -32,08 |</w:t>
      </w:r>
    </w:p>
    <w:p>
      <w:r>
        <w:t>73 | 30.01.2025 | Polecenie zapłaty 1039930087579/. eBay S.a r.l., Państwa zakup na eBay S.a r.l., Artykuł-1039930087579 PayPal Europe S.a.r.l. et Cie S.C.A BIC PPLXLUL2XXX IBAN LU89751000135104200E Identyfikator wierzyciela LU96ZZZ0000000000000000058 Numer referencyjny mandatu 463J224MZQLXW | 30.01.2025 | -22,41 |</w:t>
      </w:r>
    </w:p>
    <w:p>
      <w:r>
        <w:t>74 | 30.01.2025 | Polecenie zapłaty 1039909646021/. eBay S.a r.l., Państwa zakup na eBay S.a r.l., Artykuł-1039909646021 PayPal Europe S.a.r.l. et Cie S.C.A BIC PPLXLUL2XXX IBAN LU89751000135104200E Identyfikator wierzyciela LU96ZZZ0000000000000000058 Numer referencyjny mandatu 463J224MZQLXW | 30.01.2025 | -217,90 |</w:t>
      </w:r>
    </w:p>
    <w:p>
      <w:r>
        <w:t>75 | 31.01.2025 | Polecenie zapłaty Zaliczka 01/2025 KD 183831 Andreas Riebesell Wenzendorfer Strasse 4A 21244 Buchholz i.d.N. LS0010002542389 STADTWERKE BUCHHOLZ I.D.N. GMBH Stadtwerke Buchholz w Nordheide GmbH BIC NOLADE21HAM IBAN DE90207500000003001104 Identyfikator wierzyciela DE77ZZZ00000433628 Numer referencyjny mandatu 01D183831001 | 31.01.2025 | -158,00 |</w:t>
      </w:r>
    </w:p>
    <w:p>
      <w:r>
        <w:t>76 | 31.01.2025 | Polecenie zapłaty 1039940124918 eBay S.a r.l., Państwa zakup na eBay S.a r.l., Artykuł 1039940124918 PAYPAL PayPal (Europe) S.a r.l. et Cie, S.C.A. BIC DEUTDEFFXXX IBAN DE88500700100175526303 Identyfikator wierzyciela LU96ZZZ0000000000000000058 Numer referencyjny mandatu 463J224MZQLXW | 31.01.2025 | -227,10 |</w:t>
      </w:r>
    </w:p>
    <w:p/>
    <w:p>
      <w:r>
        <w:t>Przeniesienie w EUR: 22.861,67</w:t>
      </w:r>
    </w:p>
    <w:p/>
    <w:p>
      <w:r>
        <w:t>VOLKSWAGEN</w:t>
      </w:r>
    </w:p>
    <w:p>
      <w:r>
        <w:t>FINANCIAL SERVICES</w:t>
      </w:r>
    </w:p>
    <w:p>
      <w:r>
        <w:t>KLUCZ DO MOBILNOŚCI</w:t>
      </w:r>
    </w:p>
    <w:p/>
    <w:p>
      <w:r>
        <w:t>115</w:t>
      </w:r>
    </w:p>
    <w:p>
      <w:r>
        <w:t>DIREKTBANK</w:t>
      </w:r>
    </w:p>
    <w:p/>
    <w:p>
      <w:r>
        <w:t>Numer konta: 1501390718</w:t>
      </w:r>
    </w:p>
    <w:p>
      <w:r>
        <w:t>Numer wyciągu z konta: 000001/2025</w:t>
      </w:r>
    </w:p>
    <w:p>
      <w:r>
        <w:t>Strona: 11/11</w:t>
      </w:r>
    </w:p>
    <w:p>
      <w:r>
        <w:t>Przeniesienie w EUR: 22.861,67</w:t>
      </w:r>
    </w:p>
    <w:p/>
    <w:p>
      <w:r>
        <w:t>77 | 31.01.2025 | Polecenie zapłaty 028-2924217-6723553 AMZNBusiness 1G06ZGUB1ZAP7G1K 1G06ZGUB1ZAP7G1K AMAZON BUSINESS EU SARL BIC TUBDDEDDXXX IBAN DE56300308801898904004 Identyfikator wierzyciela DE93ZZZ00002502544 Numer referencyjny mandatu GEU:67IY.6CFF)ZU4DNQSB(QTZVNKN | 31.01.2025 | -12,40 |</w:t>
      </w:r>
    </w:p>
    <w:p>
      <w:r>
        <w:t>78 | 31.01.2025 | Polecenie stałe Dodatek inflacyjny na utrzymanie EUGENIE RIEBESELL BIC HYVEDEMM300 IBAN DE37200300000006702641 | 31.01.2025 | -294,00 |</w:t>
      </w:r>
    </w:p>
    <w:p>
      <w:r>
        <w:t>79 | 31.01.2025 | Wpłata 60. rata, pożyczka z 27.01.2020, KAY SCHRADICK BIC COBADEFFXXX IBAN DE53200400000342720000 | 31.01.2025 | | 1.500,00</w:t>
      </w:r>
    </w:p>
    <w:p>
      <w:r>
        <w:t>80 | 31.01.2025 | Wpłata 97050130457R02311 RENTA-EMERYTURA 01.2025 PANR97050130457R02311 Deutsche Post AG Renten Service BIC MARKDEFFXXX IBAN DE63504000000050408977 | 31.01.2025 | | 259,51</w:t>
      </w:r>
    </w:p>
    <w:p/>
    <w:p>
      <w:r>
        <w:t>Nowe saldo konta w EUR: 24.314,78</w:t>
      </w:r>
    </w:p>
    <w:p/>
    <w:p>
      <w:r>
        <w:t>Zwrot z podatku - NV | Ważne do | Całkowity dochód z odsetek | Pozostała ulga | Podatek u źródła/Podatek od zysków kapitałowych | Dodatek solidarnościowy | Podatek kościelny | Podatek kościelny - EUR</w:t>
      </w:r>
    </w:p>
    <w:p>
      <w:r>
        <w:t>--- | --- | --- | --- | --- | --- | --- | ---</w:t>
      </w:r>
    </w:p>
    <w:p>
      <w:r>
        <w:t>EUR 1.248,44 | Nie | bezterminowo | EUR 1,98 | EUR 1.246,46 | EUR 0,00 | EUR 0,00 | 0,00% EUR 0,00</w:t>
      </w:r>
    </w:p>
    <w:p/>
    <w:p>
      <w:r>
        <w:t>Państwa dane zwolnienia z podatku z 31.01.2025</w:t>
      </w:r>
    </w:p>
    <w:p/>
    <w:p>
      <w:r>
        <w:t>Zatwierdzenie rozliczenia konta</w:t>
      </w:r>
    </w:p>
    <w:p>
      <w:r>
        <w:t>Sprzeciw z powodu nieprawidłowości lub niekompletności rozliczenia konta należy zgłosić nie później niż sześć tygodni po jego otrzymaniu. Jeśli sprzeciw zostanie zgłoszony na piśmie lub - w przypadku uzgodnienia tej formy - w formie tekstowej, wystarczy wysłanie go w ciągu sześciu tygodni. Sprzeciw można skierować do Działu Audytu Wewnętrznego Volkswagen Bank GmbH, Gifhorner Str. 57, 38112 Braunschweig. Niezgłoszenie sprzeciwu w terminie oznacza zatwierdzenie rozliczenia konta.</w:t>
      </w:r>
    </w:p>
    <w:p>
      <w:r>
        <w:t>Należy pamiętać, że dochody z odsetek podlegają opodatkowaniu.</w:t>
      </w:r>
    </w:p>
    <w:p/>
    <w:p>
      <w:r>
        <w:t>Salda są objęte systemem gwarancji depozytów zgodnie z ustawą o gwarancji depozytów. Dalsze informacje można znaleźć w „Informacji dla deponenta”.</w:t>
      </w:r>
    </w:p>
    <w:p>
      <w:r>
        <w:t>Podane saldo konta nie uwzględnia daty wartości transakcji. Oznacza to, że podana kwota nie musi odpowiadać faktycznie dostępnym środkom. W związku z tym w przypadku wypłat mogą wystąpić odsetki za skorzystanie z udzielonego lub tolerowanego przekroczenia salda.</w:t>
      </w:r>
    </w:p>
    <w:p/>
    <w:p>
      <w:r>
        <w:t>Informacje o przekroczeniach salda wymagane prawem</w:t>
      </w:r>
    </w:p>
    <w:p>
      <w:r>
        <w:t>Z niniejszego wyciągu z konta można odczytać przyznane Państwu na czas nieokreślony przekroczenie salda, a także datę i wysokość wypłaconych kwot oraz aktualne saldo. Jeśli skorzystali Państwo z przyznanego przekroczenia salda - patrz punkt 5 Warunków Specjalnych dla Konta Bieżącego - znajdą Państwo również datę i wysokość spłat. Za skorzystanie z przyznanego przekroczenia salda naliczamy od 01.12.2023 nominalne oprocentowanie w wysokości 12,99% w skali roku. Od 02.12.2024 naliczamy nominalne oprocentowanie w wysokości 12,64% w skali roku. Dalsze koszty nie powstały. Wcześniejsze powiadomienie nastąpiło wraz z ostatnim wyciągiem z konta, z którego również można odczytać saldo i datę. Jeśli ewentualne saldo debetowe przekroczy przyznane przekroczenie salda, jest to tzw. tolerowane przekroczenie salda, które od 01.12.2023 jest oprocentowane nominalnie 12,99% w skali roku. Od 02.12.2024 naliczamy nominalne oprocentowanie w wysokości 12,64% w skali roku. Dalsze koszty za skorzystanie z tolerowanego przekroczenia salda nie są naliczane. Odsetki za zwłokę są naliczane w wysokości 5% w skali roku powyżej odpowiedniej stopy bazowej.</w:t>
      </w:r>
    </w:p>
    <w:p/>
    <w:p>
      <w:r>
        <w:t>Roczne zestawienie opłat zgodnie z ustawą o rachunkach płatniczych udostępniamy konsumentom corocznie od pierwszego dnia roboczego roku za poprzedni rok kalendarzowy oraz w przypadku zakończenia umowy.</w:t>
      </w:r>
    </w:p>
    <w:p>
      <w:r>
        <w:t>W celu uzyskania zestawienia opłat prosimy o kontakt.</w:t>
      </w:r>
    </w:p>
    <w:p/>
    <w:p>
      <w:r>
        <w:t>Należy przestrzegać obowiązków meldunkowych AWV - bezpłatne informacje pod nr 0800 1234111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