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3035191220260821 0017 15412</w:t>
      </w:r>
    </w:p>
    <w:p/>
    <w:p>
      <w:r>
        <w:t>Prokuratura w Stade, Skrytka pocztowa 20 22, 21660 Stade</w:t>
      </w:r>
    </w:p>
    <w:p>
      <w:r>
        <w:t>Prokuratura Okręgowa Przemyśl</w:t>
      </w:r>
    </w:p>
    <w:p>
      <w:r>
        <w:t>ulica Waygarta 8</w:t>
      </w:r>
    </w:p>
    <w:p>
      <w:r>
        <w:t>37-700 Przemyśl</w:t>
      </w:r>
    </w:p>
    <w:p>
      <w:r>
        <w:t>Republika Polska</w:t>
      </w:r>
    </w:p>
    <w:p/>
    <w:p>
      <w:r>
        <w:t>Prokuratura w Stade</w:t>
      </w:r>
    </w:p>
    <w:p>
      <w:r>
        <w:t>Naczelny Prokurator</w:t>
      </w:r>
    </w:p>
    <w:p>
      <w:r>
        <w:t>08 2026</w:t>
      </w:r>
    </w:p>
    <w:p>
      <w:r>
        <w:t>Zastępca Prokura Tor</w:t>
      </w:r>
    </w:p>
    <w:p>
      <w:r>
        <w:t>dy</w:t>
      </w:r>
    </w:p>
    <w:p>
      <w:r>
        <w:t>Prowadzący: Starszy Prokurator Lüer</w:t>
      </w:r>
    </w:p>
    <w:p/>
    <w:p>
      <w:r>
        <w:t>Numer akt (proszę zawsze podawać):</w:t>
      </w:r>
    </w:p>
    <w:p>
      <w:r>
        <w:t>156 RHs 28059/26</w:t>
      </w:r>
    </w:p>
    <w:p/>
    <w:p>
      <w:r>
        <w:t>Państwa znak, Państwa pismo z</w:t>
      </w:r>
    </w:p>
    <w:p>
      <w:r>
        <w:t>3035 - 4.Oz.20.2026,</w:t>
      </w:r>
    </w:p>
    <w:p>
      <w:r>
        <w:t>30.01.2026</w:t>
      </w:r>
    </w:p>
    <w:p>
      <w:r>
        <w:t>Numer wewnętrzny</w:t>
      </w:r>
    </w:p>
    <w:p>
      <w:r>
        <w:t>+49 4141 107 488</w:t>
      </w:r>
    </w:p>
    <w:p>
      <w:r>
        <w:t>Data</w:t>
      </w:r>
    </w:p>
    <w:p>
      <w:r>
        <w:t>05.08.2026</w:t>
      </w:r>
    </w:p>
    <w:p/>
    <w:p>
      <w:r>
        <w:t>Współpraca w zakresie pomocy prawnej w sprawach karnych;</w:t>
      </w:r>
    </w:p>
    <w:p>
      <w:r>
        <w:t>tutaj: ENA Prokuratury Jarosław</w:t>
      </w:r>
    </w:p>
    <w:p>
      <w:r>
        <w:t>Załączniki: Oryginalna decyzja, 3 zbiory dokumentów</w:t>
      </w:r>
    </w:p>
    <w:p/>
    <w:p>
      <w:r>
        <w:t>Szanowne Panie i Panowie,</w:t>
      </w:r>
    </w:p>
    <w:p/>
    <w:p>
      <w:r>
        <w:t>Wysłali Państwo do Prokuratury w Gießen pismem z dnia 30.01.2026 r. ENA, która została mi stamtąd przekazana do częściowego wykonania, dotycząca przesłuchania zamieszkującego tu posiadacza rachunku.</w:t>
      </w:r>
    </w:p>
    <w:p/>
    <w:p>
      <w:r>
        <w:t>Wcześniej Prokuratura w Brunszwiku uzyskała informacje bankowe.</w:t>
      </w:r>
    </w:p>
    <w:p/>
    <w:p>
      <w:r>
        <w:t>W załączeniu zwracam oryginalną decyzję o informacjach bankowych i przekazuję odpowiednie wyciągi bankowe, a także dane banku dotyczące posiadacza rachunku.</w:t>
      </w:r>
    </w:p>
    <w:p/>
    <w:p>
      <w:r>
        <w:t>Przekazuję również protokół przesłuchania posiadacza rachunku w sprawie i jego kopię.</w:t>
      </w:r>
    </w:p>
    <w:p/>
    <w:p>
      <w:r>
        <w:t>Z wyrazami szacunku</w:t>
      </w:r>
    </w:p>
    <w:p/>
    <w:p>
      <w:r>
        <w:t>Na zlecenie</w:t>
      </w:r>
    </w:p>
    <w:p>
      <w:r>
        <w:t>Lüer</w:t>
      </w:r>
    </w:p>
    <w:p>
      <w:r>
        <w:t>PROKURATURA</w:t>
      </w:r>
    </w:p>
    <w:p>
      <w:r>
        <w:t>STADE</w:t>
      </w:r>
    </w:p>
    <w:p/>
    <w:p>
      <w:r>
        <w:t>NIV 1134 v003 / Obowiązuje jako PolN 379</w:t>
      </w:r>
    </w:p>
    <w:p>
      <w:r>
        <w:t>KOPIA</w:t>
      </w:r>
    </w:p>
    <w:p>
      <w:r>
        <w:t>Dyrektorat Policji Lüneburg</w:t>
      </w:r>
    </w:p>
    <w:p>
      <w:r>
        <w:t>Inspektorat Policji Harburg</w:t>
      </w:r>
    </w:p>
    <w:p/>
    <w:p>
      <w:r>
        <w:t>Inspektorat Policji Harburg Schützenstraße 17 21244 Buchholz i.d.N.</w:t>
      </w:r>
    </w:p>
    <w:p/>
    <w:p>
      <w:r>
        <w:t>Pan</w:t>
      </w:r>
    </w:p>
    <w:p>
      <w:r>
        <w:t>Andreas Riebesell</w:t>
      </w:r>
    </w:p>
    <w:p>
      <w:r>
        <w:t>Wenzendorfer Straße 4a</w:t>
      </w:r>
    </w:p>
    <w:p>
      <w:r>
        <w:t>21244 Buchholz w Nordheide</w:t>
      </w:r>
    </w:p>
    <w:p/>
    <w:p>
      <w:r>
        <w:t>Prowadzący</w:t>
      </w:r>
    </w:p>
    <w:p>
      <w:r>
        <w:t>Matthies, KOK</w:t>
      </w:r>
    </w:p>
    <w:p>
      <w:r>
        <w:t>Komisariat Specjalistyczny 3</w:t>
      </w:r>
    </w:p>
    <w:p/>
    <w:p>
      <w:r>
        <w:t>Duplikat</w:t>
      </w:r>
    </w:p>
    <w:p>
      <w:r>
        <w:t>akt dochodzenia</w:t>
      </w:r>
    </w:p>
    <w:p>
      <w:r>
        <w:t>Państwa znak</w:t>
      </w:r>
    </w:p>
    <w:p/>
    <w:p>
      <w:r>
        <w:t>Państwa pismo z</w:t>
      </w:r>
    </w:p>
    <w:p/>
    <w:p>
      <w:r>
        <w:t>Mój znak (proszę podawać w odpowiedzi)</w:t>
      </w:r>
    </w:p>
    <w:p>
      <w:r>
        <w:t>2026 00 760 014 (001)</w:t>
      </w:r>
    </w:p>
    <w:p/>
    <w:p>
      <w:r>
        <w:t>Telefon</w:t>
      </w:r>
    </w:p>
    <w:p>
      <w:r>
        <w:t>04181 285-392</w:t>
      </w:r>
    </w:p>
    <w:p>
      <w:r>
        <w:t>Faks</w:t>
      </w:r>
    </w:p>
    <w:p/>
    <w:p>
      <w:r>
        <w:t>Data</w:t>
      </w:r>
    </w:p>
    <w:p>
      <w:r>
        <w:t>Buchholz i.d.N., 03.07.2026</w:t>
      </w:r>
    </w:p>
    <w:p/>
    <w:p>
      <w:r>
        <w:t>Proszę zabrać ze sobą to wezwanie na termin</w:t>
      </w:r>
    </w:p>
    <w:p/>
    <w:p>
      <w:r>
        <w:t>Wezwanie na świadka</w:t>
      </w:r>
    </w:p>
    <w:p/>
    <w:p>
      <w:r>
        <w:t>Szanowny Panie Riebesell,</w:t>
      </w:r>
    </w:p>
    <w:p/>
    <w:p>
      <w:r>
        <w:t>w niniejszym postępowaniu przygotowawczym</w:t>
      </w:r>
    </w:p>
    <w:p/>
    <w:p>
      <w:r>
        <w:t>Zarzut: Oszustwo</w:t>
      </w:r>
    </w:p>
    <w:p>
      <w:r>
        <w:t>Miejsce zdarzenia: Nieznane</w:t>
      </w:r>
    </w:p>
    <w:p>
      <w:r>
        <w:t>Czas zdarzenia: Śr., 08.01.2025 do Wt., 25.02.2025</w:t>
      </w:r>
    </w:p>
    <w:p/>
    <w:p>
      <w:r>
        <w:t>proszę stawić się na przesłuchanie w charakterze świadka</w:t>
      </w:r>
    </w:p>
    <w:p/>
    <w:p>
      <w:r>
        <w:t>dnia: Środa, 29.07.2026, o godzinie 11:00</w:t>
      </w:r>
    </w:p>
    <w:p/>
    <w:p>
      <w:r>
        <w:t>w: 21244 Buchholz i.d.N., Schützenstraße 17,</w:t>
      </w:r>
    </w:p>
    <w:p>
      <w:r>
        <w:t>Inspektorat Policji Harburg -Komisariat Specjalistyczny 3-</w:t>
      </w:r>
    </w:p>
    <w:p/>
    <w:p>
      <w:r>
        <w:t>Prosimy o przyniesienie na umówiony termin następujących dokumentów tożsamości: Urzędowy dowód tożsamości ze zdjęciem</w:t>
      </w:r>
    </w:p>
    <w:p/>
    <w:p>
      <w:r>
        <w:t>W przypadku niemożności stawienia się prosimy o terminowe zawiadomienie z podaniem przyczyny. Jeśli zamierzają Państwo odbyć podróż z innego miejsca niż podany w adresie lub pracują Państwo poza nim, prosimy o niezwłoczne poinformowanie nas o tym. Jeśli nie otrzymają Państwo od nas wiadomości, niniejsze wezwanie pozostaje w mocy.</w:t>
      </w:r>
    </w:p>
    <w:p/>
    <w:p>
      <w:r>
        <w:t>Budynek służbowy</w:t>
      </w:r>
    </w:p>
    <w:p>
      <w:r>
        <w:t>21244 Buchholz i.d.N.</w:t>
      </w:r>
    </w:p>
    <w:p>
      <w:r>
        <w:t>Schützenstraße 17</w:t>
      </w:r>
    </w:p>
    <w:p/>
    <w:p>
      <w:r>
        <w:t>Telefon</w:t>
      </w:r>
    </w:p>
    <w:p>
      <w:r>
        <w:t>+49 4181 285-0</w:t>
      </w:r>
    </w:p>
    <w:p/>
    <w:p>
      <w:r>
        <w:t>Faks</w:t>
      </w:r>
    </w:p>
    <w:p>
      <w:r>
        <w:t>+49 4181 285-200</w:t>
      </w:r>
    </w:p>
    <w:p/>
    <w:p>
      <w:r>
        <w:t>E-Mail</w:t>
      </w:r>
    </w:p>
    <w:p>
      <w:r>
        <w:t>poststelle@pi-harburg.polizei.niedersachsen.de</w:t>
      </w:r>
    </w:p>
    <w:p>
      <w:r>
        <w:t>Internet</w:t>
      </w:r>
    </w:p>
    <w:p>
      <w:r>
        <w:t>www.polizei-nds.de</w:t>
      </w:r>
    </w:p>
    <w:p/>
    <w:p>
      <w:r>
        <w:t>NIV 1011 v008</w:t>
      </w:r>
    </w:p>
    <w:p>
      <w:r>
        <w:t>KOPIA</w:t>
      </w:r>
    </w:p>
    <w:p>
      <w:r>
        <w:t>Dyrektorat Policji Lüneburg</w:t>
      </w:r>
    </w:p>
    <w:p>
      <w:r>
        <w:t>Inspektorat Policji Harburg</w:t>
      </w:r>
    </w:p>
    <w:p/>
    <w:p>
      <w:r>
        <w:t>Inspektorat Policji Harburg Schützenstraße 17 21244 Buchholz i.d.N.</w:t>
      </w:r>
    </w:p>
    <w:p/>
    <w:p>
      <w:r>
        <w:t>Prokuratura w Stade</w:t>
      </w:r>
    </w:p>
    <w:p>
      <w:r>
        <w:t>Archivstr. 7</w:t>
      </w:r>
    </w:p>
    <w:p>
      <w:r>
        <w:t>21682 Stade</w:t>
      </w:r>
    </w:p>
    <w:p/>
    <w:p>
      <w:r>
        <w:t>Prowadzący</w:t>
      </w:r>
    </w:p>
    <w:p>
      <w:r>
        <w:t>Matthies, KOK</w:t>
      </w:r>
    </w:p>
    <w:p>
      <w:r>
        <w:t>Komisariat Specjalistyczny 3</w:t>
      </w:r>
    </w:p>
    <w:p/>
    <w:p>
      <w:r>
        <w:t>Państwa znak</w:t>
      </w:r>
    </w:p>
    <w:p/>
    <w:p>
      <w:r>
        <w:t>Państwa pismo z</w:t>
      </w:r>
    </w:p>
    <w:p/>
    <w:p>
      <w:r>
        <w:t>Mój znak (proszę podawać w odpowiedzi)</w:t>
      </w:r>
    </w:p>
    <w:p>
      <w:r>
        <w:t>2026 00 760 014 (001)</w:t>
      </w:r>
    </w:p>
    <w:p/>
    <w:p>
      <w:r>
        <w:t>Telefon</w:t>
      </w:r>
    </w:p>
    <w:p>
      <w:r>
        <w:t>04181 285-392</w:t>
      </w:r>
    </w:p>
    <w:p>
      <w:r>
        <w:t>Faks</w:t>
      </w:r>
    </w:p>
    <w:p/>
    <w:p>
      <w:r>
        <w:t>Data</w:t>
      </w:r>
    </w:p>
    <w:p>
      <w:r>
        <w:t>Buchholz i.d.N., 29.07.2026</w:t>
      </w:r>
    </w:p>
    <w:p/>
    <w:p>
      <w:r>
        <w:t>DECYZJA O ZAKOŃCZENIU</w:t>
      </w:r>
    </w:p>
    <w:p>
      <w:r>
        <w:t>(Oryginał)</w:t>
      </w:r>
    </w:p>
    <w:p/>
    <w:p>
      <w:r>
        <w:t>– po wykonaniu wniosku (sygn. akt: 156 RHs 28059/26) przekazano.</w:t>
      </w:r>
    </w:p>
    <w:p/>
    <w:p>
      <w:r>
        <w:t>Na zlecenie:</w:t>
      </w:r>
    </w:p>
    <w:p/>
    <w:p>
      <w:r>
        <w:t>Matthies, KOK</w:t>
      </w:r>
    </w:p>
    <w:p/>
    <w:p>
      <w:r>
        <w:t>Budynek służbowy</w:t>
      </w:r>
    </w:p>
    <w:p>
      <w:r>
        <w:t>21244 Buchholz i.d.N.</w:t>
      </w:r>
    </w:p>
    <w:p>
      <w:r>
        <w:t>Schützenstraße 17</w:t>
      </w:r>
    </w:p>
    <w:p/>
    <w:p>
      <w:r>
        <w:t>Telefon</w:t>
      </w:r>
    </w:p>
    <w:p>
      <w:r>
        <w:t>+49 4181 285-0</w:t>
      </w:r>
    </w:p>
    <w:p/>
    <w:p>
      <w:r>
        <w:t>Faks</w:t>
      </w:r>
    </w:p>
    <w:p>
      <w:r>
        <w:t>+49 4181 285-200</w:t>
      </w:r>
    </w:p>
    <w:p/>
    <w:p>
      <w:r>
        <w:t>E-Mail</w:t>
      </w:r>
    </w:p>
    <w:p>
      <w:r>
        <w:t>poststelle@pi-harburg.polizei.niedersachsen.de</w:t>
      </w:r>
    </w:p>
    <w:p>
      <w:r>
        <w:t>Internet</w:t>
      </w:r>
    </w:p>
    <w:p>
      <w:r>
        <w:t>www.polizei-nds.de</w:t>
      </w:r>
    </w:p>
    <w:p/>
    <w:p>
      <w:r>
        <w:t>Prokuratura w Gießen</w:t>
      </w:r>
    </w:p>
    <w:p>
      <w:r>
        <w:t>Zarządzenie do sygn. akt: 20 RHs</w:t>
      </w:r>
    </w:p>
    <w:p>
      <w:r>
        <w:t>RH 01 Zarządzenie - Zarządzenie o rejestracji (14) - HVTS Wersja 3.0 -</w:t>
      </w:r>
    </w:p>
    <w:p>
      <w:r>
        <w:t>27.02.2026 Strona: 1/1</w:t>
      </w:r>
    </w:p>
    <w:p/>
    <w:p>
      <w:r>
        <w:t>Zarządzenie</w:t>
      </w:r>
    </w:p>
    <w:p>
      <w:r>
        <w:t>Numer akt</w:t>
      </w:r>
    </w:p>
    <w:p>
      <w:r>
        <w:t>20 RHs</w:t>
      </w:r>
    </w:p>
    <w:p/>
    <w:p>
      <w:r>
        <w:t>Data zarządzenia</w:t>
      </w:r>
    </w:p>
    <w:p>
      <w:r>
        <w:t>27.02.2026</w:t>
      </w:r>
    </w:p>
    <w:p/>
    <w:p>
      <w:r>
        <w:t>Wpływ</w:t>
      </w:r>
    </w:p>
    <w:p/>
    <w:p>
      <w:r>
        <w:t>Załatwienie</w:t>
      </w:r>
    </w:p>
    <w:p/>
    <w:p>
      <w:r>
        <w:t>1. Zarejestrować jako sprawę AR w sekretariacie 20 RHs.</w:t>
      </w:r>
    </w:p>
    <w:p>
      <w:r>
        <w:t>Pomoc prawna</w:t>
      </w:r>
    </w:p>
    <w:p>
      <w:r>
        <w:t>- z</w:t>
      </w:r>
    </w:p>
    <w:p>
      <w:r>
        <w:t>- do</w:t>
      </w:r>
    </w:p>
    <w:p>
      <w:r>
        <w:t>- do Polski</w:t>
      </w:r>
    </w:p>
    <w:p>
      <w:r>
        <w:t>Sprawa karna</w:t>
      </w:r>
    </w:p>
    <w:p>
      <w:r>
        <w:t>- przeciwko</w:t>
      </w:r>
    </w:p>
    <w:p>
      <w:r>
        <w:t>- dotycząca</w:t>
      </w:r>
    </w:p>
    <w:p>
      <w:r>
        <w:t>- z.N. Mateusz BUCZEK</w:t>
      </w:r>
    </w:p>
    <w:p/>
    <w:p>
      <w:r>
        <w:t>Strony (świadkowie/poszkodowani):</w:t>
      </w:r>
    </w:p>
    <w:p/>
    <w:p>
      <w:r>
        <w:t>SB: 1900 (zaznaczone)</w:t>
      </w:r>
    </w:p>
    <w:p>
      <w:r>
        <w:t>Przedmiot:</w:t>
      </w:r>
    </w:p>
    <w:p>
      <w:r>
        <w:t>- Ekstradycja</w:t>
      </w:r>
    </w:p>
    <w:p>
      <w:r>
        <w:t>- Przesłuchanie (zaznaczone)</w:t>
      </w:r>
    </w:p>
    <w:p>
      <w:r>
        <w:t>- Dochodzenia/Informacje (zaznaczone)</w:t>
      </w:r>
    </w:p>
    <w:p>
      <w:r>
        <w:t>- Doręczenie</w:t>
      </w:r>
    </w:p>
    <w:p>
      <w:r>
        <w:t>- sądowo</w:t>
      </w:r>
    </w:p>
    <w:p>
      <w:r>
        <w:t>- do własnych rąk</w:t>
      </w:r>
    </w:p>
    <w:p>
      <w:r>
        <w:t>- Udostępnienie dokumentów</w:t>
      </w:r>
    </w:p>
    <w:p>
      <w:r>
        <w:t>- Przejęcie wykonania kary</w:t>
      </w:r>
    </w:p>
    <w:p>
      <w:r>
        <w:t>- Przekazanie wykonania kary</w:t>
      </w:r>
    </w:p>
    <w:p>
      <w:r>
        <w:t>- Przejęcie ścigania karnego</w:t>
      </w:r>
    </w:p>
    <w:p>
      <w:r>
        <w:t>- Przekazanie ścigania karnego</w:t>
      </w:r>
    </w:p>
    <w:p>
      <w:r>
        <w:t>- Inne</w:t>
      </w:r>
    </w:p>
    <w:p/>
    <w:p>
      <w:r>
        <w:t>2. Wypełnić i wysłać zawiadomienie o przejęciu. (zaznaczone)</w:t>
      </w:r>
    </w:p>
    <w:p>
      <w:r>
        <w:t>3. Pomoc prawna zostaje udzielona. (zaznaczone)</w:t>
      </w:r>
    </w:p>
    <w:p>
      <w:r>
        <w:t>4. Następnie</w:t>
      </w:r>
    </w:p>
    <w:p>
      <w:r>
        <w:t>- Pani / Panu Dez. (przekazanie, jeśli dotyczy innych prokuratur)</w:t>
      </w:r>
    </w:p>
    <w:p>
      <w:r>
        <w:t>- Kolejne zarządzenie w załączeniu</w:t>
      </w:r>
    </w:p>
    <w:p>
      <w:r>
        <w:t>- Odłożyć</w:t>
      </w:r>
    </w:p>
    <w:p>
      <w:r>
        <w:t>Przedłożono:</w:t>
      </w:r>
    </w:p>
    <w:p>
      <w:r>
        <w:t>06. marca 2026</w:t>
      </w:r>
    </w:p>
    <w:p>
      <w:r>
        <w:t>Rauch</w:t>
      </w:r>
    </w:p>
    <w:p>
      <w:r>
        <w:t>Prokurator</w:t>
      </w:r>
    </w:p>
    <w:p>
      <w:r>
        <w:t>(Podpis, stanowisko służbowe)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